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Zanskar Producciones S.L.</w:t>
      </w:r>
    </w:p>
    <w:p>
      <w:r>
        <w:t>NIF B85640209.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Patrocinio publicitario "Volando voy, volando vengo 2026" · exp. TUR-2026-00007</w:t>
            </w:r>
          </w:p>
        </w:tc>
        <w:tc>
          <w:tcPr>
            <w:tcW w:type="dxa" w:w="1440"/>
          </w:tcPr>
          <w:p>
            <w:r>
              <w:t>Sociedad de Promoción y Gestión del Turismo Aragonés, S.A.U. · NIF B50902345</w:t>
            </w:r>
          </w:p>
        </w:tc>
        <w:tc>
          <w:tcPr>
            <w:tcW w:type="dxa" w:w="1440"/>
          </w:tcPr>
          <w:p>
            <w:r>
              <w:t>31.157,02 €</w:t>
            </w:r>
          </w:p>
        </w:tc>
        <w:tc>
          <w:tcPr>
            <w:tcW w:type="dxa" w:w="1440"/>
          </w:tcPr>
          <w:p>
            <w:r>
              <w:t>05/03/2026</w:t>
            </w:r>
          </w:p>
        </w:tc>
        <w:tc>
          <w:tcPr>
            <w:tcW w:type="dxa" w:w="1440"/>
          </w:tcPr>
          <w:p>
            <w:r>
              <w:t>05/04/2026 – en curso</w:t>
            </w:r>
          </w:p>
        </w:tc>
        <w:tc>
          <w:tcPr>
            <w:tcW w:type="dxa" w:w="1440"/>
          </w:tcPr>
          <w:p>
            <w:r>
              <w:rPr>
                <w:highlight w:val="yellow"/>
              </w:rPr>
              <w:t>rellenar</w:t>
            </w:r>
          </w:p>
        </w:tc>
      </w:tr>
      <w:tr>
        <w:tc>
          <w:tcPr>
            <w:tcW w:type="dxa" w:w="1440"/>
          </w:tcPr>
          <w:p>
            <w:r>
              <w:t>Patrocinio de programas de la primera temporada de la serie  de nombre provisional “Volando voy, volando vengo” para su emisión en televisión y promoción del turismo en  Castilla y León · exp. PN-003/2025</w:t>
            </w:r>
          </w:p>
        </w:tc>
        <w:tc>
          <w:tcPr>
            <w:tcW w:type="dxa" w:w="1440"/>
          </w:tcPr>
          <w:p>
            <w:r>
              <w:t>Fundación del Patrimonio Natural de Castilla y León · NIF G47549811</w:t>
            </w:r>
          </w:p>
        </w:tc>
        <w:tc>
          <w:tcPr>
            <w:tcW w:type="dxa" w:w="1440"/>
          </w:tcPr>
          <w:p>
            <w:r>
              <w:t>154.264,64 €</w:t>
            </w:r>
          </w:p>
        </w:tc>
        <w:tc>
          <w:tcPr>
            <w:tcW w:type="dxa" w:w="1440"/>
          </w:tcPr>
          <w:p>
            <w:r>
              <w:t>09/05/2025</w:t>
            </w:r>
          </w:p>
        </w:tc>
        <w:tc>
          <w:tcPr>
            <w:tcW w:type="dxa" w:w="1440"/>
          </w:tcPr>
          <w:p>
            <w:r>
              <w:t>10/06/2024 – en curso</w:t>
            </w:r>
          </w:p>
        </w:tc>
        <w:tc>
          <w:tcPr>
            <w:tcW w:type="dxa" w:w="1440"/>
          </w:tcPr>
          <w:p>
            <w:r>
              <w:rPr>
                <w:highlight w:val="yellow"/>
              </w:rPr>
              <w:t>rellenar</w:t>
            </w:r>
          </w:p>
        </w:tc>
      </w:tr>
      <w:tr>
        <w:tc>
          <w:tcPr>
            <w:tcW w:type="dxa" w:w="1440"/>
          </w:tcPr>
          <w:p>
            <w:r>
              <w:t>Patrocinio de programas de la decima temporada de la serie “Volando Voy” para su emisión en televisión y promoción del turismo en  Castilla y León. · exp. PN-004/2024</w:t>
            </w:r>
          </w:p>
        </w:tc>
        <w:tc>
          <w:tcPr>
            <w:tcW w:type="dxa" w:w="1440"/>
          </w:tcPr>
          <w:p>
            <w:r>
              <w:t>Fundación del Patrimonio Natural de Castilla y León · NIF G47549811</w:t>
            </w:r>
          </w:p>
        </w:tc>
        <w:tc>
          <w:tcPr>
            <w:tcW w:type="dxa" w:w="1440"/>
          </w:tcPr>
          <w:p>
            <w:r>
              <w:t>154.264,64 €</w:t>
            </w:r>
          </w:p>
        </w:tc>
        <w:tc>
          <w:tcPr>
            <w:tcW w:type="dxa" w:w="1440"/>
          </w:tcPr>
          <w:p>
            <w:r>
              <w:t>11/06/2024</w:t>
            </w:r>
          </w:p>
        </w:tc>
        <w:tc>
          <w:tcPr>
            <w:tcW w:type="dxa" w:w="1440"/>
          </w:tcPr>
          <w:p>
            <w:r>
              <w:t>10/06/2024 – en curso</w:t>
            </w:r>
          </w:p>
        </w:tc>
        <w:tc>
          <w:tcPr>
            <w:tcW w:type="dxa" w:w="1440"/>
          </w:tcPr>
          <w:p>
            <w:r>
              <w:rPr>
                <w:highlight w:val="yellow"/>
              </w:rPr>
              <w:t>rellenar</w:t>
            </w:r>
          </w:p>
        </w:tc>
      </w:tr>
    </w:tbl>
    <w:p/>
    <w:p>
      <w:r>
        <w:rPr>
          <w:b/>
        </w:rPr>
        <w:t>Importe adjudicado en el periodo: 339.686,30 €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Sociedad de Promoción y Gestión del Turismo Aragonés, S.A.U. (NIF B50902345)</w:t>
      </w:r>
    </w:p>
    <w:p>
      <w:r>
        <w:t xml:space="preserve">Zanskar Producciones S.L., con NIF B85640209, adjudicataria del contrato «Patrocinio publicitario "Volando voy, volando vengo 2026"», expediente TUR-2026-00007, adjudicado el 05/03/2026 por 31.157,02 €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05/04/2026 a 05/02/2027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del Patrimonio Natural de Castilla y León (NIF G47549811)</w:t>
      </w:r>
    </w:p>
    <w:p>
      <w:r>
        <w:t xml:space="preserve">Zanskar Producciones S.L., con NIF B85640209, adjudicataria del contrato «Patrocinio de programas de la primera temporada de la serie  de nombre provisional “Volando voy, volando vengo” para su emisión en televisión y promoción del turismo en  Castilla y León», expediente PN-003/2025, adjudicado el 09/05/2025 por 154.264,64 €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10/06/2024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del Patrimonio Natural de Castilla y León (NIF G47549811)</w:t>
      </w:r>
    </w:p>
    <w:p>
      <w:r>
        <w:t xml:space="preserve">Zanskar Producciones S.L., con NIF B85640209, adjudicataria del contrato «Patrocinio de programas de la decima temporada de la serie “Volando Voy” para su emisión en televisión y promoción del turismo en  Castilla y León.», expediente PN-004/2024, adjudicado el 11/06/2024 por 154.264,64 €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10/06/2024 a 31/12/2026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