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YouGov Spain SL</w:t>
      </w:r>
    </w:p>
    <w:p>
      <w:r>
        <w:t>NIF B87974416.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Realización de una encuesta de tipo panel, a población de 18 años (mayoría de edad para votar) en adelante, con tres oleadas separadas entre sí por tres meses en tres países (España, Estados Unidos y Chile) · exp. SE14-24</w:t>
            </w:r>
          </w:p>
        </w:tc>
        <w:tc>
          <w:tcPr>
            <w:tcW w:type="dxa" w:w="1440"/>
          </w:tcPr>
          <w:p>
            <w:r>
              <w:t>Universidad de Salamanca · NIF Q3718001E</w:t>
            </w:r>
          </w:p>
        </w:tc>
        <w:tc>
          <w:tcPr>
            <w:tcW w:type="dxa" w:w="1440"/>
          </w:tcPr>
          <w:p>
            <w:r>
              <w:t>54.375,00 €</w:t>
            </w:r>
          </w:p>
        </w:tc>
        <w:tc>
          <w:tcPr>
            <w:tcW w:type="dxa" w:w="1440"/>
          </w:tcPr>
          <w:p>
            <w:r>
              <w:t>30/07/2024</w:t>
            </w:r>
          </w:p>
        </w:tc>
        <w:tc>
          <w:tcPr>
            <w:tcW w:type="dxa" w:w="1440"/>
          </w:tcPr>
          <w:p>
            <w:r>
              <w:t>01/08/2024 – 01/05/2025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YouGov tipus de viatger de 25 països · exp. SC/25-0126</w:t>
            </w:r>
          </w:p>
        </w:tc>
        <w:tc>
          <w:tcPr>
            <w:tcW w:type="dxa" w:w="1440"/>
          </w:tcPr>
          <w:p>
            <w:r>
              <w:t>Agència Catalana de Turisme</w:t>
            </w:r>
          </w:p>
        </w:tc>
        <w:tc>
          <w:tcPr>
            <w:tcW w:type="dxa" w:w="1440"/>
          </w:tcPr>
          <w:p>
            <w:r>
              <w:t>152.850,00 €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01/01/2025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YouGov Compra Variables de gran consum · exp. SC/25-1497</w:t>
            </w:r>
          </w:p>
        </w:tc>
        <w:tc>
          <w:tcPr>
            <w:tcW w:type="dxa" w:w="1440"/>
          </w:tcPr>
          <w:p>
            <w:r>
              <w:t>Agència Catalana de Turisme</w:t>
            </w:r>
          </w:p>
        </w:tc>
        <w:tc>
          <w:tcPr>
            <w:tcW w:type="dxa" w:w="1440"/>
          </w:tcPr>
          <w:p>
            <w:r>
              <w:t>29.500,00 €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17/07/2025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YouGov Big Data en panells virtuals · exp. SC/25-0915</w:t>
            </w:r>
          </w:p>
        </w:tc>
        <w:tc>
          <w:tcPr>
            <w:tcW w:type="dxa" w:w="1440"/>
          </w:tcPr>
          <w:p>
            <w:r>
              <w:t>Agència Catalana de Turisme</w:t>
            </w:r>
          </w:p>
        </w:tc>
        <w:tc>
          <w:tcPr>
            <w:tcW w:type="dxa" w:w="1440"/>
          </w:tcPr>
          <w:p>
            <w:r>
              <w:t>40.000,00 €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08/04/2025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de serveis per a la realització d'estudis d'opinió d'interès de la Generalitat de Catalunya mitjançant enquestes o reunions de grup (lote 4) · exp. CEO-2025-29</w:t>
            </w:r>
          </w:p>
        </w:tc>
        <w:tc>
          <w:tcPr>
            <w:tcW w:type="dxa" w:w="1440"/>
          </w:tcPr>
          <w:p>
            <w:r>
              <w:t>Centre d'Estudis d'Opinió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24/03/2026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Suscripción anual de la base de datos de inteligencia turística en el marco del Plan de Recuperación, Transformación y Resiliencia financiado con fondos UE. · exp. 2003_CC25/0038</w:t>
            </w:r>
          </w:p>
        </w:tc>
        <w:tc>
          <w:tcPr>
            <w:tcW w:type="dxa" w:w="1440"/>
          </w:tcPr>
          <w:p>
            <w:r>
              <w:t>Navarra de Servicios y Tecnologías, S.A.(NASERTIC)</w:t>
            </w:r>
          </w:p>
        </w:tc>
        <w:tc>
          <w:tcPr>
            <w:tcW w:type="dxa" w:w="1440"/>
          </w:tcPr>
          <w:p>
            <w:r>
              <w:t>15.750,00 €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30/05/2025 – 30/05/2026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Subscripció YouGov - Seguiment de marca · exp. SC/24-0152</w:t>
            </w:r>
          </w:p>
        </w:tc>
        <w:tc>
          <w:tcPr>
            <w:tcW w:type="dxa" w:w="1440"/>
          </w:tcPr>
          <w:p>
            <w:r>
              <w:t>Agència Catalana de Turisme</w:t>
            </w:r>
          </w:p>
        </w:tc>
        <w:tc>
          <w:tcPr>
            <w:tcW w:type="dxa" w:w="1440"/>
          </w:tcPr>
          <w:p>
            <w:r>
              <w:t>132.600,00 €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22/01/2024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425.075,00 € sin IVA, en 7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Salamanca (NIF Q3718001E)</w:t>
      </w:r>
    </w:p>
    <w:p>
      <w:r>
        <w:t xml:space="preserve">YouGov Spain SL, con NIF B87974416, adjudicataria del contrato «Realización de una encuesta de tipo panel, a población de 18 años (mayoría de edad para votar) en adelante, con tres oleadas separadas entre sí por tres meses en tres países (España, Estados Unidos y Chile)», expediente SE14-24, adjudicado el 30/07/2024 por 54.375,00 €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01/08/2024 a 01/05/2025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Catalana de Turisme</w:t>
      </w:r>
    </w:p>
    <w:p>
      <w:r>
        <w:t xml:space="preserve">YouGov Spain SL, con NIF B87974416, adjudicataria del contrato «YouGov tipus de viatger de 25 països», expediente SC/25-0126, adjudicado el …… por 152.850,00 €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Catalana de Turisme</w:t>
      </w:r>
    </w:p>
    <w:p>
      <w:r>
        <w:t xml:space="preserve">YouGov Spain SL, con NIF B87974416, adjudicataria del contrato «YouGov Compra Variables de gran consum», expediente SC/25-1497, adjudicado el …… por 29.500,00 €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17/07/2025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Catalana de Turisme</w:t>
      </w:r>
    </w:p>
    <w:p>
      <w:r>
        <w:t xml:space="preserve">YouGov Spain SL, con NIF B87974416, adjudicataria del contrato «YouGov Big Data en panells virtuals», expediente SC/25-0915, adjudicado el …… por 40.000,00 €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08/04/2025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Centre d'Estudis d'Opinió</w:t>
      </w:r>
    </w:p>
    <w:p>
      <w:r>
        <w:t xml:space="preserve">YouGov Spain SL, con NIF B87974416, adjudicataria del contrato «Acord marc de serveis per a la realització d'estudis d'opinió d'interès de la Generalitat de Catalunya mitjançant enquestes o reunions de grup», lote 4, expediente CEO-2025-29,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24/03/2026 a 24/03/2028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Navarra de Servicios y Tecnologías, S.A.(NASERTIC)</w:t>
      </w:r>
    </w:p>
    <w:p>
      <w:r>
        <w:t xml:space="preserve">YouGov Spain SL, con NIF B87974416, adjudicataria del contrato «Suscripción anual de la base de datos de inteligencia turística en el marco del Plan de Recuperación, Transformación y Resiliencia financiado con fondos UE.», expediente 2003_CC25/0038, adjudicado el …… por 15.750,00 €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30/05/2025 a 30/05/2026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Catalana de Turisme</w:t>
      </w:r>
    </w:p>
    <w:p>
      <w:r>
        <w:t xml:space="preserve">YouGov Spain SL, con NIF B87974416, adjudicataria del contrato «Subscripció YouGov - Seguiment de marca», expediente SC/24-0152, adjudicado el …… por 132.600,00 €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22/01/2024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