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Xip Solucions, S.L.U.</w:t>
      </w:r>
    </w:p>
    <w:p>
      <w:r>
        <w:t>NIF B65630857.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del Servicio de mantenimiento de los equipos de control de acceso a las instalaciones de MC MUTUAL. · exp. N202500373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3.650,00 €</w:t>
            </w:r>
          </w:p>
        </w:tc>
        <w:tc>
          <w:tcPr>
            <w:tcW w:type="dxa" w:w="1440"/>
          </w:tcPr>
          <w:p>
            <w:r>
              <w:t>17/10/2025</w:t>
            </w:r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3.650,00 €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Xip Solucions, S.L.U., con NIF B65630857, adjudicataria del contrato «Prestación del Servicio de mantenimiento de los equipos de control de acceso a las instalaciones de MC MUTUAL.», expediente N202500373, adjudicado el 17/10/2025 por 3.650,00 €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17/11/2026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