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VIVOFACIL CEE, S.A</w:t>
      </w:r>
    </w:p>
    <w:p>
      <w:r>
        <w:t>NIF A85760189.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los servicios de apoyo y asistencia al personal y a sus familias de la Fundación Colección Thyssen-Bornemisza, F.S.P. · exp. MNTB26-043</w:t>
            </w:r>
          </w:p>
        </w:tc>
        <w:tc>
          <w:tcPr>
            <w:tcW w:type="dxa" w:w="1440"/>
          </w:tcPr>
          <w:p>
            <w:r>
              <w:t>Fundación Colección Thyssen Bornemisza · NIF G79015251</w:t>
            </w:r>
          </w:p>
        </w:tc>
        <w:tc>
          <w:tcPr>
            <w:tcW w:type="dxa" w:w="1440"/>
          </w:tcPr>
          <w:p>
            <w:r>
              <w:t>13.999,00 €</w:t>
            </w:r>
          </w:p>
        </w:tc>
        <w:tc>
          <w:tcPr>
            <w:tcW w:type="dxa" w:w="1440"/>
          </w:tcPr>
          <w:p>
            <w:r>
              <w:t>29/05/2026</w:t>
            </w:r>
          </w:p>
        </w:tc>
        <w:tc>
          <w:tcPr>
            <w:tcW w:type="dxa" w:w="1440"/>
          </w:tcPr>
          <w:p>
            <w:r>
              <w:t>29/06/2026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apoyo y asistencia para la conciliación de la vida familiar y laboral de la plantilla de Paradores de Turismo de España, S.M.E., S.A. · exp. 2025-0229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176.400,00 €</w:t>
            </w:r>
          </w:p>
        </w:tc>
        <w:tc>
          <w:tcPr>
            <w:tcW w:type="dxa" w:w="1440"/>
          </w:tcPr>
          <w:p>
            <w:r>
              <w:t>23/06/2025</w:t>
            </w:r>
          </w:p>
        </w:tc>
        <w:tc>
          <w:tcPr>
            <w:tcW w:type="dxa" w:w="1440"/>
          </w:tcPr>
          <w:p>
            <w:r>
              <w:t>23/07/2025 – 23/07/2026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190.399,00 €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Colección Thyssen Bornemisza (NIF G79015251)</w:t>
      </w:r>
    </w:p>
    <w:p>
      <w:r>
        <w:t xml:space="preserve">VIVOFACIL CEE, S.A, con NIF A85760189, adjudicataria del contrato «Contratación de los servicios de apoyo y asistencia al personal y a sus familias de la Fundación Colección Thyssen-Bornemisza, F.S.P.», expediente MNTB26-043, adjudicado el 29/05/2026 por 13.999,00 €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29/06/2026 a 29/06/2027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VIVOFACIL CEE, S.A, con NIF A85760189, adjudicataria del contrato «Servicios de apoyo y asistencia para la conciliación de la vida familiar y laboral de la plantilla de Paradores de Turismo de España, S.M.E., S.A.», expediente 2025-0229, adjudicado el 23/06/2025 por 176.400,00 €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23/07/2025 a 23/07/2026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