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VIVE SERVICIOS Y MANTENIMIENTOS SOCIEDAD LIMITADA</w:t>
      </w:r>
    </w:p>
    <w:p>
      <w:r>
        <w:t>NIF B72952518.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