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VIVE SERVICIOS Y MANTENIMIENTOS SOCIEDAD LIMITADA</w:t>
      </w:r>
    </w:p>
    <w:p>
      <w:r>
        <w:t>NIF B72952518.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Contratación del suministro de Servicios Informáticos · exp. 3280/2025</w:t>
            </w:r>
          </w:p>
        </w:tc>
        <w:tc>
          <w:tcPr>
            <w:tcW w:type="dxa" w:w="1440"/>
          </w:tcPr>
          <w:p>
            <w:r>
              <w:t>Ayuntamiento de Guillena · NIF P4104900H</w:t>
            </w:r>
          </w:p>
        </w:tc>
        <w:tc>
          <w:tcPr>
            <w:tcW w:type="dxa" w:w="1440"/>
          </w:tcPr>
          <w:p>
            <w:r>
              <w:t>17.500,00 €</w:t>
            </w:r>
          </w:p>
        </w:tc>
        <w:tc>
          <w:tcPr>
            <w:tcW w:type="dxa" w:w="1440"/>
          </w:tcPr>
          <w:p>
            <w:r>
              <w:t>07/08/2025</w:t>
            </w:r>
          </w:p>
        </w:tc>
        <w:tc>
          <w:tcPr>
            <w:tcW w:type="dxa" w:w="1440"/>
          </w:tcPr>
          <w:p>
            <w:r>
              <w:t>09/10/2025 – 09/10/2026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17.500,00 €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Guillena (NIF P4104900H)</w:t>
      </w:r>
    </w:p>
    <w:p>
      <w:r>
        <w:t xml:space="preserve">VIVE SERVICIOS Y MANTENIMIENTOS SOCIEDAD LIMITADA, con NIF B72952518, adjudicataria del contrato «Contratación del suministro de Servicios Informáticos», expediente 3280/2025, adjudicado el 07/08/2025 por 17.500,00 €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09/10/2025 a 09/10/2026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