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VIRCELL SPAIN S.L.U.</w:t>
      </w:r>
    </w:p>
    <w:p>
      <w:r>
        <w:t>NIF B19537844. Contratos públicos adjudicados en los tres últimos años (servicios), del 30/10/2023 al 30/10/2026,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reactivos (incluidos los controles, calibradores y líquidos de lavados) y material fungible necesarios para la realización de las determinaciones analíticas necesarias para cubrir la actividad en el apartado Parásitos y</w:t>
              <w:br/>
              <w:br/>
              <w:t>serología complementaria (neumonías y otros) del laboratorio de M · exp. PRIMERA PRORROGA PA 715/2023</w:t>
            </w:r>
          </w:p>
        </w:tc>
        <w:tc>
          <w:tcPr>
            <w:tcW w:type="dxa" w:w="1440"/>
          </w:tcPr>
          <w:p>
            <w:r>
              <w:t>Departamento de Salud de Vinaroz. Dirección Económica-Gerencia · NIF S4611001A</w:t>
            </w:r>
          </w:p>
        </w:tc>
        <w:tc>
          <w:tcPr>
            <w:tcW w:type="dxa" w:w="1440"/>
          </w:tcPr>
          <w:p>
            <w:r>
              <w:t>56.016,34 €</w:t>
            </w:r>
          </w:p>
        </w:tc>
        <w:tc>
          <w:tcPr>
            <w:tcW w:type="dxa" w:w="1440"/>
          </w:tcPr>
          <w:p>
            <w:r>
              <w:t>22/09/2026</w:t>
            </w:r>
          </w:p>
        </w:tc>
        <w:tc>
          <w:tcPr>
            <w:tcW w:type="dxa" w:w="1440"/>
          </w:tcPr>
          <w:p>
            <w:r>
              <w:t>29/09/2026 – en curso</w:t>
            </w:r>
          </w:p>
        </w:tc>
        <w:tc>
          <w:tcPr>
            <w:tcW w:type="dxa" w:w="1440"/>
          </w:tcPr>
          <w:p>
            <w:r>
              <w:rPr>
                <w:highlight w:val="yellow"/>
              </w:rPr>
              <w:t>rellenar</w:t>
            </w:r>
          </w:p>
        </w:tc>
      </w:tr>
      <w:tr>
        <w:tc>
          <w:tcPr>
            <w:tcW w:type="dxa" w:w="1440"/>
          </w:tcPr>
          <w:p>
            <w:r>
              <w:t>Suministro de reactivos, material y dotación de equipamiento necesarios para la realización de las determinaciones analíticas de microbiología en los laboratorios del hospital vega baja del departamento de salud de Orihuela, y su mantenimiento, y formación del personal (lote 5) · exp. PRO 1ª PA 105/2023 LOTE 5</w:t>
            </w:r>
          </w:p>
        </w:tc>
        <w:tc>
          <w:tcPr>
            <w:tcW w:type="dxa" w:w="1440"/>
          </w:tcPr>
          <w:p>
            <w:r>
              <w:t>Departamento de Salud de Orihuela. Dirección Económica-Gerencia · NIF S4611001A</w:t>
            </w:r>
          </w:p>
        </w:tc>
        <w:tc>
          <w:tcPr>
            <w:tcW w:type="dxa" w:w="1440"/>
          </w:tcPr>
          <w:p>
            <w:r>
              <w:t>20.043,35 €</w:t>
            </w:r>
          </w:p>
        </w:tc>
        <w:tc>
          <w:tcPr>
            <w:tcW w:type="dxa" w:w="1440"/>
          </w:tcPr>
          <w:p>
            <w:r>
              <w:t>29/06/2026</w:t>
            </w:r>
          </w:p>
        </w:tc>
        <w:tc>
          <w:tcPr>
            <w:tcW w:type="dxa" w:w="1440"/>
          </w:tcPr>
          <w:p>
            <w:r>
              <w:t>01/10/2026 – en curso</w:t>
            </w:r>
          </w:p>
        </w:tc>
        <w:tc>
          <w:tcPr>
            <w:tcW w:type="dxa" w:w="1440"/>
          </w:tcPr>
          <w:p>
            <w:r>
              <w:rPr>
                <w:highlight w:val="yellow"/>
              </w:rPr>
              <w:t>rellenar</w:t>
            </w:r>
          </w:p>
        </w:tc>
      </w:tr>
      <w:tr>
        <w:tc>
          <w:tcPr>
            <w:tcW w:type="dxa" w:w="1440"/>
          </w:tcPr>
          <w:p>
            <w:r>
              <w:t>Suministro reactivo y material fungible incluidos calibradores y controles, precisos para la realización de determinaciones analíticas de serología en el laboratorio de Microbiología  DEPARTAMENTO DE SALUD DE LA RIBERA (LOTE 2- SEROLOGÍA DE NEUMONÍAS Y OTROS) · exp. PRÓRROGA CNMY 208/2021LOTE 2</w:t>
            </w:r>
          </w:p>
        </w:tc>
        <w:tc>
          <w:tcPr>
            <w:tcW w:type="dxa" w:w="1440"/>
          </w:tcPr>
          <w:p>
            <w:r>
              <w:t>Dirección Gerencia del Departamento de Salud de la Ribera de la Conselleria de Sanidad de la Generalitat Valenciana · NIF S4611001A</w:t>
            </w:r>
          </w:p>
        </w:tc>
        <w:tc>
          <w:tcPr>
            <w:tcW w:type="dxa" w:w="1440"/>
          </w:tcPr>
          <w:p>
            <w:r>
              <w:t>54.953,80 €</w:t>
            </w:r>
          </w:p>
        </w:tc>
        <w:tc>
          <w:tcPr>
            <w:tcW w:type="dxa" w:w="1440"/>
          </w:tcPr>
          <w:p>
            <w:r>
              <w:t>11/05/2026</w:t>
            </w:r>
          </w:p>
        </w:tc>
        <w:tc>
          <w:tcPr>
            <w:tcW w:type="dxa" w:w="1440"/>
          </w:tcPr>
          <w:p>
            <w:r>
              <w:t>08/07/2026 – en curso</w:t>
            </w:r>
          </w:p>
        </w:tc>
        <w:tc>
          <w:tcPr>
            <w:tcW w:type="dxa" w:w="1440"/>
          </w:tcPr>
          <w:p>
            <w:r>
              <w:rPr>
                <w:highlight w:val="yellow"/>
              </w:rPr>
              <w:t>rellenar</w:t>
            </w:r>
          </w:p>
        </w:tc>
      </w:tr>
      <w:tr>
        <w:tc>
          <w:tcPr>
            <w:tcW w:type="dxa" w:w="1440"/>
          </w:tcPr>
          <w:p>
            <w:r>
              <w:t>Suministro de reactivos de diagnóstico molecular urgente para el laboratorio de microbiología, del Instituto Nacional de Gestión Sanitaria en Melilla · exp. P.A. 2025-055-GME</w:t>
            </w:r>
          </w:p>
        </w:tc>
        <w:tc>
          <w:tcPr>
            <w:tcW w:type="dxa" w:w="1440"/>
          </w:tcPr>
          <w:p>
            <w:r>
              <w:t>Gerencia de Atención Sanitaria de Melilla - Instituto Nacional de Gestión Sanitaria · NIF Q2977002A</w:t>
            </w:r>
          </w:p>
        </w:tc>
        <w:tc>
          <w:tcPr>
            <w:tcW w:type="dxa" w:w="1440"/>
          </w:tcPr>
          <w:p>
            <w:r>
              <w:t>877.800,00 €</w:t>
            </w:r>
          </w:p>
        </w:tc>
        <w:tc>
          <w:tcPr>
            <w:tcW w:type="dxa" w:w="1440"/>
          </w:tcPr>
          <w:p>
            <w:r>
              <w:t>04/12/2025</w:t>
            </w:r>
          </w:p>
        </w:tc>
        <w:tc>
          <w:tcPr>
            <w:tcW w:type="dxa" w:w="1440"/>
          </w:tcPr>
          <w:p>
            <w:r>
              <w:t>04/01/2026 – en curso</w:t>
            </w:r>
          </w:p>
        </w:tc>
        <w:tc>
          <w:tcPr>
            <w:tcW w:type="dxa" w:w="1440"/>
          </w:tcPr>
          <w:p>
            <w:r>
              <w:rPr>
                <w:highlight w:val="yellow"/>
              </w:rPr>
              <w:t>rellenar</w:t>
            </w:r>
          </w:p>
        </w:tc>
      </w:tr>
      <w:tr>
        <w:tc>
          <w:tcPr>
            <w:tcW w:type="dxa" w:w="1440"/>
          </w:tcPr>
          <w:p>
            <w:r>
              <w:t>PRORROGA PNE/041/2023/2003 Contratación del Suministro de material necesario para la realización de determinaciones analíticas de serología en el equipo VIRCLIA Plus+ TB del laboratorio de Microbiología del Hospital Universitario de Burgos · exp. PRO/075/2025/2003</w:t>
            </w:r>
          </w:p>
        </w:tc>
        <w:tc>
          <w:tcPr>
            <w:tcW w:type="dxa" w:w="1440"/>
          </w:tcPr>
          <w:p>
            <w:r>
              <w:t>Gerencia de Atención Especializada de Burgos · NIF Q0977001G</w:t>
            </w:r>
          </w:p>
        </w:tc>
        <w:tc>
          <w:tcPr>
            <w:tcW w:type="dxa" w:w="1440"/>
          </w:tcPr>
          <w:p>
            <w:r>
              <w:t>253.236,71 €</w:t>
            </w:r>
          </w:p>
        </w:tc>
        <w:tc>
          <w:tcPr>
            <w:tcW w:type="dxa" w:w="1440"/>
          </w:tcPr>
          <w:p>
            <w:r>
              <w:t>06/10/2025</w:t>
            </w:r>
          </w:p>
        </w:tc>
        <w:tc>
          <w:tcPr>
            <w:tcW w:type="dxa" w:w="1440"/>
          </w:tcPr>
          <w:p>
            <w:r>
              <w:t>06/11/2025 – en curso</w:t>
            </w:r>
          </w:p>
        </w:tc>
        <w:tc>
          <w:tcPr>
            <w:tcW w:type="dxa" w:w="1440"/>
          </w:tcPr>
          <w:p>
            <w:r>
              <w:rPr>
                <w:highlight w:val="yellow"/>
              </w:rPr>
              <w:t>rellenar</w:t>
            </w:r>
          </w:p>
        </w:tc>
      </w:tr>
      <w:tr>
        <w:tc>
          <w:tcPr>
            <w:tcW w:type="dxa" w:w="1440"/>
          </w:tcPr>
          <w:p>
            <w:r>
              <w:t>Suministro de un sembrador automático y reactivos de serología infecciosa y pruebas rápidas para el laboratorio de microbiología del Instituto Nacional de Gestión Sanitaria en Melilla. (lote 2) · exp. P.A. 2025-032-GME</w:t>
            </w:r>
          </w:p>
        </w:tc>
        <w:tc>
          <w:tcPr>
            <w:tcW w:type="dxa" w:w="1440"/>
          </w:tcPr>
          <w:p>
            <w:r>
              <w:t>Gerencia de Atención Sanitaria de Melilla - Instituto Nacional de Gestión Sanitaria · NIF Q2977002A</w:t>
            </w:r>
          </w:p>
        </w:tc>
        <w:tc>
          <w:tcPr>
            <w:tcW w:type="dxa" w:w="1440"/>
          </w:tcPr>
          <w:p>
            <w:r>
              <w:t>447.425,00 €</w:t>
            </w:r>
          </w:p>
        </w:tc>
        <w:tc>
          <w:tcPr>
            <w:tcW w:type="dxa" w:w="1440"/>
          </w:tcPr>
          <w:p>
            <w:r>
              <w:t>19/07/2025</w:t>
            </w:r>
          </w:p>
        </w:tc>
        <w:tc>
          <w:tcPr>
            <w:tcW w:type="dxa" w:w="1440"/>
          </w:tcPr>
          <w:p>
            <w:r>
              <w:t>19/08/2025 – en curso</w:t>
            </w:r>
          </w:p>
        </w:tc>
        <w:tc>
          <w:tcPr>
            <w:tcW w:type="dxa" w:w="1440"/>
          </w:tcPr>
          <w:p>
            <w:r>
              <w:rPr>
                <w:highlight w:val="yellow"/>
              </w:rPr>
              <w:t>rellenar</w:t>
            </w:r>
          </w:p>
        </w:tc>
      </w:tr>
      <w:tr>
        <w:tc>
          <w:tcPr>
            <w:tcW w:type="dxa" w:w="1440"/>
          </w:tcPr>
          <w:p>
            <w:r>
              <w:t>Suministro de reactivos, tecnología y sistemas de información para el laboratorio del Hospital Universitario de Ceuta. (lote 11) · exp. PA/2024/039/GCE</w:t>
            </w:r>
          </w:p>
        </w:tc>
        <w:tc>
          <w:tcPr>
            <w:tcW w:type="dxa" w:w="1440"/>
          </w:tcPr>
          <w:p>
            <w:r>
              <w:t>Gerencia de Atención Sanitaria del Instituto Nacional de Gestión Sanitaria en Ceuta · NIF S5100013A</w:t>
            </w:r>
          </w:p>
        </w:tc>
        <w:tc>
          <w:tcPr>
            <w:tcW w:type="dxa" w:w="1440"/>
          </w:tcPr>
          <w:p>
            <w:r>
              <w:t>44.880,00 €</w:t>
            </w:r>
          </w:p>
        </w:tc>
        <w:tc>
          <w:tcPr>
            <w:tcW w:type="dxa" w:w="1440"/>
          </w:tcPr>
          <w:p>
            <w:r>
              <w:t>24/06/2025</w:t>
            </w:r>
          </w:p>
        </w:tc>
        <w:tc>
          <w:tcPr>
            <w:tcW w:type="dxa" w:w="1440"/>
          </w:tcPr>
          <w:p>
            <w:r>
              <w:t>24/07/2025 – en curso</w:t>
            </w:r>
          </w:p>
        </w:tc>
        <w:tc>
          <w:tcPr>
            <w:tcW w:type="dxa" w:w="1440"/>
          </w:tcPr>
          <w:p>
            <w:r>
              <w:rPr>
                <w:highlight w:val="yellow"/>
              </w:rPr>
              <w:t>rellenar</w:t>
            </w:r>
          </w:p>
        </w:tc>
      </w:tr>
      <w:tr>
        <w:tc>
          <w:tcPr>
            <w:tcW w:type="dxa" w:w="1440"/>
          </w:tcPr>
          <w:p>
            <w:r>
              <w:t>Suministro de reactivos, tecnología y sistemas de información para el laboratorio del Hospital Universitario de Ceuta. (lote 16) · exp. PA/2024/039/GCE</w:t>
            </w:r>
          </w:p>
        </w:tc>
        <w:tc>
          <w:tcPr>
            <w:tcW w:type="dxa" w:w="1440"/>
          </w:tcPr>
          <w:p>
            <w:r>
              <w:t>Gerencia de Atención Sanitaria del Instituto Nacional de Gestión Sanitaria en Ceuta · NIF S5100013A</w:t>
            </w:r>
          </w:p>
        </w:tc>
        <w:tc>
          <w:tcPr>
            <w:tcW w:type="dxa" w:w="1440"/>
          </w:tcPr>
          <w:p>
            <w:r>
              <w:t>53.823,80 €</w:t>
            </w:r>
          </w:p>
        </w:tc>
        <w:tc>
          <w:tcPr>
            <w:tcW w:type="dxa" w:w="1440"/>
          </w:tcPr>
          <w:p>
            <w:r>
              <w:t>24/06/2025</w:t>
            </w:r>
          </w:p>
        </w:tc>
        <w:tc>
          <w:tcPr>
            <w:tcW w:type="dxa" w:w="1440"/>
          </w:tcPr>
          <w:p>
            <w:r>
              <w:t>24/07/2025 – en curso</w:t>
            </w:r>
          </w:p>
        </w:tc>
        <w:tc>
          <w:tcPr>
            <w:tcW w:type="dxa" w:w="1440"/>
          </w:tcPr>
          <w:p>
            <w:r>
              <w:rPr>
                <w:highlight w:val="yellow"/>
              </w:rPr>
              <w:t>rellenar</w:t>
            </w:r>
          </w:p>
        </w:tc>
      </w:tr>
      <w:tr>
        <w:tc>
          <w:tcPr>
            <w:tcW w:type="dxa" w:w="1440"/>
          </w:tcPr>
          <w:p>
            <w:r>
              <w:t>Suministro de kits de PCR tipo Flashdx · exp. CMAYOR/2025/FISAB/0011</w:t>
            </w:r>
          </w:p>
        </w:tc>
        <w:tc>
          <w:tcPr>
            <w:tcW w:type="dxa" w:w="1440"/>
          </w:tcPr>
          <w:p>
            <w:r>
              <w:t>Fundación para el Fomento de la Investigación Sanitaria y Biomédica de la Comunitat Valenciana (FISABIO) · NIF G98073760</w:t>
            </w:r>
          </w:p>
        </w:tc>
        <w:tc>
          <w:tcPr>
            <w:tcW w:type="dxa" w:w="1440"/>
          </w:tcPr>
          <w:p>
            <w:r>
              <w:t>122.220,00 €</w:t>
            </w:r>
          </w:p>
        </w:tc>
        <w:tc>
          <w:tcPr>
            <w:tcW w:type="dxa" w:w="1440"/>
          </w:tcPr>
          <w:p>
            <w:r>
              <w:t>15/05/2025</w:t>
            </w:r>
          </w:p>
        </w:tc>
        <w:tc>
          <w:tcPr>
            <w:tcW w:type="dxa" w:w="1440"/>
          </w:tcPr>
          <w:p>
            <w:r>
              <w:t>… – …</w:t>
            </w:r>
          </w:p>
        </w:tc>
        <w:tc>
          <w:tcPr>
            <w:tcW w:type="dxa" w:w="1440"/>
          </w:tcPr>
          <w:p>
            <w:r>
              <w:rPr>
                <w:highlight w:val="yellow"/>
              </w:rPr>
              <w:t>rellenar</w:t>
            </w:r>
          </w:p>
        </w:tc>
      </w:tr>
      <w:tr>
        <w:tc>
          <w:tcPr>
            <w:tcW w:type="dxa" w:w="1440"/>
          </w:tcPr>
          <w:p>
            <w:r>
              <w:t>Suministro de REACTIVOS para la Tinción de GRAM, Tinción de AURAMINA, Tinción de ZIEHLD-NEELSEN, y cesión de equipos necesarios para el estudio de sensibilidad antibiótica manual y técnicas moleculares de bajo consumo de microbiología para el INGESA de Melilla. (lote 2) · exp. P.A.S.A. 2025-016-GME</w:t>
            </w:r>
          </w:p>
        </w:tc>
        <w:tc>
          <w:tcPr>
            <w:tcW w:type="dxa" w:w="1440"/>
          </w:tcPr>
          <w:p>
            <w:r>
              <w:t>Gerencia de Atención Sanitaria de Melilla - Instituto Nacional de Gestión Sanitaria · NIF Q2977002A</w:t>
            </w:r>
          </w:p>
        </w:tc>
        <w:tc>
          <w:tcPr>
            <w:tcW w:type="dxa" w:w="1440"/>
          </w:tcPr>
          <w:p>
            <w:r>
              <w:t>7.296,00 €</w:t>
            </w:r>
          </w:p>
        </w:tc>
        <w:tc>
          <w:tcPr>
            <w:tcW w:type="dxa" w:w="1440"/>
          </w:tcPr>
          <w:p>
            <w:r>
              <w:t>05/04/2025</w:t>
            </w:r>
          </w:p>
        </w:tc>
        <w:tc>
          <w:tcPr>
            <w:tcW w:type="dxa" w:w="1440"/>
          </w:tcPr>
          <w:p>
            <w:r>
              <w:t>09/04/2025 – en curso</w:t>
            </w:r>
          </w:p>
        </w:tc>
        <w:tc>
          <w:tcPr>
            <w:tcW w:type="dxa" w:w="1440"/>
          </w:tcPr>
          <w:p>
            <w:r>
              <w:rPr>
                <w:highlight w:val="yellow"/>
              </w:rPr>
              <w:t>rellenar</w:t>
            </w:r>
          </w:p>
        </w:tc>
      </w:tr>
      <w:tr>
        <w:tc>
          <w:tcPr>
            <w:tcW w:type="dxa" w:w="1440"/>
          </w:tcPr>
          <w:p>
            <w:r>
              <w:t>Suministro de Reactivos y Dotación de Equipamiento necesarios para la Realización de Determinaciones Analíticas en el Laboratorio de Microbiología del Departamento de Salud Valencia Arnau de Vilanova-Llíria, Respetuoso con el Medio Ambiente (lote 3) · exp. 965/2024</w:t>
            </w:r>
          </w:p>
        </w:tc>
        <w:tc>
          <w:tcPr>
            <w:tcW w:type="dxa" w:w="1440"/>
          </w:tcPr>
          <w:p>
            <w:r>
              <w:t>Departamento de Salud Valencia - Arnau de Vilanova - Llíria. Dirección Económica-Gerencia · NIF S4611001A</w:t>
            </w:r>
          </w:p>
        </w:tc>
        <w:tc>
          <w:tcPr>
            <w:tcW w:type="dxa" w:w="1440"/>
          </w:tcPr>
          <w:p>
            <w:r>
              <w:t>291.490,00 €</w:t>
            </w:r>
          </w:p>
        </w:tc>
        <w:tc>
          <w:tcPr>
            <w:tcW w:type="dxa" w:w="1440"/>
          </w:tcPr>
          <w:p>
            <w:r>
              <w:t>23/01/2025</w:t>
            </w:r>
          </w:p>
        </w:tc>
        <w:tc>
          <w:tcPr>
            <w:tcW w:type="dxa" w:w="1440"/>
          </w:tcPr>
          <w:p>
            <w:r>
              <w:t>01/03/2025 – en curso</w:t>
            </w:r>
          </w:p>
        </w:tc>
        <w:tc>
          <w:tcPr>
            <w:tcW w:type="dxa" w:w="1440"/>
          </w:tcPr>
          <w:p>
            <w:r>
              <w:rPr>
                <w:highlight w:val="yellow"/>
              </w:rPr>
              <w:t>rellenar</w:t>
            </w:r>
          </w:p>
        </w:tc>
      </w:tr>
      <w:tr>
        <w:tc>
          <w:tcPr>
            <w:tcW w:type="dxa" w:w="1440"/>
          </w:tcPr>
          <w:p>
            <w:r>
              <w:t>Suministro de reactivos material y equipamiento para el Servicio de Microbiología del ASIV. Medios de cultivo, hemocultivos y antígenos en orina. (lote 2) · exp. 2024000208</w:t>
            </w:r>
          </w:p>
        </w:tc>
        <w:tc>
          <w:tcPr>
            <w:tcW w:type="dxa" w:w="1440"/>
          </w:tcPr>
          <w:p>
            <w:r>
              <w:t>Gerencia del Área Sanitaria IV del Servicio de Salud del Principado de Asturias · NIF Q8350064E</w:t>
            </w:r>
          </w:p>
        </w:tc>
        <w:tc>
          <w:tcPr>
            <w:tcW w:type="dxa" w:w="1440"/>
          </w:tcPr>
          <w:p>
            <w:r>
              <w:t>99.840,00 €</w:t>
            </w:r>
          </w:p>
        </w:tc>
        <w:tc>
          <w:tcPr>
            <w:tcW w:type="dxa" w:w="1440"/>
          </w:tcPr>
          <w:p>
            <w:r>
              <w:t>31/10/2024</w:t>
            </w:r>
          </w:p>
        </w:tc>
        <w:tc>
          <w:tcPr>
            <w:tcW w:type="dxa" w:w="1440"/>
          </w:tcPr>
          <w:p>
            <w:r>
              <w:t>01/12/2024 – en curso</w:t>
            </w:r>
          </w:p>
        </w:tc>
        <w:tc>
          <w:tcPr>
            <w:tcW w:type="dxa" w:w="1440"/>
          </w:tcPr>
          <w:p>
            <w:r>
              <w:rPr>
                <w:highlight w:val="yellow"/>
              </w:rPr>
              <w:t>rellenar</w:t>
            </w:r>
          </w:p>
        </w:tc>
      </w:tr>
      <w:tr>
        <w:tc>
          <w:tcPr>
            <w:tcW w:type="dxa" w:w="1440"/>
          </w:tcPr>
          <w:p>
            <w:r>
              <w:t>Suministro de reactivos, fungible y equipos necesarios para el estudio de respuesta inmunológica frente microorganismos causantes de infección en pacientes del Hospital Universitario Son Llàtzer · exp. HSLL112/2024</w:t>
            </w:r>
          </w:p>
        </w:tc>
        <w:tc>
          <w:tcPr>
            <w:tcW w:type="dxa" w:w="1440"/>
          </w:tcPr>
          <w:p>
            <w:r>
              <w:t>Servicio de Salud de las Illes Balears · NIF Q0719003F</w:t>
            </w:r>
          </w:p>
        </w:tc>
        <w:tc>
          <w:tcPr>
            <w:tcW w:type="dxa" w:w="1440"/>
          </w:tcPr>
          <w:p>
            <w:r>
              <w:t>51.355,10 €</w:t>
            </w:r>
          </w:p>
        </w:tc>
        <w:tc>
          <w:tcPr>
            <w:tcW w:type="dxa" w:w="1440"/>
          </w:tcPr>
          <w:p>
            <w:r>
              <w:t>28/06/2024</w:t>
            </w:r>
          </w:p>
        </w:tc>
        <w:tc>
          <w:tcPr>
            <w:tcW w:type="dxa" w:w="1440"/>
          </w:tcPr>
          <w:p>
            <w:r>
              <w:t>28/07/2024 – 28/07/2026</w:t>
            </w:r>
          </w:p>
        </w:tc>
        <w:tc>
          <w:tcPr>
            <w:tcW w:type="dxa" w:w="1440"/>
          </w:tcPr>
          <w:p>
            <w:r>
              <w:rPr>
                <w:highlight w:val="yellow"/>
              </w:rPr>
              <w:t>rellenar</w:t>
            </w:r>
          </w:p>
        </w:tc>
      </w:tr>
      <w:tr>
        <w:tc>
          <w:tcPr>
            <w:tcW w:type="dxa" w:w="1440"/>
          </w:tcPr>
          <w:p>
            <w:r>
              <w:t>Adquisición y suministro de los reactivos, calibradores, controles y fungibles específicos, así como los elementos necesarios, para la realización de las técnicas analíticas en el laboratorio central del Hospital Universitario de Melilla (HUME) (lote 05) · exp. PA 2023/020</w:t>
            </w:r>
          </w:p>
        </w:tc>
        <w:tc>
          <w:tcPr>
            <w:tcW w:type="dxa" w:w="1440"/>
          </w:tcPr>
          <w:p>
            <w:r>
              <w:t>Dirección del Instituto Nacional de Gestión Sanitaria (INGESA) · NIF Q2869002B</w:t>
            </w:r>
          </w:p>
        </w:tc>
        <w:tc>
          <w:tcPr>
            <w:tcW w:type="dxa" w:w="1440"/>
          </w:tcPr>
          <w:p>
            <w:r>
              <w:t>160.500,00 €</w:t>
            </w:r>
          </w:p>
        </w:tc>
        <w:tc>
          <w:tcPr>
            <w:tcW w:type="dxa" w:w="1440"/>
          </w:tcPr>
          <w:p>
            <w:r>
              <w:t>10/06/2024</w:t>
            </w:r>
          </w:p>
        </w:tc>
        <w:tc>
          <w:tcPr>
            <w:tcW w:type="dxa" w:w="1440"/>
          </w:tcPr>
          <w:p>
            <w:r>
              <w:t>10/07/2024 – en curso</w:t>
            </w:r>
          </w:p>
        </w:tc>
        <w:tc>
          <w:tcPr>
            <w:tcW w:type="dxa" w:w="1440"/>
          </w:tcPr>
          <w:p>
            <w:r>
              <w:rPr>
                <w:highlight w:val="yellow"/>
              </w:rPr>
              <w:t>rellenar</w:t>
            </w:r>
          </w:p>
        </w:tc>
      </w:tr>
      <w:tr>
        <w:tc>
          <w:tcPr>
            <w:tcW w:type="dxa" w:w="1440"/>
          </w:tcPr>
          <w:p>
            <w:r>
              <w:t>73958200 74003400 74021100 74105000 74003600 · exp. HV BASADO AM 2018/5/0027 B19537844 MARZO24</w:t>
            </w:r>
          </w:p>
        </w:tc>
        <w:tc>
          <w:tcPr>
            <w:tcW w:type="dxa" w:w="1440"/>
          </w:tcPr>
          <w:p>
            <w:r>
              <w:t>Servicio Cántabro de Salud · NIF Q3900738J</w:t>
            </w:r>
          </w:p>
        </w:tc>
        <w:tc>
          <w:tcPr>
            <w:tcW w:type="dxa" w:w="1440"/>
          </w:tcPr>
          <w:p>
            <w:r>
              <w:t>22.536,00 €</w:t>
            </w:r>
          </w:p>
        </w:tc>
        <w:tc>
          <w:tcPr>
            <w:tcW w:type="dxa" w:w="1440"/>
          </w:tcPr>
          <w:p>
            <w:r>
              <w:t>29/03/2024</w:t>
            </w:r>
          </w:p>
        </w:tc>
        <w:tc>
          <w:tcPr>
            <w:tcW w:type="dxa" w:w="1440"/>
          </w:tcPr>
          <w:p>
            <w:r>
              <w:t>29/03/2024 – 30/03/2024</w:t>
            </w:r>
          </w:p>
        </w:tc>
        <w:tc>
          <w:tcPr>
            <w:tcW w:type="dxa" w:w="1440"/>
          </w:tcPr>
          <w:p>
            <w:r>
              <w:rPr>
                <w:highlight w:val="yellow"/>
              </w:rPr>
              <w:t>rellenar</w:t>
            </w:r>
          </w:p>
        </w:tc>
      </w:tr>
      <w:tr>
        <w:tc>
          <w:tcPr>
            <w:tcW w:type="dxa" w:w="1440"/>
          </w:tcPr>
          <w:p>
            <w:r>
              <w:t>73705600 73722500 73722700 73881000 · exp. HV BASADO AM 2018/5/0027 B19537844 FEBRERO24</w:t>
            </w:r>
          </w:p>
        </w:tc>
        <w:tc>
          <w:tcPr>
            <w:tcW w:type="dxa" w:w="1440"/>
          </w:tcPr>
          <w:p>
            <w:r>
              <w:t>Servicio Cántabro de Salud · NIF Q3900738J</w:t>
            </w:r>
          </w:p>
        </w:tc>
        <w:tc>
          <w:tcPr>
            <w:tcW w:type="dxa" w:w="1440"/>
          </w:tcPr>
          <w:p>
            <w:r>
              <w:t>15.749,00 €</w:t>
            </w:r>
          </w:p>
        </w:tc>
        <w:tc>
          <w:tcPr>
            <w:tcW w:type="dxa" w:w="1440"/>
          </w:tcPr>
          <w:p>
            <w:r>
              <w:t>29/02/2024</w:t>
            </w:r>
          </w:p>
        </w:tc>
        <w:tc>
          <w:tcPr>
            <w:tcW w:type="dxa" w:w="1440"/>
          </w:tcPr>
          <w:p>
            <w:r>
              <w:t>29/02/2024 – 01/03/2024</w:t>
            </w:r>
          </w:p>
        </w:tc>
        <w:tc>
          <w:tcPr>
            <w:tcW w:type="dxa" w:w="1440"/>
          </w:tcPr>
          <w:p>
            <w:r>
              <w:rPr>
                <w:highlight w:val="yellow"/>
              </w:rPr>
              <w:t>rellenar</w:t>
            </w:r>
          </w:p>
        </w:tc>
      </w:tr>
      <w:tr>
        <w:tc>
          <w:tcPr>
            <w:tcW w:type="dxa" w:w="1440"/>
          </w:tcPr>
          <w:p>
            <w:r>
              <w:t>73330100 73399900 73527800 · exp. HV BASADO AM 2018/5/0027 B19537844 ENERO24</w:t>
            </w:r>
          </w:p>
        </w:tc>
        <w:tc>
          <w:tcPr>
            <w:tcW w:type="dxa" w:w="1440"/>
          </w:tcPr>
          <w:p>
            <w:r>
              <w:t>Servicio Cántabro de Salud · NIF Q3900738J</w:t>
            </w:r>
          </w:p>
        </w:tc>
        <w:tc>
          <w:tcPr>
            <w:tcW w:type="dxa" w:w="1440"/>
          </w:tcPr>
          <w:p>
            <w:r>
              <w:t>1.728,00 €</w:t>
            </w:r>
          </w:p>
        </w:tc>
        <w:tc>
          <w:tcPr>
            <w:tcW w:type="dxa" w:w="1440"/>
          </w:tcPr>
          <w:p>
            <w:r>
              <w:t>31/01/2024</w:t>
            </w:r>
          </w:p>
        </w:tc>
        <w:tc>
          <w:tcPr>
            <w:tcW w:type="dxa" w:w="1440"/>
          </w:tcPr>
          <w:p>
            <w:r>
              <w:t>31/01/2024 – 01/02/2024</w:t>
            </w:r>
          </w:p>
        </w:tc>
        <w:tc>
          <w:tcPr>
            <w:tcW w:type="dxa" w:w="1440"/>
          </w:tcPr>
          <w:p>
            <w:r>
              <w:rPr>
                <w:highlight w:val="yellow"/>
              </w:rPr>
              <w:t>rellenar</w:t>
            </w:r>
          </w:p>
        </w:tc>
      </w:tr>
      <w:tr>
        <w:tc>
          <w:tcPr>
            <w:tcW w:type="dxa" w:w="1440"/>
          </w:tcPr>
          <w:p>
            <w:r>
              <w:t>Suministro de Test virus respiratorios, adenovirus, influenza tipo A +B,VRS, SARS-CoV-2 para el Complejo Asistencial Universitario de León (lote 1) · exp. 2020014445 CE 003/2024/3003</w:t>
            </w:r>
          </w:p>
        </w:tc>
        <w:tc>
          <w:tcPr>
            <w:tcW w:type="dxa" w:w="1440"/>
          </w:tcPr>
          <w:p>
            <w:r>
              <w:t>Gerencia de Atención Especializada de León · NIF Q2469006G</w:t>
            </w:r>
          </w:p>
        </w:tc>
        <w:tc>
          <w:tcPr>
            <w:tcW w:type="dxa" w:w="1440"/>
          </w:tcPr>
          <w:p>
            <w:r>
              <w:t>9.600,00 €</w:t>
            </w:r>
          </w:p>
        </w:tc>
        <w:tc>
          <w:tcPr>
            <w:tcW w:type="dxa" w:w="1440"/>
          </w:tcPr>
          <w:p>
            <w:r>
              <w:t>04/01/2024</w:t>
            </w:r>
          </w:p>
        </w:tc>
        <w:tc>
          <w:tcPr>
            <w:tcW w:type="dxa" w:w="1440"/>
          </w:tcPr>
          <w:p>
            <w:r>
              <w:t>04/02/2024 – 19/02/2024</w:t>
            </w:r>
          </w:p>
        </w:tc>
        <w:tc>
          <w:tcPr>
            <w:tcW w:type="dxa" w:w="1440"/>
          </w:tcPr>
          <w:p>
            <w:r>
              <w:rPr>
                <w:highlight w:val="yellow"/>
              </w:rPr>
              <w:t>rellenar</w:t>
            </w:r>
          </w:p>
        </w:tc>
      </w:tr>
      <w:tr>
        <w:tc>
          <w:tcPr>
            <w:tcW w:type="dxa" w:w="1440"/>
          </w:tcPr>
          <w:p>
            <w:r>
              <w:t>72967900 72978500 72993300 73011400 73012900 73043200 73170600 73199200 · exp. HV BASADO AM 2018/5/0027  B19537844 DICIEMBRE23</w:t>
            </w:r>
          </w:p>
        </w:tc>
        <w:tc>
          <w:tcPr>
            <w:tcW w:type="dxa" w:w="1440"/>
          </w:tcPr>
          <w:p>
            <w:r>
              <w:t>Servicio Cántabro de Salud · NIF Q3900738J</w:t>
            </w:r>
          </w:p>
        </w:tc>
        <w:tc>
          <w:tcPr>
            <w:tcW w:type="dxa" w:w="1440"/>
          </w:tcPr>
          <w:p>
            <w:r>
              <w:t>26.348,00 €</w:t>
            </w:r>
          </w:p>
        </w:tc>
        <w:tc>
          <w:tcPr>
            <w:tcW w:type="dxa" w:w="1440"/>
          </w:tcPr>
          <w:p>
            <w:r>
              <w:t>31/12/2023</w:t>
            </w:r>
          </w:p>
        </w:tc>
        <w:tc>
          <w:tcPr>
            <w:tcW w:type="dxa" w:w="1440"/>
          </w:tcPr>
          <w:p>
            <w:r>
              <w:t>31/12/2023 – 01/01/2024</w:t>
            </w:r>
          </w:p>
        </w:tc>
        <w:tc>
          <w:tcPr>
            <w:tcW w:type="dxa" w:w="1440"/>
          </w:tcPr>
          <w:p>
            <w:r>
              <w:rPr>
                <w:highlight w:val="yellow"/>
              </w:rPr>
              <w:t>rellenar</w:t>
            </w:r>
          </w:p>
        </w:tc>
      </w:tr>
      <w:tr>
        <w:tc>
          <w:tcPr>
            <w:tcW w:type="dxa" w:w="1440"/>
          </w:tcPr>
          <w:p>
            <w:r>
              <w:t>72702200 · exp. HV BASADO AM 2018/5/0027 B19537844  NOVIEMBRE23</w:t>
            </w:r>
          </w:p>
        </w:tc>
        <w:tc>
          <w:tcPr>
            <w:tcW w:type="dxa" w:w="1440"/>
          </w:tcPr>
          <w:p>
            <w:r>
              <w:t>Servicio Cántabro de Salud · NIF Q3900738J</w:t>
            </w:r>
          </w:p>
        </w:tc>
        <w:tc>
          <w:tcPr>
            <w:tcW w:type="dxa" w:w="1440"/>
          </w:tcPr>
          <w:p>
            <w:r>
              <w:t>3.240,00 €</w:t>
            </w:r>
          </w:p>
        </w:tc>
        <w:tc>
          <w:tcPr>
            <w:tcW w:type="dxa" w:w="1440"/>
          </w:tcPr>
          <w:p>
            <w:r>
              <w:t>13/11/2023</w:t>
            </w:r>
          </w:p>
        </w:tc>
        <w:tc>
          <w:tcPr>
            <w:tcW w:type="dxa" w:w="1440"/>
          </w:tcPr>
          <w:p>
            <w:r>
              <w:t>13/11/2023 – 14/11/2023</w:t>
            </w:r>
          </w:p>
        </w:tc>
        <w:tc>
          <w:tcPr>
            <w:tcW w:type="dxa" w:w="1440"/>
          </w:tcPr>
          <w:p>
            <w:r>
              <w:rPr>
                <w:highlight w:val="yellow"/>
              </w:rPr>
              <w:t>rellenar</w:t>
            </w:r>
          </w:p>
        </w:tc>
      </w:tr>
      <w:tr>
        <w:tc>
          <w:tcPr>
            <w:tcW w:type="dxa" w:w="1440"/>
          </w:tcPr>
          <w:p>
            <w:r>
              <w:t>72659000 · exp. HV BASADO AM 2018/5/0027 B19537844 NOVIEMBRE23</w:t>
            </w:r>
          </w:p>
        </w:tc>
        <w:tc>
          <w:tcPr>
            <w:tcW w:type="dxa" w:w="1440"/>
          </w:tcPr>
          <w:p>
            <w:r>
              <w:t>Servicio Cántabro de Salud · NIF Q3900738J</w:t>
            </w:r>
          </w:p>
        </w:tc>
        <w:tc>
          <w:tcPr>
            <w:tcW w:type="dxa" w:w="1440"/>
          </w:tcPr>
          <w:p>
            <w:r>
              <w:t>8.736,00 €</w:t>
            </w:r>
          </w:p>
        </w:tc>
        <w:tc>
          <w:tcPr>
            <w:tcW w:type="dxa" w:w="1440"/>
          </w:tcPr>
          <w:p>
            <w:r>
              <w:t>08/11/2023</w:t>
            </w:r>
          </w:p>
        </w:tc>
        <w:tc>
          <w:tcPr>
            <w:tcW w:type="dxa" w:w="1440"/>
          </w:tcPr>
          <w:p>
            <w:r>
              <w:t>08/11/2023 – 09/11/2023</w:t>
            </w:r>
          </w:p>
        </w:tc>
        <w:tc>
          <w:tcPr>
            <w:tcW w:type="dxa" w:w="1440"/>
          </w:tcPr>
          <w:p>
            <w:r>
              <w:rPr>
                <w:highlight w:val="yellow"/>
              </w:rPr>
              <w:t>rellenar</w:t>
            </w:r>
          </w:p>
        </w:tc>
      </w:tr>
      <w:tr>
        <w:tc>
          <w:tcPr>
            <w:tcW w:type="dxa" w:w="1440"/>
          </w:tcPr>
          <w:p>
            <w:r>
              <w:t>Pedidos nº: 72603800  72609100 · exp. HV BASADO AM 2018/5/0027 B19537844 NOVIEMBRE 23</w:t>
            </w:r>
          </w:p>
        </w:tc>
        <w:tc>
          <w:tcPr>
            <w:tcW w:type="dxa" w:w="1440"/>
          </w:tcPr>
          <w:p>
            <w:r>
              <w:t>Servicio Cántabro de Salud · NIF Q3900738J</w:t>
            </w:r>
          </w:p>
        </w:tc>
        <w:tc>
          <w:tcPr>
            <w:tcW w:type="dxa" w:w="1440"/>
          </w:tcPr>
          <w:p>
            <w:r>
              <w:t>3.768,00 €</w:t>
            </w:r>
          </w:p>
        </w:tc>
        <w:tc>
          <w:tcPr>
            <w:tcW w:type="dxa" w:w="1440"/>
          </w:tcPr>
          <w:p>
            <w:r>
              <w:t>06/11/2023</w:t>
            </w:r>
          </w:p>
        </w:tc>
        <w:tc>
          <w:tcPr>
            <w:tcW w:type="dxa" w:w="1440"/>
          </w:tcPr>
          <w:p>
            <w:r>
              <w:t>06/12/2023 – 07/12/2023</w:t>
            </w:r>
          </w:p>
        </w:tc>
        <w:tc>
          <w:tcPr>
            <w:tcW w:type="dxa" w:w="1440"/>
          </w:tcPr>
          <w:p>
            <w:r>
              <w:rPr>
                <w:highlight w:val="yellow"/>
              </w:rPr>
              <w:t>rellenar</w:t>
            </w:r>
          </w:p>
        </w:tc>
      </w:tr>
      <w:tr>
        <w:tc>
          <w:tcPr>
            <w:tcW w:type="dxa" w:w="1440"/>
          </w:tcPr>
          <w:p>
            <w:r>
              <w:t>Pedidos nº: 72367700  72471100  72471300  72493400 · exp. HV BASADO AM 2018/5/0027 B19537844 OCTUBRE23</w:t>
            </w:r>
          </w:p>
        </w:tc>
        <w:tc>
          <w:tcPr>
            <w:tcW w:type="dxa" w:w="1440"/>
          </w:tcPr>
          <w:p>
            <w:r>
              <w:t>Servicio Cántabro de Salud · NIF Q3900738J</w:t>
            </w:r>
          </w:p>
        </w:tc>
        <w:tc>
          <w:tcPr>
            <w:tcW w:type="dxa" w:w="1440"/>
          </w:tcPr>
          <w:p>
            <w:r>
              <w:t>8.795,00 €</w:t>
            </w:r>
          </w:p>
        </w:tc>
        <w:tc>
          <w:tcPr>
            <w:tcW w:type="dxa" w:w="1440"/>
          </w:tcPr>
          <w:p>
            <w:r>
              <w:t>31/10/2023</w:t>
            </w:r>
          </w:p>
        </w:tc>
        <w:tc>
          <w:tcPr>
            <w:tcW w:type="dxa" w:w="1440"/>
          </w:tcPr>
          <w:p>
            <w:r>
              <w:t>31/10/2023 – 01/11/2023</w:t>
            </w:r>
          </w:p>
        </w:tc>
        <w:tc>
          <w:tcPr>
            <w:tcW w:type="dxa" w:w="1440"/>
          </w:tcPr>
          <w:p>
            <w:r>
              <w:rPr>
                <w:highlight w:val="yellow"/>
              </w:rPr>
              <w:t>rellenar</w:t>
            </w:r>
          </w:p>
        </w:tc>
      </w:tr>
      <w:tr>
        <w:tc>
          <w:tcPr>
            <w:tcW w:type="dxa" w:w="1440"/>
          </w:tcPr>
          <w:p>
            <w:r>
              <w:t>Suministro del material necesario (reactivos, controles, cubetas, calibradores, material de limpieza y fungible) para la realización de determinaciones analíticas de Serología en el equipo VIRCLIA PLUS + TB del laboratorio de Microbiología del Hospital Universitario de Burgos. · exp. PNSP/041/2023/2003</w:t>
            </w:r>
          </w:p>
        </w:tc>
        <w:tc>
          <w:tcPr>
            <w:tcW w:type="dxa" w:w="1440"/>
          </w:tcPr>
          <w:p>
            <w:r>
              <w:t>Gerencia de Atención Especializada de Burgos · NIF Q0977001G</w:t>
            </w:r>
          </w:p>
        </w:tc>
        <w:tc>
          <w:tcPr>
            <w:tcW w:type="dxa" w:w="1440"/>
          </w:tcPr>
          <w:p>
            <w:r>
              <w:t>253.236,71 €</w:t>
            </w:r>
          </w:p>
        </w:tc>
        <w:tc>
          <w:tcPr>
            <w:tcW w:type="dxa" w:w="1440"/>
          </w:tcPr>
          <w:p>
            <w:r>
              <w:t>11/10/2023</w:t>
            </w:r>
          </w:p>
        </w:tc>
        <w:tc>
          <w:tcPr>
            <w:tcW w:type="dxa" w:w="1440"/>
          </w:tcPr>
          <w:p>
            <w:r>
              <w:t>11/11/2023 – 11/11/2025</w:t>
            </w:r>
          </w:p>
        </w:tc>
        <w:tc>
          <w:tcPr>
            <w:tcW w:type="dxa" w:w="1440"/>
          </w:tcPr>
          <w:p>
            <w:r>
              <w:rPr>
                <w:highlight w:val="yellow"/>
              </w:rPr>
              <w:t>rellenar</w:t>
            </w:r>
          </w:p>
        </w:tc>
      </w:tr>
      <w:tr>
        <w:tc>
          <w:tcPr>
            <w:tcW w:type="dxa" w:w="1440"/>
          </w:tcPr>
          <w:p>
            <w:r>
              <w:t>Suministro de reactivos incluidos controles, calibradores, liquidos de lavados y fungibles necesarios para la realizacion de determinaciones analiticas necesarias para cubrir la actividad en el apdo. parasitos y serologia complementaria (neumonias y otros) del laboratorio de microbiologia del hospit · exp. PA 715/2023</w:t>
            </w:r>
          </w:p>
        </w:tc>
        <w:tc>
          <w:tcPr>
            <w:tcW w:type="dxa" w:w="1440"/>
          </w:tcPr>
          <w:p>
            <w:r>
              <w:t>Departamento de Salud de Vinaroz. Dirección Económica-Gerencia · NIF S4611001A</w:t>
            </w:r>
          </w:p>
        </w:tc>
        <w:tc>
          <w:tcPr>
            <w:tcW w:type="dxa" w:w="1440"/>
          </w:tcPr>
          <w:p>
            <w:r>
              <w:t>139.304,33 €</w:t>
            </w:r>
          </w:p>
        </w:tc>
        <w:tc>
          <w:tcPr>
            <w:tcW w:type="dxa" w:w="1440"/>
          </w:tcPr>
          <w:p>
            <w:r>
              <w:t>03/10/2023</w:t>
            </w:r>
          </w:p>
        </w:tc>
        <w:tc>
          <w:tcPr>
            <w:tcW w:type="dxa" w:w="1440"/>
          </w:tcPr>
          <w:p>
            <w:r>
              <w:t>01/11/2023 – en curso</w:t>
            </w:r>
          </w:p>
        </w:tc>
        <w:tc>
          <w:tcPr>
            <w:tcW w:type="dxa" w:w="1440"/>
          </w:tcPr>
          <w:p>
            <w:r>
              <w:rPr>
                <w:highlight w:val="yellow"/>
              </w:rPr>
              <w:t>rellenar</w:t>
            </w:r>
          </w:p>
        </w:tc>
      </w:tr>
      <w:tr>
        <w:tc>
          <w:tcPr>
            <w:tcW w:type="dxa" w:w="1440"/>
          </w:tcPr>
          <w:p>
            <w:r>
              <w:t>Suministro de reactivos y material fungible, incluidos calibradores y controles, para la realización de determinaciones analíticas de serología en el Laboratorio de Microbiología del Departamento de Salud de La Ribera (lote 2) · exp. CNMY 208/2021</w:t>
            </w:r>
          </w:p>
        </w:tc>
        <w:tc>
          <w:tcPr>
            <w:tcW w:type="dxa" w:w="1440"/>
          </w:tcPr>
          <w:p>
            <w:r>
              <w:t>Dirección Gerencia del Departamento de Salud de la Ribera de la Conselleria de Sanidad de la Generalitat Valenciana · NIF S4611001A</w:t>
            </w:r>
          </w:p>
        </w:tc>
        <w:tc>
          <w:tcPr>
            <w:tcW w:type="dxa" w:w="1440"/>
          </w:tcPr>
          <w:p>
            <w:r>
              <w:t>208.582,56 €</w:t>
            </w:r>
          </w:p>
        </w:tc>
        <w:tc>
          <w:tcPr>
            <w:tcW w:type="dxa" w:w="1440"/>
          </w:tcPr>
          <w:p>
            <w:r>
              <w:t>27/05/2022</w:t>
            </w:r>
          </w:p>
        </w:tc>
        <w:tc>
          <w:tcPr>
            <w:tcW w:type="dxa" w:w="1440"/>
          </w:tcPr>
          <w:p>
            <w:r>
              <w:t>08/07/2022 – 08/07/2026</w:t>
            </w:r>
          </w:p>
        </w:tc>
        <w:tc>
          <w:tcPr>
            <w:tcW w:type="dxa" w:w="1440"/>
          </w:tcPr>
          <w:p>
            <w:r>
              <w:rPr>
                <w:highlight w:val="yellow"/>
              </w:rPr>
              <w:t>rellenar</w:t>
            </w:r>
          </w:p>
        </w:tc>
      </w:tr>
      <w:tr>
        <w:tc>
          <w:tcPr>
            <w:tcW w:type="dxa" w:w="1440"/>
          </w:tcPr>
          <w:p>
            <w:r>
              <w:t>P.A. 2022-0-14 Suministro del material necesario para la realización de determinaciones analíticas de serología Torch y exantemáticas en el laboratorio de microbiología del Hospital Universitario La Paz (lote 1) · exp. P.A. 2022-0-14</w:t>
            </w:r>
          </w:p>
        </w:tc>
        <w:tc>
          <w:tcPr>
            <w:tcW w:type="dxa" w:w="1440"/>
          </w:tcPr>
          <w:p>
            <w:r>
              <w:t>Hospital Universitario La Paz</w:t>
            </w:r>
          </w:p>
        </w:tc>
        <w:tc>
          <w:tcPr>
            <w:tcW w:type="dxa" w:w="1440"/>
          </w:tcPr>
          <w:p>
            <w:r>
              <w:t>413.919,84 €</w:t>
            </w:r>
          </w:p>
        </w:tc>
        <w:tc>
          <w:tcPr>
            <w:tcW w:type="dxa" w:w="1440"/>
          </w:tcPr>
          <w:p>
            <w:r/>
          </w:p>
        </w:tc>
        <w:tc>
          <w:tcPr>
            <w:tcW w:type="dxa" w:w="1440"/>
          </w:tcPr>
          <w:p>
            <w:r>
              <w:t>22/06/2022 – 22/06/2024</w:t>
            </w:r>
          </w:p>
        </w:tc>
        <w:tc>
          <w:tcPr>
            <w:tcW w:type="dxa" w:w="1440"/>
          </w:tcPr>
          <w:p>
            <w:r>
              <w:rPr>
                <w:highlight w:val="yellow"/>
              </w:rPr>
              <w:t>rellenar</w:t>
            </w:r>
          </w:p>
        </w:tc>
      </w:tr>
      <w:tr>
        <w:tc>
          <w:tcPr>
            <w:tcW w:type="dxa" w:w="1440"/>
          </w:tcPr>
          <w:p>
            <w:r>
              <w:t>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11) · exp. A/SUM-000563/2026</w:t>
            </w:r>
          </w:p>
        </w:tc>
        <w:tc>
          <w:tcPr>
            <w:tcW w:type="dxa" w:w="1440"/>
          </w:tcPr>
          <w:p>
            <w:r>
              <w:t>Hospital General Universitario Gregorio Marañón</w:t>
            </w:r>
          </w:p>
        </w:tc>
        <w:tc>
          <w:tcPr>
            <w:tcW w:type="dxa" w:w="1440"/>
          </w:tcPr>
          <w:p>
            <w:r>
              <w:t>11.400,00 €</w:t>
            </w:r>
          </w:p>
        </w:tc>
        <w:tc>
          <w:tcPr>
            <w:tcW w:type="dxa" w:w="1440"/>
          </w:tcPr>
          <w:p>
            <w:r/>
          </w:p>
        </w:tc>
        <w:tc>
          <w:tcPr>
            <w:tcW w:type="dxa" w:w="1440"/>
          </w:tcPr>
          <w:p>
            <w:r>
              <w:t>11/09/2026 – en curso</w:t>
            </w:r>
          </w:p>
        </w:tc>
        <w:tc>
          <w:tcPr>
            <w:tcW w:type="dxa" w:w="1440"/>
          </w:tcPr>
          <w:p>
            <w:r>
              <w:rPr>
                <w:highlight w:val="yellow"/>
              </w:rPr>
              <w:t>rellenar</w:t>
            </w:r>
          </w:p>
        </w:tc>
      </w:tr>
      <w:tr>
        <w:tc>
          <w:tcPr>
            <w:tcW w:type="dxa" w:w="1440"/>
          </w:tcPr>
          <w:p>
            <w:r>
              <w:t>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14) · exp. A/SUM-000563/2026</w:t>
            </w:r>
          </w:p>
        </w:tc>
        <w:tc>
          <w:tcPr>
            <w:tcW w:type="dxa" w:w="1440"/>
          </w:tcPr>
          <w:p>
            <w:r>
              <w:t>Hospital General Universitario Gregorio Marañón</w:t>
            </w:r>
          </w:p>
        </w:tc>
        <w:tc>
          <w:tcPr>
            <w:tcW w:type="dxa" w:w="1440"/>
          </w:tcPr>
          <w:p>
            <w:r>
              <w:t>39.026,20 €</w:t>
            </w:r>
          </w:p>
        </w:tc>
        <w:tc>
          <w:tcPr>
            <w:tcW w:type="dxa" w:w="1440"/>
          </w:tcPr>
          <w:p>
            <w:r/>
          </w:p>
        </w:tc>
        <w:tc>
          <w:tcPr>
            <w:tcW w:type="dxa" w:w="1440"/>
          </w:tcPr>
          <w:p>
            <w:r>
              <w:t>11/09/2026 – en curso</w:t>
            </w:r>
          </w:p>
        </w:tc>
        <w:tc>
          <w:tcPr>
            <w:tcW w:type="dxa" w:w="1440"/>
          </w:tcPr>
          <w:p>
            <w:r>
              <w:rPr>
                <w:highlight w:val="yellow"/>
              </w:rPr>
              <w:t>rellenar</w:t>
            </w:r>
          </w:p>
        </w:tc>
      </w:tr>
      <w:tr>
        <w:tc>
          <w:tcPr>
            <w:tcW w:type="dxa" w:w="1440"/>
          </w:tcPr>
          <w:p>
            <w:r>
              <w:t>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15) · exp. A/SUM-000563/2026</w:t>
            </w:r>
          </w:p>
        </w:tc>
        <w:tc>
          <w:tcPr>
            <w:tcW w:type="dxa" w:w="1440"/>
          </w:tcPr>
          <w:p>
            <w:r>
              <w:t>Hospital General Universitario Gregorio Marañón</w:t>
            </w:r>
          </w:p>
        </w:tc>
        <w:tc>
          <w:tcPr>
            <w:tcW w:type="dxa" w:w="1440"/>
          </w:tcPr>
          <w:p>
            <w:r>
              <w:t>3.600,00 €</w:t>
            </w:r>
          </w:p>
        </w:tc>
        <w:tc>
          <w:tcPr>
            <w:tcW w:type="dxa" w:w="1440"/>
          </w:tcPr>
          <w:p>
            <w:r/>
          </w:p>
        </w:tc>
        <w:tc>
          <w:tcPr>
            <w:tcW w:type="dxa" w:w="1440"/>
          </w:tcPr>
          <w:p>
            <w:r>
              <w:t>11/09/2026 – en curso</w:t>
            </w:r>
          </w:p>
        </w:tc>
        <w:tc>
          <w:tcPr>
            <w:tcW w:type="dxa" w:w="1440"/>
          </w:tcPr>
          <w:p>
            <w:r>
              <w:rPr>
                <w:highlight w:val="yellow"/>
              </w:rPr>
              <w:t>rellenar</w:t>
            </w:r>
          </w:p>
        </w:tc>
      </w:tr>
      <w:tr>
        <w:tc>
          <w:tcPr>
            <w:tcW w:type="dxa" w:w="1440"/>
          </w:tcPr>
          <w:p>
            <w:r>
              <w:t>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16) · exp. A/SUM-000563/2026</w:t>
            </w:r>
          </w:p>
        </w:tc>
        <w:tc>
          <w:tcPr>
            <w:tcW w:type="dxa" w:w="1440"/>
          </w:tcPr>
          <w:p>
            <w:r>
              <w:t>Hospital General Universitario Gregorio Marañón</w:t>
            </w:r>
          </w:p>
        </w:tc>
        <w:tc>
          <w:tcPr>
            <w:tcW w:type="dxa" w:w="1440"/>
          </w:tcPr>
          <w:p>
            <w:r>
              <w:t>20.361,60 €</w:t>
            </w:r>
          </w:p>
        </w:tc>
        <w:tc>
          <w:tcPr>
            <w:tcW w:type="dxa" w:w="1440"/>
          </w:tcPr>
          <w:p>
            <w:r/>
          </w:p>
        </w:tc>
        <w:tc>
          <w:tcPr>
            <w:tcW w:type="dxa" w:w="1440"/>
          </w:tcPr>
          <w:p>
            <w:r>
              <w:t>11/09/2026 – en curso</w:t>
            </w:r>
          </w:p>
        </w:tc>
        <w:tc>
          <w:tcPr>
            <w:tcW w:type="dxa" w:w="1440"/>
          </w:tcPr>
          <w:p>
            <w:r>
              <w:rPr>
                <w:highlight w:val="yellow"/>
              </w:rPr>
              <w:t>rellenar</w:t>
            </w:r>
          </w:p>
        </w:tc>
      </w:tr>
      <w:tr>
        <w:tc>
          <w:tcPr>
            <w:tcW w:type="dxa" w:w="1440"/>
          </w:tcPr>
          <w:p>
            <w:r>
              <w:t>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22) · exp. A/SUM-000563/2026</w:t>
            </w:r>
          </w:p>
        </w:tc>
        <w:tc>
          <w:tcPr>
            <w:tcW w:type="dxa" w:w="1440"/>
          </w:tcPr>
          <w:p>
            <w:r>
              <w:t>Hospital General Universitario Gregorio Marañón</w:t>
            </w:r>
          </w:p>
        </w:tc>
        <w:tc>
          <w:tcPr>
            <w:tcW w:type="dxa" w:w="1440"/>
          </w:tcPr>
          <w:p>
            <w:r>
              <w:t>48.755,00 €</w:t>
            </w:r>
          </w:p>
        </w:tc>
        <w:tc>
          <w:tcPr>
            <w:tcW w:type="dxa" w:w="1440"/>
          </w:tcPr>
          <w:p>
            <w:r/>
          </w:p>
        </w:tc>
        <w:tc>
          <w:tcPr>
            <w:tcW w:type="dxa" w:w="1440"/>
          </w:tcPr>
          <w:p>
            <w:r>
              <w:t>11/09/2026 – en curso</w:t>
            </w:r>
          </w:p>
        </w:tc>
        <w:tc>
          <w:tcPr>
            <w:tcW w:type="dxa" w:w="1440"/>
          </w:tcPr>
          <w:p>
            <w:r>
              <w:rPr>
                <w:highlight w:val="yellow"/>
              </w:rPr>
              <w:t>rellenar</w:t>
            </w:r>
          </w:p>
        </w:tc>
      </w:tr>
      <w:tr>
        <w:tc>
          <w:tcPr>
            <w:tcW w:type="dxa" w:w="1440"/>
          </w:tcPr>
          <w:p>
            <w:r>
              <w:t>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27) · exp. A/SUM-000563/2026</w:t>
            </w:r>
          </w:p>
        </w:tc>
        <w:tc>
          <w:tcPr>
            <w:tcW w:type="dxa" w:w="1440"/>
          </w:tcPr>
          <w:p>
            <w:r>
              <w:t>Hospital General Universitario Gregorio Marañón</w:t>
            </w:r>
          </w:p>
        </w:tc>
        <w:tc>
          <w:tcPr>
            <w:tcW w:type="dxa" w:w="1440"/>
          </w:tcPr>
          <w:p>
            <w:r>
              <w:t>12.800,00 €</w:t>
            </w:r>
          </w:p>
        </w:tc>
        <w:tc>
          <w:tcPr>
            <w:tcW w:type="dxa" w:w="1440"/>
          </w:tcPr>
          <w:p>
            <w:r/>
          </w:p>
        </w:tc>
        <w:tc>
          <w:tcPr>
            <w:tcW w:type="dxa" w:w="1440"/>
          </w:tcPr>
          <w:p>
            <w:r>
              <w:t>11/09/2026 – en curso</w:t>
            </w:r>
          </w:p>
        </w:tc>
        <w:tc>
          <w:tcPr>
            <w:tcW w:type="dxa" w:w="1440"/>
          </w:tcPr>
          <w:p>
            <w:r>
              <w:rPr>
                <w:highlight w:val="yellow"/>
              </w:rPr>
              <w:t>rellenar</w:t>
            </w:r>
          </w:p>
        </w:tc>
      </w:tr>
      <w:tr>
        <w:tc>
          <w:tcPr>
            <w:tcW w:type="dxa" w:w="1440"/>
          </w:tcPr>
          <w:p>
            <w:r>
              <w:t>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28) · exp. A/SUM-000563/2026</w:t>
            </w:r>
          </w:p>
        </w:tc>
        <w:tc>
          <w:tcPr>
            <w:tcW w:type="dxa" w:w="1440"/>
          </w:tcPr>
          <w:p>
            <w:r>
              <w:t>Hospital General Universitario Gregorio Marañón</w:t>
            </w:r>
          </w:p>
        </w:tc>
        <w:tc>
          <w:tcPr>
            <w:tcW w:type="dxa" w:w="1440"/>
          </w:tcPr>
          <w:p>
            <w:r>
              <w:t>13.410,00 €</w:t>
            </w:r>
          </w:p>
        </w:tc>
        <w:tc>
          <w:tcPr>
            <w:tcW w:type="dxa" w:w="1440"/>
          </w:tcPr>
          <w:p>
            <w:r/>
          </w:p>
        </w:tc>
        <w:tc>
          <w:tcPr>
            <w:tcW w:type="dxa" w:w="1440"/>
          </w:tcPr>
          <w:p>
            <w:r>
              <w:t>11/09/2026 – en curso</w:t>
            </w:r>
          </w:p>
        </w:tc>
        <w:tc>
          <w:tcPr>
            <w:tcW w:type="dxa" w:w="1440"/>
          </w:tcPr>
          <w:p>
            <w:r>
              <w:rPr>
                <w:highlight w:val="yellow"/>
              </w:rPr>
              <w:t>rellenar</w:t>
            </w:r>
          </w:p>
        </w:tc>
      </w:tr>
      <w:tr>
        <w:tc>
          <w:tcPr>
            <w:tcW w:type="dxa" w:w="1440"/>
          </w:tcPr>
          <w:p>
            <w:r>
              <w:t>Suministro de reactivos para técnicas de inmunodiagnóstico, sensibilidad antimicrobiana y amplificación molecular para la realización de diferentes analíticas en la Unidad de Microbiología Clínica del Laboratorio Regional de Salud Pública de la Comunidad de Madrid (6 lotes). Expediente 5LT/2026 (A/S (lote 4) · exp. A/SUM-007222/2026</w:t>
            </w:r>
          </w:p>
        </w:tc>
        <w:tc>
          <w:tcPr>
            <w:tcW w:type="dxa" w:w="1440"/>
          </w:tcPr>
          <w:p>
            <w:r>
              <w:t>Consejería de Sanidad</w:t>
            </w:r>
          </w:p>
        </w:tc>
        <w:tc>
          <w:tcPr>
            <w:tcW w:type="dxa" w:w="1440"/>
          </w:tcPr>
          <w:p>
            <w:r>
              <w:t>57.842,51 €</w:t>
            </w:r>
          </w:p>
        </w:tc>
        <w:tc>
          <w:tcPr>
            <w:tcW w:type="dxa" w:w="1440"/>
          </w:tcPr>
          <w:p>
            <w:r/>
          </w:p>
        </w:tc>
        <w:tc>
          <w:tcPr>
            <w:tcW w:type="dxa" w:w="1440"/>
          </w:tcPr>
          <w:p>
            <w:r>
              <w:t>06/07/2026 – en curso</w:t>
            </w:r>
          </w:p>
        </w:tc>
        <w:tc>
          <w:tcPr>
            <w:tcW w:type="dxa" w:w="1440"/>
          </w:tcPr>
          <w:p>
            <w:r>
              <w:rPr>
                <w:highlight w:val="yellow"/>
              </w:rPr>
              <w:t>rellenar</w:t>
            </w:r>
          </w:p>
        </w:tc>
      </w:tr>
      <w:tr>
        <w:tc>
          <w:tcPr>
            <w:tcW w:type="dxa" w:w="1440"/>
          </w:tcPr>
          <w:p>
            <w:r>
              <w:t>Suministro de reactivos, instalación y mantenimiento de equipos en cesión necesarios para diagnóstico indirecto de enfermedades infecciosas (Serología infecciosa) en Hospital de Basurto, OSI Bilbao (lote 614945) · exp. 2026/00113</w:t>
            </w:r>
          </w:p>
        </w:tc>
        <w:tc>
          <w:tcPr>
            <w:tcW w:type="dxa" w:w="1440"/>
          </w:tcPr>
          <w:p>
            <w:r>
              <w:t>OSAKIDETZA - Servicio Vasco de Salud -Director Gerente</w:t>
            </w:r>
          </w:p>
        </w:tc>
        <w:tc>
          <w:tcPr>
            <w:tcW w:type="dxa" w:w="1440"/>
          </w:tcPr>
          <w:p>
            <w:r>
              <w:t>153.743,50 €</w:t>
            </w:r>
          </w:p>
        </w:tc>
        <w:tc>
          <w:tcPr>
            <w:tcW w:type="dxa" w:w="1440"/>
          </w:tcPr>
          <w:p>
            <w:r/>
          </w:p>
        </w:tc>
        <w:tc>
          <w:tcPr>
            <w:tcW w:type="dxa" w:w="1440"/>
          </w:tcPr>
          <w:p>
            <w:r>
              <w:t>12/06/2026 – en curso</w:t>
            </w:r>
          </w:p>
        </w:tc>
        <w:tc>
          <w:tcPr>
            <w:tcW w:type="dxa" w:w="1440"/>
          </w:tcPr>
          <w:p>
            <w:r>
              <w:rPr>
                <w:highlight w:val="yellow"/>
              </w:rPr>
              <w:t>rellenar</w:t>
            </w:r>
          </w:p>
        </w:tc>
      </w:tr>
      <w:tr>
        <w:tc>
          <w:tcPr>
            <w:tcW w:type="dxa" w:w="1440"/>
          </w:tcPr>
          <w:p>
            <w:r>
              <w:t>Suministro de reactivos, instalación y mantenimiento de equipos en cesión necesarios para diagnóstico indirecto de enfermedades infecciosas (Serología infecciosa) en Hospital de Basurto, OSI Bilbao (lote 614950) · exp. 2026/00113</w:t>
            </w:r>
          </w:p>
        </w:tc>
        <w:tc>
          <w:tcPr>
            <w:tcW w:type="dxa" w:w="1440"/>
          </w:tcPr>
          <w:p>
            <w:r>
              <w:t>OSAKIDETZA - Servicio Vasco de Salud -Director Gerente</w:t>
            </w:r>
          </w:p>
        </w:tc>
        <w:tc>
          <w:tcPr>
            <w:tcW w:type="dxa" w:w="1440"/>
          </w:tcPr>
          <w:p>
            <w:r>
              <w:t>10.355,00 €</w:t>
            </w:r>
          </w:p>
        </w:tc>
        <w:tc>
          <w:tcPr>
            <w:tcW w:type="dxa" w:w="1440"/>
          </w:tcPr>
          <w:p>
            <w:r/>
          </w:p>
        </w:tc>
        <w:tc>
          <w:tcPr>
            <w:tcW w:type="dxa" w:w="1440"/>
          </w:tcPr>
          <w:p>
            <w:r>
              <w:t>12/06/2026 – en curso</w:t>
            </w:r>
          </w:p>
        </w:tc>
        <w:tc>
          <w:tcPr>
            <w:tcW w:type="dxa" w:w="1440"/>
          </w:tcPr>
          <w:p>
            <w:r>
              <w:rPr>
                <w:highlight w:val="yellow"/>
              </w:rPr>
              <w:t>rellenar</w:t>
            </w:r>
          </w:p>
        </w:tc>
      </w:tr>
      <w:tr>
        <w:tc>
          <w:tcPr>
            <w:tcW w:type="dxa" w:w="1440"/>
          </w:tcPr>
          <w:p>
            <w:r>
              <w:t>subministrament agregat de reactius, controls, calibradors, material fungible i equips per a l’extracció, amplificació i detecció d’àcids nucleics per a proves de biologia molecular per a centres del Institut Català de la Salut. · exp. CS/CC00/1101455916/26/AMUP</w:t>
            </w:r>
          </w:p>
        </w:tc>
        <w:tc>
          <w:tcPr>
            <w:tcW w:type="dxa" w:w="1440"/>
          </w:tcPr>
          <w:p>
            <w:r>
              <w:t>ICS - Gerència de compres</w:t>
            </w:r>
          </w:p>
        </w:tc>
        <w:tc>
          <w:tcPr>
            <w:tcW w:type="dxa" w:w="1440"/>
          </w:tcPr>
          <w:p>
            <w:r>
              <w:t>0,00 €</w:t>
            </w:r>
          </w:p>
        </w:tc>
        <w:tc>
          <w:tcPr>
            <w:tcW w:type="dxa" w:w="1440"/>
          </w:tcPr>
          <w:p>
            <w:r/>
          </w:p>
        </w:tc>
        <w:tc>
          <w:tcPr>
            <w:tcW w:type="dxa" w:w="1440"/>
          </w:tcPr>
          <w:p>
            <w:r>
              <w:t>11/05/2026 – en curso</w:t>
            </w:r>
          </w:p>
        </w:tc>
        <w:tc>
          <w:tcPr>
            <w:tcW w:type="dxa" w:w="1440"/>
          </w:tcPr>
          <w:p>
            <w:r>
              <w:rPr>
                <w:highlight w:val="yellow"/>
              </w:rPr>
              <w:t>rellenar</w:t>
            </w:r>
          </w:p>
        </w:tc>
      </w:tr>
      <w:tr>
        <w:tc>
          <w:tcPr>
            <w:tcW w:type="dxa" w:w="1440"/>
          </w:tcPr>
          <w:p>
            <w:r>
              <w:t>Acord marc per al subministrament de material de laboratori per al Laboratori de l’Agència de Salut Pública de Barcelona (lote 7) · exp. CONT-25-211</w:t>
            </w:r>
          </w:p>
        </w:tc>
        <w:tc>
          <w:tcPr>
            <w:tcW w:type="dxa" w:w="1440"/>
          </w:tcPr>
          <w:p>
            <w:r>
              <w:t>Agència de Salut Pública de Barcelona</w:t>
            </w:r>
          </w:p>
        </w:tc>
        <w:tc>
          <w:tcPr>
            <w:tcW w:type="dxa" w:w="1440"/>
          </w:tcPr>
          <w:p>
            <w:r>
              <w:t>15.804,60 €</w:t>
            </w:r>
          </w:p>
        </w:tc>
        <w:tc>
          <w:tcPr>
            <w:tcW w:type="dxa" w:w="1440"/>
          </w:tcPr>
          <w:p>
            <w:r/>
          </w:p>
        </w:tc>
        <w:tc>
          <w:tcPr>
            <w:tcW w:type="dxa" w:w="1440"/>
          </w:tcPr>
          <w:p>
            <w:r>
              <w:t>15/10/2025 – 15/10/2026</w:t>
            </w:r>
          </w:p>
        </w:tc>
        <w:tc>
          <w:tcPr>
            <w:tcW w:type="dxa" w:w="1440"/>
          </w:tcPr>
          <w:p>
            <w:r>
              <w:rPr>
                <w:highlight w:val="yellow"/>
              </w:rPr>
              <w:t>rellenar</w:t>
            </w:r>
          </w:p>
        </w:tc>
      </w:tr>
      <w:tr>
        <w:tc>
          <w:tcPr>
            <w:tcW w:type="dxa" w:w="1440"/>
          </w:tcPr>
          <w:p>
            <w:r>
              <w:t>huj_cbam_591/2022_vircell spain s.l_suministro de reactivos, material fungible y cesión de equipamiento principal y auxiliar, así como su mantenimiento del sistema informático de laboratorio y equipos para la realización de determinaciones analíticas en los centros que integran la central provincial · exp. CONTR 2024 0000635708</w:t>
            </w:r>
          </w:p>
        </w:tc>
        <w:tc>
          <w:tcPr>
            <w:tcW w:type="dxa" w:w="1440"/>
          </w:tcPr>
          <w:p>
            <w:r>
              <w:t>Servicio Andaluz de Salud</w:t>
            </w:r>
          </w:p>
        </w:tc>
        <w:tc>
          <w:tcPr>
            <w:tcW w:type="dxa" w:w="1440"/>
          </w:tcPr>
          <w:p>
            <w:r>
              <w:t>226.962,10 €</w:t>
            </w:r>
          </w:p>
        </w:tc>
        <w:tc>
          <w:tcPr>
            <w:tcW w:type="dxa" w:w="1440"/>
          </w:tcPr>
          <w:p>
            <w:r/>
          </w:p>
        </w:tc>
        <w:tc>
          <w:tcPr>
            <w:tcW w:type="dxa" w:w="1440"/>
          </w:tcPr>
          <w:p>
            <w:r>
              <w:t>22/01/2024 – en curso</w:t>
            </w:r>
          </w:p>
        </w:tc>
        <w:tc>
          <w:tcPr>
            <w:tcW w:type="dxa" w:w="1440"/>
          </w:tcPr>
          <w:p>
            <w:r>
              <w:rPr>
                <w:highlight w:val="yellow"/>
              </w:rPr>
              <w:t>rellenar</w:t>
            </w:r>
          </w:p>
        </w:tc>
      </w:tr>
      <w:tr>
        <w:tc>
          <w:tcPr>
            <w:tcW w:type="dxa" w:w="1440"/>
          </w:tcPr>
          <w:p>
            <w:r>
              <w:t>Suministro de productos y equipamiento para la determinación de Calprotectina en heces en el Laboratorio Central de la OSI Araba · exp. 2025/00419</w:t>
            </w:r>
          </w:p>
        </w:tc>
        <w:tc>
          <w:tcPr>
            <w:tcW w:type="dxa" w:w="1440"/>
          </w:tcPr>
          <w:p>
            <w:r>
              <w:t>OSAKIDETZA - Servicio Vasco de Salud -Director Gerente</w:t>
            </w:r>
          </w:p>
        </w:tc>
        <w:tc>
          <w:tcPr>
            <w:tcW w:type="dxa" w:w="1440"/>
          </w:tcPr>
          <w:p>
            <w:r>
              <w:t>214.500,00 €</w:t>
            </w:r>
          </w:p>
        </w:tc>
        <w:tc>
          <w:tcPr>
            <w:tcW w:type="dxa" w:w="1440"/>
          </w:tcPr>
          <w:p>
            <w:r/>
          </w:p>
        </w:tc>
        <w:tc>
          <w:tcPr>
            <w:tcW w:type="dxa" w:w="1440"/>
          </w:tcPr>
          <w:p>
            <w:r>
              <w:t>05/05/2025 – en curso</w:t>
            </w:r>
          </w:p>
        </w:tc>
        <w:tc>
          <w:tcPr>
            <w:tcW w:type="dxa" w:w="1440"/>
          </w:tcPr>
          <w:p>
            <w:r>
              <w:rPr>
                <w:highlight w:val="yellow"/>
              </w:rPr>
              <w:t>rellenar</w:t>
            </w:r>
          </w:p>
        </w:tc>
      </w:tr>
      <w:tr>
        <w:tc>
          <w:tcPr>
            <w:tcW w:type="dxa" w:w="1440"/>
          </w:tcPr>
          <w:p>
            <w:r>
              <w:t>Suministro de reactivos y materiales necesarios para técnicas de biología molecular (PCR) en el laboratorio de Microbiología de la OSI Araba (lote 615057) · exp. 2024/02517</w:t>
            </w:r>
          </w:p>
        </w:tc>
        <w:tc>
          <w:tcPr>
            <w:tcW w:type="dxa" w:w="1440"/>
          </w:tcPr>
          <w:p>
            <w:r>
              <w:t>OSAKIDETZA - Servicio Vasco de Salud -Director Gerente</w:t>
            </w:r>
          </w:p>
        </w:tc>
        <w:tc>
          <w:tcPr>
            <w:tcW w:type="dxa" w:w="1440"/>
          </w:tcPr>
          <w:p>
            <w:r>
              <w:t>1.152,00 €</w:t>
            </w:r>
          </w:p>
        </w:tc>
        <w:tc>
          <w:tcPr>
            <w:tcW w:type="dxa" w:w="1440"/>
          </w:tcPr>
          <w:p>
            <w:r/>
          </w:p>
        </w:tc>
        <w:tc>
          <w:tcPr>
            <w:tcW w:type="dxa" w:w="1440"/>
          </w:tcPr>
          <w:p>
            <w:r>
              <w:t>04/02/2025 – en curso</w:t>
            </w:r>
          </w:p>
        </w:tc>
        <w:tc>
          <w:tcPr>
            <w:tcW w:type="dxa" w:w="1440"/>
          </w:tcPr>
          <w:p>
            <w:r>
              <w:rPr>
                <w:highlight w:val="yellow"/>
              </w:rPr>
              <w:t>rellenar</w:t>
            </w:r>
          </w:p>
        </w:tc>
      </w:tr>
      <w:tr>
        <w:tc>
          <w:tcPr>
            <w:tcW w:type="dxa" w:w="1440"/>
          </w:tcPr>
          <w:p>
            <w:r>
              <w:t>Subministrament d'equipaments, reactius i material fungible per proves de detecció d'anticossos i d'antígens (complementari) per als centres de l'Institut Català de la Salut (ICS). · exp. CS/CC00/1101404399/25/AMUP</w:t>
            </w:r>
          </w:p>
        </w:tc>
        <w:tc>
          <w:tcPr>
            <w:tcW w:type="dxa" w:w="1440"/>
          </w:tcPr>
          <w:p>
            <w:r>
              <w:t>Institut Català de la Salut (ICS)</w:t>
            </w:r>
          </w:p>
        </w:tc>
        <w:tc>
          <w:tcPr>
            <w:tcW w:type="dxa" w:w="1440"/>
          </w:tcPr>
          <w:p>
            <w:r>
              <w:t>0,00 €</w:t>
            </w:r>
          </w:p>
        </w:tc>
        <w:tc>
          <w:tcPr>
            <w:tcW w:type="dxa" w:w="1440"/>
          </w:tcPr>
          <w:p>
            <w:r/>
          </w:p>
        </w:tc>
        <w:tc>
          <w:tcPr>
            <w:tcW w:type="dxa" w:w="1440"/>
          </w:tcPr>
          <w:p>
            <w:r>
              <w:t>07/01/2025 – 07/04/2026</w:t>
            </w:r>
          </w:p>
        </w:tc>
        <w:tc>
          <w:tcPr>
            <w:tcW w:type="dxa" w:w="1440"/>
          </w:tcPr>
          <w:p>
            <w:r>
              <w:rPr>
                <w:highlight w:val="yellow"/>
              </w:rPr>
              <w:t>rellenar</w:t>
            </w:r>
          </w:p>
        </w:tc>
      </w:tr>
      <w:tr>
        <w:tc>
          <w:tcPr>
            <w:tcW w:type="dxa" w:w="1440"/>
          </w:tcPr>
          <w:p>
            <w:r>
              <w:t>APRO 237/2024: Suministro de reactivos, fungibles y cesión del equipamiento necesario, con mantenimiento y conexión informática incluidos, para la realización de pruebas serológicas en los laboratorios del Servicio Navarro de Salud-Osasunbidea (lote 3) · exp. 3184_APRO 237/2024</w:t>
            </w:r>
          </w:p>
        </w:tc>
        <w:tc>
          <w:tcPr>
            <w:tcW w:type="dxa" w:w="1440"/>
          </w:tcPr>
          <w:p>
            <w:r>
              <w:t>Director Gerente del Servicio Navarro de Salud-Osasunbidea.</w:t>
            </w:r>
          </w:p>
        </w:tc>
        <w:tc>
          <w:tcPr>
            <w:tcW w:type="dxa" w:w="1440"/>
          </w:tcPr>
          <w:p>
            <w:r>
              <w:t>142.716,00 €</w:t>
            </w:r>
          </w:p>
        </w:tc>
        <w:tc>
          <w:tcPr>
            <w:tcW w:type="dxa" w:w="1440"/>
          </w:tcPr>
          <w:p>
            <w:r/>
          </w:p>
        </w:tc>
        <w:tc>
          <w:tcPr>
            <w:tcW w:type="dxa" w:w="1440"/>
          </w:tcPr>
          <w:p>
            <w:r>
              <w:t>05/07/2024 – 05/07/2025</w:t>
            </w:r>
          </w:p>
        </w:tc>
        <w:tc>
          <w:tcPr>
            <w:tcW w:type="dxa" w:w="1440"/>
          </w:tcPr>
          <w:p>
            <w:r>
              <w:rPr>
                <w:highlight w:val="yellow"/>
              </w:rPr>
              <w:t>rellenar</w:t>
            </w:r>
          </w:p>
        </w:tc>
      </w:tr>
      <w:tr>
        <w:tc>
          <w:tcPr>
            <w:tcW w:type="dxa" w:w="1440"/>
          </w:tcPr>
          <w:p>
            <w:r>
              <w:t>Suministro de productos y equipos necesarios para la realización de pruebas de Serología Infecciosa en el Laboratorio Central de la OSI Araba · exp. 2024/00301</w:t>
            </w:r>
          </w:p>
        </w:tc>
        <w:tc>
          <w:tcPr>
            <w:tcW w:type="dxa" w:w="1440"/>
          </w:tcPr>
          <w:p>
            <w:r>
              <w:t>Director Gerente</w:t>
            </w:r>
          </w:p>
        </w:tc>
        <w:tc>
          <w:tcPr>
            <w:tcW w:type="dxa" w:w="1440"/>
          </w:tcPr>
          <w:p>
            <w:r>
              <w:t>23.935,80 €</w:t>
            </w:r>
          </w:p>
        </w:tc>
        <w:tc>
          <w:tcPr>
            <w:tcW w:type="dxa" w:w="1440"/>
          </w:tcPr>
          <w:p>
            <w:r/>
          </w:p>
        </w:tc>
        <w:tc>
          <w:tcPr>
            <w:tcW w:type="dxa" w:w="1440"/>
          </w:tcPr>
          <w:p>
            <w:r>
              <w:t>09/04/2024 – 09/04/2025</w:t>
            </w:r>
          </w:p>
        </w:tc>
        <w:tc>
          <w:tcPr>
            <w:tcW w:type="dxa" w:w="1440"/>
          </w:tcPr>
          <w:p>
            <w:r>
              <w:rPr>
                <w:highlight w:val="yellow"/>
              </w:rPr>
              <w:t>rellenar</w:t>
            </w:r>
          </w:p>
        </w:tc>
      </w:tr>
      <w:tr>
        <w:tc>
          <w:tcPr>
            <w:tcW w:type="dxa" w:w="1440"/>
          </w:tcPr>
          <w:p>
            <w:r>
              <w:t>P.A. 2023-0-87. Suministro del material necesario para la realización de determinaciones analíticas de detección de virus respiratorios mediante PCR en tiempo real. (lote 3) · exp. P.A. 2023-0-87</w:t>
            </w:r>
          </w:p>
        </w:tc>
        <w:tc>
          <w:tcPr>
            <w:tcW w:type="dxa" w:w="1440"/>
          </w:tcPr>
          <w:p>
            <w:r>
              <w:t>Hospital Universitario La Paz</w:t>
            </w:r>
          </w:p>
        </w:tc>
        <w:tc>
          <w:tcPr>
            <w:tcW w:type="dxa" w:w="1440"/>
          </w:tcPr>
          <w:p>
            <w:r>
              <w:t>156.545,00 €</w:t>
            </w:r>
          </w:p>
        </w:tc>
        <w:tc>
          <w:tcPr>
            <w:tcW w:type="dxa" w:w="1440"/>
          </w:tcPr>
          <w:p>
            <w:r/>
          </w:p>
        </w:tc>
        <w:tc>
          <w:tcPr>
            <w:tcW w:type="dxa" w:w="1440"/>
          </w:tcPr>
          <w:p>
            <w:r>
              <w:t>09/04/2024 – 09/04/2025</w:t>
            </w:r>
          </w:p>
        </w:tc>
        <w:tc>
          <w:tcPr>
            <w:tcW w:type="dxa" w:w="1440"/>
          </w:tcPr>
          <w:p>
            <w:r>
              <w:rPr>
                <w:highlight w:val="yellow"/>
              </w:rPr>
              <w:t>rellenar</w:t>
            </w:r>
          </w:p>
        </w:tc>
      </w:tr>
      <w:tr>
        <w:tc>
          <w:tcPr>
            <w:tcW w:type="dxa" w:w="1440"/>
          </w:tcPr>
          <w:p>
            <w:r>
              <w:t>Subministrament de reactius amb cessió de l’equipament necessari per realitzar les determinacions</w:t>
              <w:br/>
              <w:t>analítiques de la serologia de rutina per al Servei de Microbiologia del Centre de Diagnòstic Biomèdic</w:t>
              <w:br/>
              <w:t>(CDB) , amb destí a l´Hospital Clínic de Barcelona (HCB) (lote 1) · exp. 2023-132</w:t>
            </w:r>
          </w:p>
        </w:tc>
        <w:tc>
          <w:tcPr>
            <w:tcW w:type="dxa" w:w="1440"/>
          </w:tcPr>
          <w:p>
            <w:r>
              <w:t>Consorci Hospital Clínic de Barcelona (HCB)</w:t>
            </w:r>
          </w:p>
        </w:tc>
        <w:tc>
          <w:tcPr>
            <w:tcW w:type="dxa" w:w="1440"/>
          </w:tcPr>
          <w:p>
            <w:r>
              <w:t>0,00 €</w:t>
            </w:r>
          </w:p>
        </w:tc>
        <w:tc>
          <w:tcPr>
            <w:tcW w:type="dxa" w:w="1440"/>
          </w:tcPr>
          <w:p>
            <w:r/>
          </w:p>
        </w:tc>
        <w:tc>
          <w:tcPr>
            <w:tcW w:type="dxa" w:w="1440"/>
          </w:tcPr>
          <w:p>
            <w:r>
              <w:t>06/03/2024 – 06/03/2026</w:t>
            </w:r>
          </w:p>
        </w:tc>
        <w:tc>
          <w:tcPr>
            <w:tcW w:type="dxa" w:w="1440"/>
          </w:tcPr>
          <w:p>
            <w:r>
              <w:rPr>
                <w:highlight w:val="yellow"/>
              </w:rPr>
              <w:t>rellenar</w:t>
            </w:r>
          </w:p>
        </w:tc>
      </w:tr>
      <w:tr>
        <w:tc>
          <w:tcPr>
            <w:tcW w:type="dxa" w:w="1440"/>
          </w:tcPr>
          <w:p>
            <w:r>
              <w:t>Subministrament de reactius amb cessió de l’equipament necessari per realitzar les determinacions</w:t>
              <w:br/>
              <w:t>analítiques de la serologia de rutina per al Servei de Microbiologia del Centre de Diagnòstic Biomèdic</w:t>
              <w:br/>
              <w:t>(CDB) , amb destí a l´Hospital Clínic de Barcelona (HCB) (lote 2) · exp. 2023-132</w:t>
            </w:r>
          </w:p>
        </w:tc>
        <w:tc>
          <w:tcPr>
            <w:tcW w:type="dxa" w:w="1440"/>
          </w:tcPr>
          <w:p>
            <w:r>
              <w:t>Consorci Hospital Clínic de Barcelona (HCB)</w:t>
            </w:r>
          </w:p>
        </w:tc>
        <w:tc>
          <w:tcPr>
            <w:tcW w:type="dxa" w:w="1440"/>
          </w:tcPr>
          <w:p>
            <w:r>
              <w:t>0,00 €</w:t>
            </w:r>
          </w:p>
        </w:tc>
        <w:tc>
          <w:tcPr>
            <w:tcW w:type="dxa" w:w="1440"/>
          </w:tcPr>
          <w:p>
            <w:r/>
          </w:p>
        </w:tc>
        <w:tc>
          <w:tcPr>
            <w:tcW w:type="dxa" w:w="1440"/>
          </w:tcPr>
          <w:p>
            <w:r>
              <w:t>06/03/2024 – 06/03/2026</w:t>
            </w:r>
          </w:p>
        </w:tc>
        <w:tc>
          <w:tcPr>
            <w:tcW w:type="dxa" w:w="1440"/>
          </w:tcPr>
          <w:p>
            <w:r>
              <w:rPr>
                <w:highlight w:val="yellow"/>
              </w:rPr>
              <w:t>rellenar</w:t>
            </w:r>
          </w:p>
        </w:tc>
      </w:tr>
      <w:tr>
        <w:tc>
          <w:tcPr>
            <w:tcW w:type="dxa" w:w="1440"/>
          </w:tcPr>
          <w:p>
            <w:r>
              <w:t>Subministrament agregat d'equipament, reactius i material fungible per proves de detecció d’anticossos i d’antígens per als centres de l'Institut Català de la Salut (ICS). · exp. CS/CC00/1101358077/23/AMUP</w:t>
            </w:r>
          </w:p>
        </w:tc>
        <w:tc>
          <w:tcPr>
            <w:tcW w:type="dxa" w:w="1440"/>
          </w:tcPr>
          <w:p>
            <w:r>
              <w:t>Institut Català de la Salut (ICS)</w:t>
            </w:r>
          </w:p>
        </w:tc>
        <w:tc>
          <w:tcPr>
            <w:tcW w:type="dxa" w:w="1440"/>
          </w:tcPr>
          <w:p>
            <w:r>
              <w:t>0,00 €</w:t>
            </w:r>
          </w:p>
        </w:tc>
        <w:tc>
          <w:tcPr>
            <w:tcW w:type="dxa" w:w="1440"/>
          </w:tcPr>
          <w:p>
            <w:r/>
          </w:p>
        </w:tc>
        <w:tc>
          <w:tcPr>
            <w:tcW w:type="dxa" w:w="1440"/>
          </w:tcPr>
          <w:p>
            <w:r>
              <w:t>13/03/2024 – 31/03/2026</w:t>
            </w:r>
          </w:p>
        </w:tc>
        <w:tc>
          <w:tcPr>
            <w:tcW w:type="dxa" w:w="1440"/>
          </w:tcPr>
          <w:p>
            <w:r>
              <w:rPr>
                <w:highlight w:val="yellow"/>
              </w:rPr>
              <w:t>rellenar</w:t>
            </w:r>
          </w:p>
        </w:tc>
      </w:tr>
      <w:tr>
        <w:tc>
          <w:tcPr>
            <w:tcW w:type="dxa" w:w="1440"/>
          </w:tcPr>
          <w:p>
            <w:r>
              <w:t>Acuerdo Marco para el suministro de los productos y puesta a disposición de los equipamientos necesarios para la realización de diferentes pruebas en el Laboratorio de Microbiología de la OSI Barruald · exp. 2023/01687</w:t>
            </w:r>
          </w:p>
        </w:tc>
        <w:tc>
          <w:tcPr>
            <w:tcW w:type="dxa" w:w="1440"/>
          </w:tcPr>
          <w:p>
            <w:r>
              <w:t>Director Gerente</w:t>
            </w:r>
          </w:p>
        </w:tc>
        <w:tc>
          <w:tcPr>
            <w:tcW w:type="dxa" w:w="1440"/>
          </w:tcPr>
          <w:p>
            <w:r>
              <w:t>5.600,00 €</w:t>
            </w:r>
          </w:p>
        </w:tc>
        <w:tc>
          <w:tcPr>
            <w:tcW w:type="dxa" w:w="1440"/>
          </w:tcPr>
          <w:p>
            <w:r/>
          </w:p>
        </w:tc>
        <w:tc>
          <w:tcPr>
            <w:tcW w:type="dxa" w:w="1440"/>
          </w:tcPr>
          <w:p>
            <w:r>
              <w:t>11/01/2024 – 11/01/2026</w:t>
            </w:r>
          </w:p>
        </w:tc>
        <w:tc>
          <w:tcPr>
            <w:tcW w:type="dxa" w:w="1440"/>
          </w:tcPr>
          <w:p>
            <w:r>
              <w:rPr>
                <w:highlight w:val="yellow"/>
              </w:rPr>
              <w:t>rellenar</w:t>
            </w:r>
          </w:p>
        </w:tc>
      </w:tr>
      <w:tr>
        <w:tc>
          <w:tcPr>
            <w:tcW w:type="dxa" w:w="1440"/>
          </w:tcPr>
          <w:p>
            <w:r>
              <w:t>Subministrament agregat de material de microbiologia: medis de cultiu en placa i en tub, reactiu per a la identificació bacteriana de micobacteris per a l’estudi de la sensibilitat antibiòtica i detecció de mecanismes de resistència, i arrendament sense opció a compra d'instrumental per a la realitz · exp. CS/CC00/1101358471/24/AMUP</w:t>
            </w:r>
          </w:p>
        </w:tc>
        <w:tc>
          <w:tcPr>
            <w:tcW w:type="dxa" w:w="1440"/>
          </w:tcPr>
          <w:p>
            <w:r>
              <w:t>Institut Català de la Salut (ICS)</w:t>
            </w:r>
          </w:p>
        </w:tc>
        <w:tc>
          <w:tcPr>
            <w:tcW w:type="dxa" w:w="1440"/>
          </w:tcPr>
          <w:p>
            <w:r>
              <w:t>0,00 €</w:t>
            </w:r>
          </w:p>
        </w:tc>
        <w:tc>
          <w:tcPr>
            <w:tcW w:type="dxa" w:w="1440"/>
          </w:tcPr>
          <w:p>
            <w:r/>
          </w:p>
        </w:tc>
        <w:tc>
          <w:tcPr>
            <w:tcW w:type="dxa" w:w="1440"/>
          </w:tcPr>
          <w:p>
            <w:r>
              <w:t>27/02/2024 – en curso</w:t>
            </w:r>
          </w:p>
        </w:tc>
        <w:tc>
          <w:tcPr>
            <w:tcW w:type="dxa" w:w="1440"/>
          </w:tcPr>
          <w:p>
            <w:r>
              <w:rPr>
                <w:highlight w:val="yellow"/>
              </w:rPr>
              <w:t>rellenar</w:t>
            </w:r>
          </w:p>
        </w:tc>
      </w:tr>
      <w:tr>
        <w:tc>
          <w:tcPr>
            <w:tcW w:type="dxa" w:w="1440"/>
          </w:tcPr>
          <w:p>
            <w:r>
              <w:t>Suministro de Diverso Material para Pruebas de Microbiología para el Hospital Universitario de Getafe (lote 14) · exp. PACU 2023-1-10</w:t>
            </w:r>
          </w:p>
        </w:tc>
        <w:tc>
          <w:tcPr>
            <w:tcW w:type="dxa" w:w="1440"/>
          </w:tcPr>
          <w:p>
            <w:r>
              <w:t>Hospital Universitario de Getafe</w:t>
            </w:r>
          </w:p>
        </w:tc>
        <w:tc>
          <w:tcPr>
            <w:tcW w:type="dxa" w:w="1440"/>
          </w:tcPr>
          <w:p>
            <w:r>
              <w:t>79.139,00 €</w:t>
            </w:r>
          </w:p>
        </w:tc>
        <w:tc>
          <w:tcPr>
            <w:tcW w:type="dxa" w:w="1440"/>
          </w:tcPr>
          <w:p>
            <w:r/>
          </w:p>
        </w:tc>
        <w:tc>
          <w:tcPr>
            <w:tcW w:type="dxa" w:w="1440"/>
          </w:tcPr>
          <w:p>
            <w:r>
              <w:t>07/11/2023 – 07/11/2025</w:t>
            </w:r>
          </w:p>
        </w:tc>
        <w:tc>
          <w:tcPr>
            <w:tcW w:type="dxa" w:w="1440"/>
          </w:tcPr>
          <w:p>
            <w:r>
              <w:rPr>
                <w:highlight w:val="yellow"/>
              </w:rPr>
              <w:t>rellenar</w:t>
            </w:r>
          </w:p>
        </w:tc>
      </w:tr>
      <w:tr>
        <w:tc>
          <w:tcPr>
            <w:tcW w:type="dxa" w:w="1440"/>
          </w:tcPr>
          <w:p>
            <w:r>
              <w:t>Suministro de reactivos y materiales necesarios para técnicas de biología molecular (PCR) en el laboratorio de la OSI Bilbao Basurto (lote 495291) · exp. 2023/00436</w:t>
            </w:r>
          </w:p>
        </w:tc>
        <w:tc>
          <w:tcPr>
            <w:tcW w:type="dxa" w:w="1440"/>
          </w:tcPr>
          <w:p>
            <w:r>
              <w:t>OSAKIDETZA - Servicio Vasco de Salud -Director Gerente</w:t>
            </w:r>
          </w:p>
        </w:tc>
        <w:tc>
          <w:tcPr>
            <w:tcW w:type="dxa" w:w="1440"/>
          </w:tcPr>
          <w:p>
            <w:r>
              <w:t>6.289,60 €</w:t>
            </w:r>
          </w:p>
        </w:tc>
        <w:tc>
          <w:tcPr>
            <w:tcW w:type="dxa" w:w="1440"/>
          </w:tcPr>
          <w:p>
            <w:r/>
          </w:p>
        </w:tc>
        <w:tc>
          <w:tcPr>
            <w:tcW w:type="dxa" w:w="1440"/>
          </w:tcPr>
          <w:p>
            <w:r>
              <w:t>15/05/2023 – 15/05/2025</w:t>
            </w:r>
          </w:p>
        </w:tc>
        <w:tc>
          <w:tcPr>
            <w:tcW w:type="dxa" w:w="1440"/>
          </w:tcPr>
          <w:p>
            <w:r>
              <w:rPr>
                <w:highlight w:val="yellow"/>
              </w:rPr>
              <w:t>rellenar</w:t>
            </w:r>
          </w:p>
        </w:tc>
      </w:tr>
      <w:tr>
        <w:tc>
          <w:tcPr>
            <w:tcW w:type="dxa" w:w="1440"/>
          </w:tcPr>
          <w:p>
            <w:r>
              <w:t>Suministro de los productos y reactivos necesarios para identificación por espectrometría de masas con sistema Malditof, sistemas de medio de cultivo y antibiogramas, cultivo de micobacterias y la cesión de los equipos necesarios para su realización en el laboratorio de análisis clínicos del Hospital Universitario de Fuenlabrada (lote 4) · exp. PA SUM 23-006</w:t>
            </w:r>
          </w:p>
        </w:tc>
        <w:tc>
          <w:tcPr>
            <w:tcW w:type="dxa" w:w="1440"/>
          </w:tcPr>
          <w:p>
            <w:r>
              <w:t>Hospital Universitario de Fuenlabrada</w:t>
            </w:r>
          </w:p>
        </w:tc>
        <w:tc>
          <w:tcPr>
            <w:tcW w:type="dxa" w:w="1440"/>
          </w:tcPr>
          <w:p>
            <w:r>
              <w:t>5.250,00 €</w:t>
            </w:r>
          </w:p>
        </w:tc>
        <w:tc>
          <w:tcPr>
            <w:tcW w:type="dxa" w:w="1440"/>
          </w:tcPr>
          <w:p>
            <w:r/>
          </w:p>
        </w:tc>
        <w:tc>
          <w:tcPr>
            <w:tcW w:type="dxa" w:w="1440"/>
          </w:tcPr>
          <w:p>
            <w:r>
              <w:t>03/07/2023 – 03/07/2025</w:t>
            </w:r>
          </w:p>
        </w:tc>
        <w:tc>
          <w:tcPr>
            <w:tcW w:type="dxa" w:w="1440"/>
          </w:tcPr>
          <w:p>
            <w:r>
              <w:rPr>
                <w:highlight w:val="yellow"/>
              </w:rPr>
              <w:t>rellenar</w:t>
            </w:r>
          </w:p>
        </w:tc>
      </w:tr>
    </w:tbl>
    <w:p/>
    <w:p>
      <w:r>
        <w:rPr>
          <w:b/>
        </w:rPr>
        <w:t>Importe adjudicado en el periodo: 4.905.611,45 € sin IVA, en 54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Departamento de Salud de Vinaroz. Dirección Económica-Gerencia (NIF S4611001A)</w:t>
      </w:r>
    </w:p>
    <w:p>
      <w:r>
        <w:t>VIRCELL SPAIN S.L.U., con NIF B19537844, adjudicataria del contrato «Suministro de reactivos (incluidos los controles, calibradores y líquidos de lavados) y material fungible necesarios para la realización de las determinaciones analíticas necesarias para cubrir la actividad en el apartado Parásitos y</w:t>
        <w:br/>
        <w:br/>
        <w:t xml:space="preserve">serología complementaria (neumonías y otros) del laboratorio de M», expediente PRIMERA PRORROGA PA 715/2023, adjudicado el 22/09/2026 por 56.016,34 €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29/09/2026 a 29/09/2027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Departamento de Salud de Orihuela. Dirección Económica-Gerencia (NIF S4611001A)</w:t>
      </w:r>
    </w:p>
    <w:p>
      <w:r>
        <w:t xml:space="preserve">VIRCELL SPAIN S.L.U., con NIF B19537844, adjudicataria del contrato «Suministro de reactivos, material y dotación de equipamiento necesarios para la realización de las determinaciones analíticas de microbiología en los laboratorios del hospital vega baja del departamento de salud de Orihuela, y su mantenimiento, y formación del personal», lote 5, expediente PRO 1ª PA 105/2023 LOTE 5, adjudicado el 29/06/2026 por 20.043,35 €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01/10/2026 a 01/10/2029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Gerencia del Departamento de Salud de la Ribera de la Conselleria de Sanidad de la Generalitat Valenciana (NIF S4611001A)</w:t>
      </w:r>
    </w:p>
    <w:p>
      <w:r>
        <w:t xml:space="preserve">VIRCELL SPAIN S.L.U., con NIF B19537844, adjudicataria del contrato «Suministro reactivo y material fungible incluidos calibradores y controles, precisos para la realización de determinaciones analíticas de serología en el laboratorio de Microbiología  DEPARTAMENTO DE SALUD DE LA RIBERA (LOTE 2- SEROLOGÍA DE NEUMONÍAS Y OTROS)», expediente PRÓRROGA CNMY 208/2021LOTE 2, adjudicado el 11/05/2026 por 54.953,80 €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08/07/2026 a 07/07/2027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Sanitaria de Melilla - Instituto Nacional de Gestión Sanitaria (NIF Q2977002A)</w:t>
      </w:r>
    </w:p>
    <w:p>
      <w:r>
        <w:t xml:space="preserve">VIRCELL SPAIN S.L.U., con NIF B19537844, adjudicataria del contrato «Suministro de reactivos de diagnóstico molecular urgente para el laboratorio de microbiología, del Instituto Nacional de Gestión Sanitaria en Melilla», expediente P.A. 2025-055-GME, adjudicado el 04/12/2025 por 877.800,00 €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04/01/2026 a 04/01/2029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Especializada de Burgos (NIF Q0977001G)</w:t>
      </w:r>
    </w:p>
    <w:p>
      <w:r>
        <w:t xml:space="preserve">VIRCELL SPAIN S.L.U., con NIF B19537844, adjudicataria del contrato «PRORROGA PNE/041/2023/2003 Contratación del Suministro de material necesario para la realización de determinaciones analíticas de serología en el equipo VIRCLIA Plus+ TB del laboratorio de Microbiología del Hospital Universitario de Burgos», expediente PRO/075/2025/2003, adjudicado el 06/10/2025 por 253.236,71 €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06/11/2025 a 06/11/2027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Sanitaria de Melilla - Instituto Nacional de Gestión Sanitaria (NIF Q2977002A)</w:t>
      </w:r>
    </w:p>
    <w:p>
      <w:r>
        <w:t xml:space="preserve">VIRCELL SPAIN S.L.U., con NIF B19537844, adjudicataria del contrato «Suministro de un sembrador automático y reactivos de serología infecciosa y pruebas rápidas para el laboratorio de microbiología del Instituto Nacional de Gestión Sanitaria en Melilla.», lote 2, expediente P.A. 2025-032-GME, adjudicado el 19/07/2025 por 447.425,00 €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19/08/2025 a 19/08/2029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Sanitaria del Instituto Nacional de Gestión Sanitaria en Ceuta (NIF S5100013A)</w:t>
      </w:r>
    </w:p>
    <w:p>
      <w:r>
        <w:t xml:space="preserve">VIRCELL SPAIN S.L.U., con NIF B19537844, adjudicataria del contrato «Suministro de reactivos, tecnología y sistemas de información para el laboratorio del Hospital Universitario de Ceuta.», lote 11, expediente PA/2024/039/GCE, adjudicado el 24/06/2025 por 44.880,00 €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24/07/2025 a 24/07/2027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Sanitaria del Instituto Nacional de Gestión Sanitaria en Ceuta (NIF S5100013A)</w:t>
      </w:r>
    </w:p>
    <w:p>
      <w:r>
        <w:t xml:space="preserve">VIRCELL SPAIN S.L.U., con NIF B19537844, adjudicataria del contrato «Suministro de reactivos, tecnología y sistemas de información para el laboratorio del Hospital Universitario de Ceuta.», lote 16, expediente PA/2024/039/GCE, adjudicado el 24/06/2025 por 53.823,80 €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24/07/2025 a 24/07/2027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Fundación para el Fomento de la Investigación Sanitaria y Biomédica de la Comunitat Valenciana (FISABIO) (NIF G98073760)</w:t>
      </w:r>
    </w:p>
    <w:p>
      <w:r>
        <w:t xml:space="preserve">VIRCELL SPAIN S.L.U., con NIF B19537844, adjudicataria del contrato «Suministro de kits de PCR tipo Flashdx», expediente CMAYOR/2025/FISAB/0011, adjudicado el 15/05/2025 por 122.220,00 €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 a ……</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Sanitaria de Melilla - Instituto Nacional de Gestión Sanitaria (NIF Q2977002A)</w:t>
      </w:r>
    </w:p>
    <w:p>
      <w:r>
        <w:t xml:space="preserve">VIRCELL SPAIN S.L.U., con NIF B19537844, adjudicataria del contrato «Suministro de REACTIVOS para la Tinción de GRAM, Tinción de AURAMINA, Tinción de ZIEHLD-NEELSEN, y cesión de equipos necesarios para el estudio de sensibilidad antibiótica manual y técnicas moleculares de bajo consumo de microbiología para el INGESA de Melilla.», lote 2, expediente P.A.S.A. 2025-016-GME, adjudicado el 05/04/2025 por 7.296,00 €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09/04/2025 a 09/04/2027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Departamento de Salud Valencia - Arnau de Vilanova - Llíria. Dirección Económica-Gerencia (NIF S4611001A)</w:t>
      </w:r>
    </w:p>
    <w:p>
      <w:r>
        <w:t xml:space="preserve">VIRCELL SPAIN S.L.U., con NIF B19537844, adjudicataria del contrato «Suministro de Reactivos y Dotación de Equipamiento necesarios para la Realización de Determinaciones Analíticas en el Laboratorio de Microbiología del Departamento de Salud Valencia Arnau de Vilanova-Llíria, Respetuoso con el Medio Ambiente», lote 3, expediente 965/2024, adjudicado el 23/01/2025 por 291.490,00 €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01/03/2025 a 01/03/2029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del Área Sanitaria IV del Servicio de Salud del Principado de Asturias (NIF Q8350064E)</w:t>
      </w:r>
    </w:p>
    <w:p>
      <w:r>
        <w:t xml:space="preserve">VIRCELL SPAIN S.L.U., con NIF B19537844, adjudicataria del contrato «Suministro de reactivos material y equipamiento para el Servicio de Microbiología del ASIV. Medios de cultivo, hemocultivos y antígenos en orina.», lote 2, expediente 2024000208, adjudicado el 31/10/2024 por 99.840,00 €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01/12/2024 a 01/12/2026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de Salud de las Illes Balears (NIF Q0719003F)</w:t>
      </w:r>
    </w:p>
    <w:p>
      <w:r>
        <w:t xml:space="preserve">VIRCELL SPAIN S.L.U., con NIF B19537844, adjudicataria del contrato «Suministro de reactivos, fungible y equipos necesarios para el estudio de respuesta inmunológica frente microorganismos causantes de infección en pacientes del Hospital Universitario Son Llàtzer», expediente HSLL112/2024, adjudicado el 28/06/2024 por 51.355,10 €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28/07/2024 a 28/07/2026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del Instituto Nacional de Gestión Sanitaria (INGESA) (NIF Q2869002B)</w:t>
      </w:r>
    </w:p>
    <w:p>
      <w:r>
        <w:t xml:space="preserve">VIRCELL SPAIN S.L.U., con NIF B19537844, adjudicataria del contrato «Adquisición y suministro de los reactivos, calibradores, controles y fungibles específicos, así como los elementos necesarios, para la realización de las técnicas analíticas en el laboratorio central del Hospital Universitario de Melilla (HUME)», lote 05, expediente PA 2023/020, adjudicado el 10/06/2024 por 160.500,00 €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10/07/2024 a 10/07/2028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VIRCELL SPAIN S.L.U., con NIF B19537844, adjudicataria del contrato «73958200 74003400 74021100 74105000 74003600», expediente HV BASADO AM 2018/5/0027 B19537844 MARZO24, adjudicado el 29/03/2024 por 22.536,00 €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29/03/2024 a 30/03/2024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VIRCELL SPAIN S.L.U., con NIF B19537844, adjudicataria del contrato «73705600 73722500 73722700 73881000», expediente HV BASADO AM 2018/5/0027 B19537844 FEBRERO24, adjudicado el 29/02/2024 por 15.749,00 €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29/02/2024 a 01/03/2024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VIRCELL SPAIN S.L.U., con NIF B19537844, adjudicataria del contrato «73330100 73399900 73527800», expediente HV BASADO AM 2018/5/0027 B19537844 ENERO24, adjudicado el 31/01/2024 por 1.728,00 €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31/01/2024 a 01/02/2024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Especializada de León (NIF Q2469006G)</w:t>
      </w:r>
    </w:p>
    <w:p>
      <w:r>
        <w:t xml:space="preserve">VIRCELL SPAIN S.L.U., con NIF B19537844, adjudicataria del contrato «Suministro de Test virus respiratorios, adenovirus, influenza tipo A +B,VRS, SARS-CoV-2 para el Complejo Asistencial Universitario de León», lote 1, expediente 2020014445 CE 003/2024/3003, adjudicado el 04/01/2024 por 9.600,00 €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04/02/2024 a 19/02/2024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VIRCELL SPAIN S.L.U., con NIF B19537844, adjudicataria del contrato «72967900 72978500 72993300 73011400 73012900 73043200 73170600 73199200», expediente HV BASADO AM 2018/5/0027  B19537844 DICIEMBRE23, adjudicado el 31/12/2023 por 26.348,00 €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31/12/2023 a 01/01/2024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VIRCELL SPAIN S.L.U., con NIF B19537844, adjudicataria del contrato «72702200», expediente HV BASADO AM 2018/5/0027 B19537844  NOVIEMBRE23, adjudicado el 13/11/2023 por 3.240,00 €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13/11/2023 a 14/11/2023</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VIRCELL SPAIN S.L.U., con NIF B19537844, adjudicataria del contrato «72659000», expediente HV BASADO AM 2018/5/0027 B19537844 NOVIEMBRE23, adjudicado el 08/11/2023 por 8.736,00 €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08/11/2023 a 09/11/2023</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VIRCELL SPAIN S.L.U., con NIF B19537844, adjudicataria del contrato «Pedidos nº: 72603800  72609100», expediente HV BASADO AM 2018/5/0027 B19537844 NOVIEMBRE 23, adjudicado el 06/11/2023 por 3.768,00 €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06/12/2023 a 07/12/2023</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Cántabro de Salud (NIF Q3900738J)</w:t>
      </w:r>
    </w:p>
    <w:p>
      <w:r>
        <w:t xml:space="preserve">VIRCELL SPAIN S.L.U., con NIF B19537844, adjudicataria del contrato «Pedidos nº: 72367700  72471100  72471300  72493400», expediente HV BASADO AM 2018/5/0027 B19537844 OCTUBRE23, adjudicado el 31/10/2023 por 8.795,00 €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31/10/2023 a 01/11/2023</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Gerencia de Atención Especializada de Burgos (NIF Q0977001G)</w:t>
      </w:r>
    </w:p>
    <w:p>
      <w:r>
        <w:t xml:space="preserve">VIRCELL SPAIN S.L.U., con NIF B19537844, adjudicataria del contrato «Suministro del material necesario (reactivos, controles, cubetas, calibradores, material de limpieza y fungible) para la realización de determinaciones analíticas de Serología en el equipo VIRCLIA PLUS + TB del laboratorio de Microbiología del Hospital Universitario de Burgos.», expediente PNSP/041/2023/2003, adjudicado el 11/10/2023 por 253.236,71 €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11/11/2023 a 11/11/2025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Departamento de Salud de Vinaroz. Dirección Económica-Gerencia (NIF S4611001A)</w:t>
      </w:r>
    </w:p>
    <w:p>
      <w:r>
        <w:t xml:space="preserve">VIRCELL SPAIN S.L.U., con NIF B19537844, adjudicataria del contrato «Suministro de reactivos incluidos controles, calibradores, liquidos de lavados y fungibles necesarios para la realizacion de determinaciones analiticas necesarias para cubrir la actividad en el apdo. parasitos y serologia complementaria (neumonias y otros) del laboratorio de microbiologia del hospit», expediente PA 715/2023, adjudicado el 03/10/2023 por 139.304,33 €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01/11/2023 a 01/11/2026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Gerencia del Departamento de Salud de la Ribera de la Conselleria de Sanidad de la Generalitat Valenciana (NIF S4611001A)</w:t>
      </w:r>
    </w:p>
    <w:p>
      <w:r>
        <w:t xml:space="preserve">VIRCELL SPAIN S.L.U., con NIF B19537844, adjudicataria del contrato «Suministro de reactivos y material fungible, incluidos calibradores y controles, para la realización de determinaciones analíticas de serología en el Laboratorio de Microbiología del Departamento de Salud de La Ribera», lote 2, expediente CNMY 208/2021, adjudicado el 27/05/2022 por 208.582,56 €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08/07/2022 a 08/07/2026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Universitario La Paz</w:t>
      </w:r>
    </w:p>
    <w:p>
      <w:r>
        <w:t xml:space="preserve">VIRCELL SPAIN S.L.U., con NIF B19537844, adjudicataria del contrato «P.A. 2022-0-14 Suministro del material necesario para la realización de determinaciones analíticas de serología Torch y exantemáticas en el laboratorio de microbiología del Hospital Universitario La Paz», lote 1, expediente P.A. 2022-0-14, adjudicado el …… por 413.919,84 €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22/06/2022 a 22/06/2024</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General Universitario Gregorio Marañón</w:t>
      </w:r>
    </w:p>
    <w:p>
      <w:r>
        <w:t xml:space="preserve">VIRCELL SPAIN S.L.U., con NIF B19537844, adjudicataria del contrato «Suministro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11, expediente A/SUM-000563/2026, adjudicado el …… por 11.400,00 €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11/09/2026 a 11/09/2027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General Universitario Gregorio Marañón</w:t>
      </w:r>
    </w:p>
    <w:p>
      <w:r>
        <w:t xml:space="preserve">VIRCELL SPAIN S.L.U., con NIF B19537844, adjudicataria del contrato «Suministro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14, expediente A/SUM-000563/2026, adjudicado el …… por 39.026,20 €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11/09/2026 a 11/09/2027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General Universitario Gregorio Marañón</w:t>
      </w:r>
    </w:p>
    <w:p>
      <w:r>
        <w:t xml:space="preserve">VIRCELL SPAIN S.L.U., con NIF B19537844, adjudicataria del contrato «Suministro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15, expediente A/SUM-000563/2026, adjudicado el …… por 3.600,00 €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11/09/2026 a 11/09/2027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General Universitario Gregorio Marañón</w:t>
      </w:r>
    </w:p>
    <w:p>
      <w:r>
        <w:t xml:space="preserve">VIRCELL SPAIN S.L.U., con NIF B19537844, adjudicataria del contrato «Suministro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16, expediente A/SUM-000563/2026, adjudicado el …… por 20.361,60 €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11/09/2026 a 11/09/2027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General Universitario Gregorio Marañón</w:t>
      </w:r>
    </w:p>
    <w:p>
      <w:r>
        <w:t xml:space="preserve">VIRCELL SPAIN S.L.U., con NIF B19537844, adjudicataria del contrato «Suministro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22, expediente A/SUM-000563/2026, adjudicado el …… por 48.755,00 €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11/09/2026 a 11/09/2027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General Universitario Gregorio Marañón</w:t>
      </w:r>
    </w:p>
    <w:p>
      <w:r>
        <w:t xml:space="preserve">VIRCELL SPAIN S.L.U., con NIF B19537844, adjudicataria del contrato «Suministro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27, expediente A/SUM-000563/2026, adjudicado el …… por 12.800,00 €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11/09/2026 a 11/09/2027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General Universitario Gregorio Marañón</w:t>
      </w:r>
    </w:p>
    <w:p>
      <w:r>
        <w:t xml:space="preserve">VIRCELL SPAIN S.L.U., con NIF B19537844, adjudicataria del contrato «Suministro de productos y cesión de uso de los equipos necesarios para los sistemas automatizados de diagnóstico en Microbiología II (paneles sindrómicos, otros métodos moleculares y serológicos y sistemas de identificación (ID)/sensibilidad (AST) bacteriana), en el Servicio de Microbiología del Hos», lote 28, expediente A/SUM-000563/2026, adjudicado el …… por 13.410,00 €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11/09/2026 a 11/09/2027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Sanidad</w:t>
      </w:r>
    </w:p>
    <w:p>
      <w:r>
        <w:t xml:space="preserve">VIRCELL SPAIN S.L.U., con NIF B19537844, adjudicataria del contrato «Suministro de reactivos para técnicas de inmunodiagnóstico, sensibilidad antimicrobiana y amplificación molecular para la realización de diferentes analíticas en la Unidad de Microbiología Clínica del Laboratorio Regional de Salud Pública de la Comunidad de Madrid (6 lotes). Expediente 5LT/2026 (A/S», lote 4, expediente A/SUM-007222/2026, adjudicado el …… por 57.842,51 €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06/07/2026 a 06/11/2027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VIRCELL SPAIN S.L.U., con NIF B19537844, adjudicataria del contrato «Suministro de reactivos, instalación y mantenimiento de equipos en cesión necesarios para diagnóstico indirecto de enfermedades infecciosas (Serología infecciosa) en Hospital de Basurto, OSI Bilbao», lote 614945, expediente 2026/00113, adjudicado el …… por 153.743,50 €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12/06/2026 a 11/06/2028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VIRCELL SPAIN S.L.U., con NIF B19537844, adjudicataria del contrato «Suministro de reactivos, instalación y mantenimiento de equipos en cesión necesarios para diagnóstico indirecto de enfermedades infecciosas (Serología infecciosa) en Hospital de Basurto, OSI Bilbao», lote 614950, expediente 2026/00113, adjudicado el …… por 10.355,00 €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12/06/2026 a 11/06/2028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ICS - Gerència de compres</w:t>
      </w:r>
    </w:p>
    <w:p>
      <w:r>
        <w:t xml:space="preserve">VIRCELL SPAIN S.L.U., con NIF B19537844, adjudicataria del contrato «subministrament agregat de reactius, controls, calibradors, material fungible i equips per a l’extracció, amplificació i detecció d’àcids nucleics per a proves de biologia molecular per a centres del Institut Català de la Salut.», expediente CS/CC00/1101455916/26/AMUP,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11/05/2026 a 11/05/2030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Agència de Salut Pública de Barcelona</w:t>
      </w:r>
    </w:p>
    <w:p>
      <w:r>
        <w:t xml:space="preserve">VIRCELL SPAIN S.L.U., con NIF B19537844, adjudicataria del contrato «Acord marc per al subministrament de material de laboratori per al Laboratori de l’Agència de Salut Pública de Barcelona», lote 7, expediente CONT-25-211, adjudicado el …… por 15.804,60 €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15/10/2025 a 15/10/2026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Servicio Andaluz de Salud</w:t>
      </w:r>
    </w:p>
    <w:p>
      <w:r>
        <w:t xml:space="preserve">VIRCELL SPAIN S.L.U., con NIF B19537844, adjudicataria del contrato «huj_cbam_591/2022_vircell spain s.l_suministro de reactivos, material fungible y cesión de equipamiento principal y auxiliar, así como su mantenimiento del sistema informático de laboratorio y equipos para la realización de determinaciones analíticas en los centros que integran la central provincial», expediente CONTR 2024 0000635708, adjudicado el …… por 226.962,10 €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22/01/2024 a 22/01/2028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VIRCELL SPAIN S.L.U., con NIF B19537844, adjudicataria del contrato «Suministro de productos y equipamiento para la determinación de Calprotectina en heces en el Laboratorio Central de la OSI Araba», expediente 2025/00419, adjudicado el …… por 214.500,00 €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05/05/2025 a 05/05/2028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VIRCELL SPAIN S.L.U., con NIF B19537844, adjudicataria del contrato «Suministro de reactivos y materiales necesarios para técnicas de biología molecular (PCR) en el laboratorio de Microbiología de la OSI Araba», lote 615057, expediente 2024/02517, adjudicado el …… por 1.152,00 €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04/02/2025 a 04/02/2027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Català de la Salut (ICS)</w:t>
      </w:r>
    </w:p>
    <w:p>
      <w:r>
        <w:t xml:space="preserve">VIRCELL SPAIN S.L.U., con NIF B19537844, adjudicataria del contrato «Subministrament d'equipaments, reactius i material fungible per proves de detecció d'anticossos i d'antígens (complementari) per als centres de l'Institut Català de la Salut (ICS).», expediente CS/CC00/1101404399/25/AMUP,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07/01/2025 a 07/04/2026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 Gerente del Servicio Navarro de Salud-Osasunbidea.</w:t>
      </w:r>
    </w:p>
    <w:p>
      <w:r>
        <w:t xml:space="preserve">VIRCELL SPAIN S.L.U., con NIF B19537844, adjudicataria del contrato «APRO 237/2024: Suministro de reactivos, fungibles y cesión del equipamiento necesario, con mantenimiento y conexión informática incluidos, para la realización de pruebas serológicas en los laboratorios del Servicio Navarro de Salud-Osasunbidea», lote 3, expediente 3184_APRO 237/2024, adjudicado el …… por 142.716,00 €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05/07/2024 a 05/07/2025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 Gerente</w:t>
      </w:r>
    </w:p>
    <w:p>
      <w:r>
        <w:t xml:space="preserve">VIRCELL SPAIN S.L.U., con NIF B19537844, adjudicataria del contrato «Suministro de productos y equipos necesarios para la realización de pruebas de Serología Infecciosa en el Laboratorio Central de la OSI Araba», expediente 2024/00301, adjudicado el …… por 23.935,80 €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09/04/2024 a 09/04/2025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Universitario La Paz</w:t>
      </w:r>
    </w:p>
    <w:p>
      <w:r>
        <w:t xml:space="preserve">VIRCELL SPAIN S.L.U., con NIF B19537844, adjudicataria del contrato «P.A. 2023-0-87. Suministro del material necesario para la realización de determinaciones analíticas de detección de virus respiratorios mediante PCR en tiempo real.», lote 3, expediente P.A. 2023-0-87, adjudicado el …… por 156.545,00 €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09/04/2024 a 09/04/2025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Hospital Clínic de Barcelona (HCB)</w:t>
      </w:r>
    </w:p>
    <w:p>
      <w:r>
        <w:t>VIRCELL SPAIN S.L.U., con NIF B19537844, adjudicataria del contrato «Subministrament de reactius amb cessió de l’equipament necessari per realitzar les determinacions</w:t>
        <w:br/>
        <w:t>analítiques de la serologia de rutina per al Servei de Microbiologia del Centre de Diagnòstic Biomèdic</w:t>
        <w:br/>
        <w:t xml:space="preserve">(CDB) , amb destí a l´Hospital Clínic de Barcelona (HCB)», lote 1, expediente 2023-132,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06/03/2024 a 06/03/2026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 Hospital Clínic de Barcelona (HCB)</w:t>
      </w:r>
    </w:p>
    <w:p>
      <w:r>
        <w:t>VIRCELL SPAIN S.L.U., con NIF B19537844, adjudicataria del contrato «Subministrament de reactius amb cessió de l’equipament necessari per realitzar les determinacions</w:t>
        <w:br/>
        <w:t>analítiques de la serologia de rutina per al Servei de Microbiologia del Centre de Diagnòstic Biomèdic</w:t>
        <w:br/>
        <w:t xml:space="preserve">(CDB) , amb destí a l´Hospital Clínic de Barcelona (HCB)», lote 2, expediente 2023-132,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06/03/2024 a 06/03/2026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Català de la Salut (ICS)</w:t>
      </w:r>
    </w:p>
    <w:p>
      <w:r>
        <w:t xml:space="preserve">VIRCELL SPAIN S.L.U., con NIF B19537844, adjudicataria del contrato «Subministrament agregat d'equipament, reactius i material fungible per proves de detecció d’anticossos i d’antígens per als centres de l'Institut Català de la Salut (ICS).», expediente CS/CC00/1101358077/23/AMUP,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13/03/2024 a 31/03/2026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Director Gerente</w:t>
      </w:r>
    </w:p>
    <w:p>
      <w:r>
        <w:t xml:space="preserve">VIRCELL SPAIN S.L.U., con NIF B19537844, adjudicataria del contrato «Acuerdo Marco para el suministro de los productos y puesta a disposición de los equipamientos necesarios para la realización de diferentes pruebas en el Laboratorio de Microbiología de la OSI Barruald», expediente 2023/01687, adjudicado el …… por 5.600,00 €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11/01/2024 a 11/01/2026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Institut Català de la Salut (ICS)</w:t>
      </w:r>
    </w:p>
    <w:p>
      <w:r>
        <w:t xml:space="preserve">VIRCELL SPAIN S.L.U., con NIF B19537844, adjudicataria del contrato «Subministrament agregat de material de microbiologia: medis de cultiu en placa i en tub, reactiu per a la identificació bacteriana de micobacteris per a l’estudi de la sensibilitat antibiòtica i detecció de mecanismes de resistència, i arrendament sense opció a compra d'instrumental per a la realitz», expediente CS/CC00/1101358471/24/AMUP, adjudicado el …… por 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27/02/2024 a 28/02/2027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Universitario de Getafe</w:t>
      </w:r>
    </w:p>
    <w:p>
      <w:r>
        <w:t xml:space="preserve">VIRCELL SPAIN S.L.U., con NIF B19537844, adjudicataria del contrato «Suministro de Diverso Material para Pruebas de Microbiología para el Hospital Universitario de Getafe», lote 14, expediente PACU 2023-1-10, adjudicado el …… por 79.139,00 €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07/11/2023 a 07/11/2025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OSAKIDETZA - Servicio Vasco de Salud -Director Gerente</w:t>
      </w:r>
    </w:p>
    <w:p>
      <w:r>
        <w:t xml:space="preserve">VIRCELL SPAIN S.L.U., con NIF B19537844, adjudicataria del contrato «Suministro de reactivos y materiales necesarios para técnicas de biología molecular (PCR) en el laboratorio de la OSI Bilbao Basurto», lote 495291, expediente 2023/00436, adjudicado el …… por 6.289,60 €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15/05/2023 a 15/05/2025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Hospital Universitario de Fuenlabrada</w:t>
      </w:r>
    </w:p>
    <w:p>
      <w:r>
        <w:t xml:space="preserve">VIRCELL SPAIN S.L.U., con NIF B19537844, adjudicataria del contrato «Suministro de los productos y reactivos necesarios para identificación por espectrometría de masas con sistema Malditof, sistemas de medio de cultivo y antibiogramas, cultivo de micobacterias y la cesión de los equipos necesarios para su realización en el laboratorio de análisis clínicos del Hospital Universitario de Fuenlabrada», lote 4, expediente PA SUM 23-006, adjudicado el …… por 5.250,00 €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03/07/2023 a 03/07/2025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