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Vinno Ultrasound s.l</w:t>
      </w:r>
    </w:p>
    <w:p>
      <w:r>
        <w:t>NIF B67064832.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amb lloguer, instal·lació, posada en marxa i formació de quinze(15) ecògrafs digitals per al seu ús a Atenció Primària i Comunitària (APiC) del CST. Aquestcontracte es fa de cara a executar l'estudi ” P04.1 visitas de alta resolución en atención primariay comunitaria (VERA)” · exp. CST 25-28 SUP-SUB</w:t>
            </w:r>
          </w:p>
        </w:tc>
        <w:tc>
          <w:tcPr>
            <w:tcW w:type="dxa" w:w="1440"/>
          </w:tcPr>
          <w:p>
            <w:r>
              <w:t>Consorci Sanitari de Terrassa</w:t>
            </w:r>
          </w:p>
        </w:tc>
        <w:tc>
          <w:tcPr>
            <w:tcW w:type="dxa" w:w="1440"/>
          </w:tcPr>
          <w:p>
            <w:r>
              <w:t>58.500,00 €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l'adquisició d'equips d'ecografia destinats a diversos centres assistencials del SISCAT (lote 1) · exp. SCS-2024-27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1.122.000,00 €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l'adquisició d'equips d'ecografia destinats a diversos centres assistencials del SISCAT (lote 2) · exp. SCS-2024-27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324.000,00 €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d'equips d'ecografia per als centres d'atenció primària projecte inclòs en el pla MINAP (lote 1) · exp. SCS-2024-24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851.400,00 €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05/06/2024 – 05/12/2024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d'equips d'ecografia per als centres d'atenció primària projecte inclòs en el pla MINAP (lote 3) · exp. SCS-2024-24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542.400,00 €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05/06/2024 – 05/12/2024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2.898.300,00 €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Sanitari de Terrassa</w:t>
      </w:r>
    </w:p>
    <w:p>
      <w:r>
        <w:t xml:space="preserve">Vinno Ultrasound s.l, con NIF B67064832, adjudicataria del contrato «Subministrament amb lloguer, instal·lació, posada en marxa i formació de quinze(15) ecògrafs digitals per al seu ús a Atenció Primària i Comunitària (APiC) del CST. Aquestcontracte es fa de cara a executar l'estudi ” P04.1 visitas de alta resolución en atención primariay comunitaria (VERA)”», expediente CST 25-28 SUP-SUB, adjudicado el …… por 58.500,00 €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23/12/2025 a 23/12/2026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Vinno Ultrasound s.l, con NIF B67064832, adjudicataria del contrato «Acord Marc per a l'adquisició d'equips d'ecografia destinats a diversos centres assistencials del SISCAT», lote 1, expediente SCS-2024-27, adjudicado el …… por 1.122.000,00 €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25/11/2025 a 25/11/2027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Vinno Ultrasound s.l, con NIF B67064832, adjudicataria del contrato «Acord Marc per a l'adquisició d'equips d'ecografia destinats a diversos centres assistencials del SISCAT», lote 2, expediente SCS-2024-27, adjudicado el …… por 324.000,00 €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25/11/2025 a 25/11/2027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Vinno Ultrasound s.l, con NIF B67064832, adjudicataria del contrato «Subministrament d'equips d'ecografia per als centres d'atenció primària projecte inclòs en el pla MINAP», lote 1, expediente SCS-2024-24, adjudicado el …… por 851.400,00 €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05/06/2024 a 05/12/2024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Vinno Ultrasound s.l, con NIF B67064832, adjudicataria del contrato «Subministrament d'equips d'ecografia per als centres d'atenció primària projecte inclòs en el pla MINAP», lote 3, expediente SCS-2024-24, adjudicado el …… por 542.400,00 €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05/06/2024 a 05/12/2024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