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VIDROPLAST PUENTE SA</w:t>
      </w:r>
    </w:p>
    <w:p>
      <w:r>
        <w:t>NIF A39024179.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en obra de carpintería de aluminio y PVC, incluida la cerrajería y vidriería para las obras de Mejora de la eficiencia energética en el Edificio Judicial Convento de las Salesas (Santander) (lote 2) · exp. TSA0082403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30.419,65 €</w:t>
            </w:r>
          </w:p>
        </w:tc>
        <w:tc>
          <w:tcPr>
            <w:tcW w:type="dxa" w:w="1440"/>
          </w:tcPr>
          <w:p>
            <w:r>
              <w:t>04/03/2026</w:t>
            </w:r>
          </w:p>
        </w:tc>
        <w:tc>
          <w:tcPr>
            <w:tcW w:type="dxa" w:w="1440"/>
          </w:tcPr>
          <w:p>
            <w:r>
              <w:t>04/04/2026 – 04/07/2026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30.419,65 €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VIDROPLAST PUENTE SA, con NIF A39024179, adjudicataria del contrato «Suministro en obra de carpintería de aluminio y PVC, incluida la cerrajería y vidriería para las obras de Mejora de la eficiencia energética en el Edificio Judicial Convento de las Salesas (Santander)», lote 2, expediente TSA0082403, adjudicado el 04/03/2026 por 30.419,65 €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04/04/2026 a 04/07/2026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