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GEN AVENTURES SL</w:t>
      </w:r>
    </w:p>
    <w:p>
      <w:r>
        <w:t>NIF B259361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