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VERIFICACIÓN DE EDIFICIOS S.A.</w:t>
      </w:r>
    </w:p>
    <w:p>
      <w:r>
        <w:t>NIF A96595251.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