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VECTALIA PARK S L</w:t>
      </w:r>
    </w:p>
    <w:p>
      <w:r>
        <w:t>NIF B53527388.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Gestión y explotación del estacionamiento regulado en superficie y retirada, inmovilización y depósito de vehículos en el término municipal de Miranda de Ebro · exp. 2023/00008903F</w:t>
            </w:r>
          </w:p>
        </w:tc>
        <w:tc>
          <w:tcPr>
            <w:tcW w:type="dxa" w:w="1440"/>
          </w:tcPr>
          <w:p>
            <w:r>
              <w:t>Ayuntamiento de Miranda de Ebro · NIF P0922400G</w:t>
            </w:r>
          </w:p>
        </w:tc>
        <w:tc>
          <w:tcPr>
            <w:tcW w:type="dxa" w:w="1440"/>
          </w:tcPr>
          <w:p>
            <w:r>
              <w:t>63.950,00 €</w:t>
            </w:r>
          </w:p>
        </w:tc>
        <w:tc>
          <w:tcPr>
            <w:tcW w:type="dxa" w:w="1440"/>
          </w:tcPr>
          <w:p>
            <w:r>
              <w:t>09/07/2024</w:t>
            </w:r>
          </w:p>
        </w:tc>
        <w:tc>
          <w:tcPr>
            <w:tcW w:type="dxa" w:w="1440"/>
          </w:tcPr>
          <w:p>
            <w:r>
              <w:t>09/08/2024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retirada con Grúa de Vehículos de la vía pública del municipio de la anteiglesia de Erandio (03CONT-2025/000002) · exp. B902-2026-00015</w:t>
            </w:r>
          </w:p>
        </w:tc>
        <w:tc>
          <w:tcPr>
            <w:tcW w:type="dxa" w:w="1440"/>
          </w:tcPr>
          <w:p>
            <w:r>
              <w:t>Ayuntamiento de la Anteiglesia de Erandio-Pleno</w:t>
            </w:r>
          </w:p>
        </w:tc>
        <w:tc>
          <w:tcPr>
            <w:tcW w:type="dxa" w:w="1440"/>
          </w:tcPr>
          <w:p>
            <w:r>
              <w:t>641.046,55 €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retirada y gestión del depósito municipal de vehículos · exp. 2026-009762</w:t>
            </w:r>
          </w:p>
        </w:tc>
        <w:tc>
          <w:tcPr>
            <w:tcW w:type="dxa" w:w="1440"/>
          </w:tcPr>
          <w:p>
            <w:r>
              <w:t>Ayuntamiento de Bilbao-Junta de Gobierno de la Villa de Bilbao</w:t>
            </w:r>
          </w:p>
        </w:tc>
        <w:tc>
          <w:tcPr>
            <w:tcW w:type="dxa" w:w="1440"/>
          </w:tcPr>
          <w:p>
            <w:r>
              <w:t>3.749.895,28 €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4.454.891,83 €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Miranda de Ebro (NIF P0922400G)</w:t>
      </w:r>
    </w:p>
    <w:p>
      <w:r>
        <w:t xml:space="preserve">VECTALIA PARK S L, con NIF B53527388, adjudicataria del contrato «Gestión y explotación del estacionamiento regulado en superficie y retirada, inmovilización y depósito de vehículos en el término municipal de Miranda de Ebro», expediente 2023/00008903F, adjudicado el 09/07/2024 por 63.950,00 €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09/08/2024 a 09/08/2032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Anteiglesia de Erandio-Pleno</w:t>
      </w:r>
    </w:p>
    <w:p>
      <w:r>
        <w:t xml:space="preserve">VECTALIA PARK S L, con NIF B53527388, adjudicataria del contrato «Servicio de retirada con Grúa de Vehículos de la vía pública del municipio de la anteiglesia de Erandio (03CONT-2025/000002)», expediente B902-2026-00015, adjudicado el …… por 641.046,55 €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14/10/2026 a 14/10/2030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Bilbao-Junta de Gobierno de la Villa de Bilbao</w:t>
      </w:r>
    </w:p>
    <w:p>
      <w:r>
        <w:t xml:space="preserve">VECTALIA PARK S L, con NIF B53527388, adjudicataria del contrato «servicio de retirada y gestión del depósito municipal de vehículos», expediente 2026-009762, adjudicado el …… por 3.749.895,28 €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