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UPACE UNION DE PARALISIS CEREBRAL</w:t>
      </w:r>
    </w:p>
    <w:p>
      <w:r>
        <w:t>NIF G11025095.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