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UNIVERSAL DE INNOVACION Y GESTION, S.L.</w:t>
      </w:r>
    </w:p>
    <w:p>
      <w:r>
        <w:t>NIF B10492478.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