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UNION DE MEDICOS DE RONDA SL</w:t>
      </w:r>
    </w:p>
    <w:p>
      <w:r>
        <w:t>NIF B92697481.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