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UNION DE MEDICOS DE RONDA SL</w:t>
      </w:r>
    </w:p>
    <w:p>
      <w:r>
        <w:t>NIF B92697481.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asistencia sanitaria en Ronda para Mutua CESMA. · exp. CS-2026/5101/0009</w:t>
            </w:r>
          </w:p>
        </w:tc>
        <w:tc>
          <w:tcPr>
            <w:tcW w:type="dxa" w:w="1440"/>
          </w:tcPr>
          <w:p>
            <w:r>
              <w:t>Mutua de Andalucía y Ceuta · NIF G11901808</w:t>
            </w:r>
          </w:p>
        </w:tc>
        <w:tc>
          <w:tcPr>
            <w:tcW w:type="dxa" w:w="1440"/>
          </w:tcPr>
          <w:p>
            <w:r>
              <w:t>64.142,60 €</w:t>
            </w:r>
          </w:p>
        </w:tc>
        <w:tc>
          <w:tcPr>
            <w:tcW w:type="dxa" w:w="1440"/>
          </w:tcPr>
          <w:p>
            <w:r>
              <w:t>04/06/2026</w:t>
            </w:r>
          </w:p>
        </w:tc>
        <w:tc>
          <w:tcPr>
            <w:tcW w:type="dxa" w:w="1440"/>
          </w:tcPr>
          <w:p>
            <w:r>
              <w:t>01/07/2026 – en curso</w:t>
            </w:r>
          </w:p>
        </w:tc>
        <w:tc>
          <w:tcPr>
            <w:tcW w:type="dxa" w:w="1440"/>
          </w:tcPr>
          <w:p>
            <w:r>
              <w:rPr>
                <w:highlight w:val="yellow"/>
              </w:rPr>
              <w:t>rellenar</w:t>
            </w:r>
          </w:p>
        </w:tc>
      </w:tr>
      <w:tr>
        <w:tc>
          <w:tcPr>
            <w:tcW w:type="dxa" w:w="1440"/>
          </w:tcPr>
          <w:p>
            <w:r>
              <w:t>Contrato de servicios de asistencia ambulatoria, fisioterapia y pruebas diagnósticas en centro ambulatorio a la población protegida de umivale Activa, Mutua Colaboradora con la Seguridad Social nº 3 y a los trabajadores autónomos adheridos en la localidad de Ronda (Málaga) · exp. SER-26-0076-OSA</w:t>
            </w:r>
          </w:p>
        </w:tc>
        <w:tc>
          <w:tcPr>
            <w:tcW w:type="dxa" w:w="1440"/>
          </w:tcPr>
          <w:p>
            <w:r>
              <w:t>Gerencia umivale Activa, Mutua Colaboradora con la Seguridad Social número 3 · NIF G96236443</w:t>
            </w:r>
          </w:p>
        </w:tc>
        <w:tc>
          <w:tcPr>
            <w:tcW w:type="dxa" w:w="1440"/>
          </w:tcPr>
          <w:p>
            <w:r>
              <w:t>33.668,40 €</w:t>
            </w:r>
          </w:p>
        </w:tc>
        <w:tc>
          <w:tcPr>
            <w:tcW w:type="dxa" w:w="1440"/>
          </w:tcPr>
          <w:p>
            <w:r>
              <w:t>12/05/2026</w:t>
            </w:r>
          </w:p>
        </w:tc>
        <w:tc>
          <w:tcPr>
            <w:tcW w:type="dxa" w:w="1440"/>
          </w:tcPr>
          <w:p>
            <w:r>
              <w:t>30/06/2026 – en curso</w:t>
            </w:r>
          </w:p>
        </w:tc>
        <w:tc>
          <w:tcPr>
            <w:tcW w:type="dxa" w:w="1440"/>
          </w:tcPr>
          <w:p>
            <w:r>
              <w:rPr>
                <w:highlight w:val="yellow"/>
              </w:rPr>
              <w:t>rellenar</w:t>
            </w:r>
          </w:p>
        </w:tc>
      </w:tr>
      <w:tr>
        <w:tc>
          <w:tcPr>
            <w:tcW w:type="dxa" w:w="1440"/>
          </w:tcPr>
          <w:p>
            <w:r>
              <w:t>Contratación del servicio de asistencia sanitaria de urgencia y especialidades disponibles en régimen ambulatorio para FRATERNIDAD-MUPRESPA, en varias localidades. (lote 9) · exp. PIC2026_32580</w:t>
            </w:r>
          </w:p>
        </w:tc>
        <w:tc>
          <w:tcPr>
            <w:tcW w:type="dxa" w:w="1440"/>
          </w:tcPr>
          <w:p>
            <w:r>
              <w:t>Gerencia de Fraternidad Muprespa - Mútua Colaboradora con la Seguridad Social nº 275 · NIF G82287228</w:t>
            </w:r>
          </w:p>
        </w:tc>
        <w:tc>
          <w:tcPr>
            <w:tcW w:type="dxa" w:w="1440"/>
          </w:tcPr>
          <w:p>
            <w:r>
              <w:t>0,00 €</w:t>
            </w:r>
          </w:p>
        </w:tc>
        <w:tc>
          <w:tcPr>
            <w:tcW w:type="dxa" w:w="1440"/>
          </w:tcPr>
          <w:p>
            <w:r>
              <w:t>06/03/2026</w:t>
            </w:r>
          </w:p>
        </w:tc>
        <w:tc>
          <w:tcPr>
            <w:tcW w:type="dxa" w:w="1440"/>
          </w:tcPr>
          <w:p>
            <w:r>
              <w:t>06/04/2026 – en curso</w:t>
            </w:r>
          </w:p>
        </w:tc>
        <w:tc>
          <w:tcPr>
            <w:tcW w:type="dxa" w:w="1440"/>
          </w:tcPr>
          <w:p>
            <w:r>
              <w:rPr>
                <w:highlight w:val="yellow"/>
              </w:rPr>
              <w:t>rellenar</w:t>
            </w:r>
          </w:p>
        </w:tc>
      </w:tr>
      <w:tr>
        <w:tc>
          <w:tcPr>
            <w:tcW w:type="dxa" w:w="1440"/>
          </w:tcPr>
          <w:p>
            <w:r>
              <w:t>Contratación del servicio de Asistencia Sanitaria Especializada en las Comunidades Autónomas de Andalucía y La Rioja para FREMAP, Mutua Colaboradora con la Seguridad Social nº 61 (lote 3) · exp. LICT/99/139/2023/0192</w:t>
            </w:r>
          </w:p>
        </w:tc>
        <w:tc>
          <w:tcPr>
            <w:tcW w:type="dxa" w:w="1440"/>
          </w:tcPr>
          <w:p>
            <w:r>
              <w:t>Director Gerente de FREMAP · NIF G28207017</w:t>
            </w:r>
          </w:p>
        </w:tc>
        <w:tc>
          <w:tcPr>
            <w:tcW w:type="dxa" w:w="1440"/>
          </w:tcPr>
          <w:p>
            <w:r>
              <w:t>8.580,00 €</w:t>
            </w:r>
          </w:p>
        </w:tc>
        <w:tc>
          <w:tcPr>
            <w:tcW w:type="dxa" w:w="1440"/>
          </w:tcPr>
          <w:p>
            <w:r>
              <w:t>24/06/2024</w:t>
            </w:r>
          </w:p>
        </w:tc>
        <w:tc>
          <w:tcPr>
            <w:tcW w:type="dxa" w:w="1440"/>
          </w:tcPr>
          <w:p>
            <w:r>
              <w:t>24/07/2024 – en curso</w:t>
            </w:r>
          </w:p>
        </w:tc>
        <w:tc>
          <w:tcPr>
            <w:tcW w:type="dxa" w:w="1440"/>
          </w:tcPr>
          <w:p>
            <w:r>
              <w:rPr>
                <w:highlight w:val="yellow"/>
              </w:rPr>
              <w:t>rellenar</w:t>
            </w:r>
          </w:p>
        </w:tc>
      </w:tr>
      <w:tr>
        <w:tc>
          <w:tcPr>
            <w:tcW w:type="dxa" w:w="1440"/>
          </w:tcPr>
          <w:p>
            <w:r>
              <w:t>Servicio de asistencia sanitaria en régimen ambulatorio, pruebas diagnósticas y consulta de especialistas y fisioterapia, con destino a los trabajadores integrados en el colectivo protegido de la Mutua de Andalucía y de Ceuta, Mutua Colaboradora con la Seguridad Social nº115, en la localidad de Rond · exp. CS-2024/5101/0016</w:t>
            </w:r>
          </w:p>
        </w:tc>
        <w:tc>
          <w:tcPr>
            <w:tcW w:type="dxa" w:w="1440"/>
          </w:tcPr>
          <w:p>
            <w:r>
              <w:t>Mutua de Andalucía y Ceuta · NIF G11901808</w:t>
            </w:r>
          </w:p>
        </w:tc>
        <w:tc>
          <w:tcPr>
            <w:tcW w:type="dxa" w:w="1440"/>
          </w:tcPr>
          <w:p>
            <w:r>
              <w:t>56.529,00 €</w:t>
            </w:r>
          </w:p>
        </w:tc>
        <w:tc>
          <w:tcPr>
            <w:tcW w:type="dxa" w:w="1440"/>
          </w:tcPr>
          <w:p>
            <w:r>
              <w:t>30/05/2024</w:t>
            </w:r>
          </w:p>
        </w:tc>
        <w:tc>
          <w:tcPr>
            <w:tcW w:type="dxa" w:w="1440"/>
          </w:tcPr>
          <w:p>
            <w:r>
              <w:t>30/06/2024 – 30/06/2026</w:t>
            </w:r>
          </w:p>
        </w:tc>
        <w:tc>
          <w:tcPr>
            <w:tcW w:type="dxa" w:w="1440"/>
          </w:tcPr>
          <w:p>
            <w:r>
              <w:rPr>
                <w:highlight w:val="yellow"/>
              </w:rPr>
              <w:t>rellenar</w:t>
            </w:r>
          </w:p>
        </w:tc>
      </w:tr>
      <w:tr>
        <w:tc>
          <w:tcPr>
            <w:tcW w:type="dxa" w:w="1440"/>
          </w:tcPr>
          <w:p>
            <w:r>
              <w:t>Procedimiento abierto simplificado abreviado (art. 159.6 de la Ley 9/2017 de 8 de noviembre de Contratos del Sector Público) para la contratación de los servicios de medicina general, enfermería, cirugía ortopédica y traumatología, fisioterapia y radiología convencional en Ronda (Málaga). · exp. 20/2024</w:t>
            </w:r>
          </w:p>
        </w:tc>
        <w:tc>
          <w:tcPr>
            <w:tcW w:type="dxa" w:w="1440"/>
          </w:tcPr>
          <w:p>
            <w:r>
              <w:t>Dirección Gerencia de Unión de Mutuas, Mutua Colaboradora con la Seguridad Social Nº 267 · NIF G12272290</w:t>
            </w:r>
          </w:p>
        </w:tc>
        <w:tc>
          <w:tcPr>
            <w:tcW w:type="dxa" w:w="1440"/>
          </w:tcPr>
          <w:p>
            <w:r>
              <w:t>2.000,00 €</w:t>
            </w:r>
          </w:p>
        </w:tc>
        <w:tc>
          <w:tcPr>
            <w:tcW w:type="dxa" w:w="1440"/>
          </w:tcPr>
          <w:p>
            <w:r>
              <w:t>26/04/2024</w:t>
            </w:r>
          </w:p>
        </w:tc>
        <w:tc>
          <w:tcPr>
            <w:tcW w:type="dxa" w:w="1440"/>
          </w:tcPr>
          <w:p>
            <w:r>
              <w:t>26/05/2024 – 26/01/2025</w:t>
            </w:r>
          </w:p>
        </w:tc>
        <w:tc>
          <w:tcPr>
            <w:tcW w:type="dxa" w:w="1440"/>
          </w:tcPr>
          <w:p>
            <w:r>
              <w:rPr>
                <w:highlight w:val="yellow"/>
              </w:rPr>
              <w:t>rellenar</w:t>
            </w:r>
          </w:p>
        </w:tc>
      </w:tr>
      <w:tr>
        <w:tc>
          <w:tcPr>
            <w:tcW w:type="dxa" w:w="1440"/>
          </w:tcPr>
          <w:p>
            <w:r>
              <w:t>Servicio de Asistencia Sanitaria Ambulatoria, Especialidades, Fisioterapia y Pruebas Diagnósticas en el ámbito territorial de Ronda (Málaga) y área de influencia · exp. N202300783</w:t>
            </w:r>
          </w:p>
        </w:tc>
        <w:tc>
          <w:tcPr>
            <w:tcW w:type="dxa" w:w="1440"/>
          </w:tcPr>
          <w:p>
            <w:r>
              <w:t>Dirección General de la Mutual Midat Cyclops, Mutua Colaboradora con la Seguridad Social, nº 1 · NIF G64172513</w:t>
            </w:r>
          </w:p>
        </w:tc>
        <w:tc>
          <w:tcPr>
            <w:tcW w:type="dxa" w:w="1440"/>
          </w:tcPr>
          <w:p>
            <w:r>
              <w:t>21.885,00 €</w:t>
            </w:r>
          </w:p>
        </w:tc>
        <w:tc>
          <w:tcPr>
            <w:tcW w:type="dxa" w:w="1440"/>
          </w:tcPr>
          <w:p>
            <w:r>
              <w:t>10/03/2024</w:t>
            </w:r>
          </w:p>
        </w:tc>
        <w:tc>
          <w:tcPr>
            <w:tcW w:type="dxa" w:w="1440"/>
          </w:tcPr>
          <w:p>
            <w:r>
              <w:t>10/04/2024 – 10/04/2026</w:t>
            </w:r>
          </w:p>
        </w:tc>
        <w:tc>
          <w:tcPr>
            <w:tcW w:type="dxa" w:w="1440"/>
          </w:tcPr>
          <w:p>
            <w:r>
              <w:rPr>
                <w:highlight w:val="yellow"/>
              </w:rPr>
              <w:t>rellenar</w:t>
            </w:r>
          </w:p>
        </w:tc>
      </w:tr>
      <w:tr>
        <w:tc>
          <w:tcPr>
            <w:tcW w:type="dxa" w:w="1440"/>
          </w:tcPr>
          <w:p>
            <w:r>
              <w:t>Contratación del servicio de fisioterapia para FRATERNIDADMUPRESPA en la Comunidad Autónoma de Andalucía. (lote 18) · exp. PIC2024_30205</w:t>
            </w:r>
          </w:p>
        </w:tc>
        <w:tc>
          <w:tcPr>
            <w:tcW w:type="dxa" w:w="1440"/>
          </w:tcPr>
          <w:p>
            <w:r>
              <w:t>Gerencia de Fraternidad Muprespa - Mútua Colaboradora con la Seguridad Social nº 275 · NIF G82287228</w:t>
            </w:r>
          </w:p>
        </w:tc>
        <w:tc>
          <w:tcPr>
            <w:tcW w:type="dxa" w:w="1440"/>
          </w:tcPr>
          <w:p>
            <w:r>
              <w:t>0,01 €</w:t>
            </w:r>
          </w:p>
        </w:tc>
        <w:tc>
          <w:tcPr>
            <w:tcW w:type="dxa" w:w="1440"/>
          </w:tcPr>
          <w:p>
            <w:r>
              <w:t>27/02/2024</w:t>
            </w:r>
          </w:p>
        </w:tc>
        <w:tc>
          <w:tcPr>
            <w:tcW w:type="dxa" w:w="1440"/>
          </w:tcPr>
          <w:p>
            <w:r>
              <w:t>27/03/2024 – 27/03/2025</w:t>
            </w:r>
          </w:p>
        </w:tc>
        <w:tc>
          <w:tcPr>
            <w:tcW w:type="dxa" w:w="1440"/>
          </w:tcPr>
          <w:p>
            <w:r>
              <w:rPr>
                <w:highlight w:val="yellow"/>
              </w:rPr>
              <w:t>rellenar</w:t>
            </w:r>
          </w:p>
        </w:tc>
      </w:tr>
      <w:tr>
        <w:tc>
          <w:tcPr>
            <w:tcW w:type="dxa" w:w="1440"/>
          </w:tcPr>
          <w:p>
            <w:r>
              <w:t>Acuerdo marco con varias empresas por el que se fijan las condiciones para la contratación del servicio de asistencia sanitaria complementaria para procedimientos quirúrgicos a usuarios del Servicio Andaluz de Salud (SAS) en centros sanitarios y servicios privados de la Comunidad Autónoma de Andalucía y provincias limítrofes pertenecientes a otras Comunidades Autónomas (lote 39) · exp. CONTR 2023 0000902330</w:t>
            </w:r>
          </w:p>
        </w:tc>
        <w:tc>
          <w:tcPr>
            <w:tcW w:type="dxa" w:w="1440"/>
          </w:tcPr>
          <w:p>
            <w:r>
              <w:t>Servicio Andaluz de Salud</w:t>
            </w:r>
          </w:p>
        </w:tc>
        <w:tc>
          <w:tcPr>
            <w:tcW w:type="dxa" w:w="1440"/>
          </w:tcPr>
          <w:p>
            <w:r>
              <w:t>7.423.740,00 €</w:t>
            </w:r>
          </w:p>
        </w:tc>
        <w:tc>
          <w:tcPr>
            <w:tcW w:type="dxa" w:w="1440"/>
          </w:tcPr>
          <w:p>
            <w:r/>
          </w:p>
        </w:tc>
        <w:tc>
          <w:tcPr>
            <w:tcW w:type="dxa" w:w="1440"/>
          </w:tcPr>
          <w:p>
            <w:r>
              <w:t>25/08/2025 – en curso</w:t>
            </w:r>
          </w:p>
        </w:tc>
        <w:tc>
          <w:tcPr>
            <w:tcW w:type="dxa" w:w="1440"/>
          </w:tcPr>
          <w:p>
            <w:r>
              <w:rPr>
                <w:highlight w:val="yellow"/>
              </w:rPr>
              <w:t>rellenar</w:t>
            </w:r>
          </w:p>
        </w:tc>
      </w:tr>
    </w:tbl>
    <w:p/>
    <w:p>
      <w:r>
        <w:rPr>
          <w:b/>
        </w:rPr>
        <w:t>Importe adjudicado en el periodo: 7.610.545,01 € sin IVA, en 9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Mutua de Andalucía y Ceuta (NIF G11901808)</w:t>
      </w:r>
    </w:p>
    <w:p>
      <w:r>
        <w:t xml:space="preserve">UNION DE MEDICOS DE RONDA SL, con NIF B92697481, adjudicataria del contrato «Servicio asistencia sanitaria en Ronda para Mutua CESMA.», expediente CS-2026/5101/0009, adjudicado el 04/06/2026 por 64.142,60 €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01/07/2026 a 01/07/2027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umivale Activa, Mutua Colaboradora con la Seguridad Social número 3 (NIF G96236443)</w:t>
      </w:r>
    </w:p>
    <w:p>
      <w:r>
        <w:t xml:space="preserve">UNION DE MEDICOS DE RONDA SL, con NIF B92697481, adjudicataria del contrato «Contrato de servicios de asistencia ambulatoria, fisioterapia y pruebas diagnósticas en centro ambulatorio a la población protegida de umivale Activa, Mutua Colaboradora con la Seguridad Social nº 3 y a los trabajadores autónomos adheridos en la localidad de Ronda (Málaga)», expediente SER-26-0076-OSA, adjudicado el 12/05/2026 por 33.668,40 €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30/06/2026 a 30/06/2029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Fraternidad Muprespa - Mútua Colaboradora con la Seguridad Social nº 275 (NIF G82287228)</w:t>
      </w:r>
    </w:p>
    <w:p>
      <w:r>
        <w:t xml:space="preserve">UNION DE MEDICOS DE RONDA SL, con NIF B92697481, adjudicataria del contrato «Contratación del servicio de asistencia sanitaria de urgencia y especialidades disponibles en régimen ambulatorio para FRATERNIDAD-MUPRESPA, en varias localidades.», lote 9, expediente PIC2026_32580, adjudicado el 06/03/2026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06/04/2026 a 06/04/2028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 FREMAP (NIF G28207017)</w:t>
      </w:r>
    </w:p>
    <w:p>
      <w:r>
        <w:t xml:space="preserve">UNION DE MEDICOS DE RONDA SL, con NIF B92697481, adjudicataria del contrato «Contratación del servicio de Asistencia Sanitaria Especializada en las Comunidades Autónomas de Andalucía y La Rioja para FREMAP, Mutua Colaboradora con la Seguridad Social nº 61», lote 3, expediente LICT/99/139/2023/0192, adjudicado el 24/06/2024 por 8.580,00 €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24/07/2024 a 24/07/2027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Mutua de Andalucía y Ceuta (NIF G11901808)</w:t>
      </w:r>
    </w:p>
    <w:p>
      <w:r>
        <w:t xml:space="preserve">UNION DE MEDICOS DE RONDA SL, con NIF B92697481, adjudicataria del contrato «Servicio de asistencia sanitaria en régimen ambulatorio, pruebas diagnósticas y consulta de especialistas y fisioterapia, con destino a los trabajadores integrados en el colectivo protegido de la Mutua de Andalucía y de Ceuta, Mutua Colaboradora con la Seguridad Social nº115, en la localidad de Rond», expediente CS-2024/5101/0016, adjudicado el 30/05/2024 por 56.529,00 €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30/06/2024 a 30/06/2026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Gerencia de Unión de Mutuas, Mutua Colaboradora con la Seguridad Social Nº 267 (NIF G12272290)</w:t>
      </w:r>
    </w:p>
    <w:p>
      <w:r>
        <w:t xml:space="preserve">UNION DE MEDICOS DE RONDA SL, con NIF B92697481, adjudicataria del contrato «Procedimiento abierto simplificado abreviado (art. 159.6 de la Ley 9/2017 de 8 de noviembre de Contratos del Sector Público) para la contratación de los servicios de medicina general, enfermería, cirugía ortopédica y traumatología, fisioterapia y radiología convencional en Ronda (Málaga).», expediente 20/2024, adjudicado el 26/04/2024 por 2.000,00 €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26/05/2024 a 26/01/2025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la Mutual Midat Cyclops, Mutua Colaboradora con la Seguridad Social, nº 1 (NIF G64172513)</w:t>
      </w:r>
    </w:p>
    <w:p>
      <w:r>
        <w:t xml:space="preserve">UNION DE MEDICOS DE RONDA SL, con NIF B92697481, adjudicataria del contrato «Servicio de Asistencia Sanitaria Ambulatoria, Especialidades, Fisioterapia y Pruebas Diagnósticas en el ámbito territorial de Ronda (Málaga) y área de influencia», expediente N202300783, adjudicado el 10/03/2024 por 21.885,00 €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10/04/2024 a 10/04/2026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Fraternidad Muprespa - Mútua Colaboradora con la Seguridad Social nº 275 (NIF G82287228)</w:t>
      </w:r>
    </w:p>
    <w:p>
      <w:r>
        <w:t xml:space="preserve">UNION DE MEDICOS DE RONDA SL, con NIF B92697481, adjudicataria del contrato «Contratación del servicio de fisioterapia para FRATERNIDADMUPRESPA en la Comunidad Autónoma de Andalucía.», lote 18, expediente PIC2024_30205, adjudicado el 27/02/2024 por 0,01 €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27/03/2024 a 27/03/2025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Andaluz de Salud</w:t>
      </w:r>
    </w:p>
    <w:p>
      <w:r>
        <w:t xml:space="preserve">UNION DE MEDICOS DE RONDA SL, con NIF B92697481, adjudicataria del contrato «Acuerdo marco con varias empresas por el que se fijan las condiciones para la contratación del servicio de asistencia sanitaria complementaria para procedimientos quirúrgicos a usuarios del Servicio Andaluz de Salud (SAS) en centros sanitarios y servicios privados de la Comunidad Autónoma de Andalucía y provincias limítrofes pertenecientes a otras Comunidades Autónomas», lote 39, expediente CONTR 2023 0000902330, adjudicado el …… por 7.423.740,00 €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25/08/2025 a 25/08/2027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