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ULACIA BIDAIAK, S.L.</w:t>
      </w:r>
    </w:p>
    <w:p>
      <w:r>
        <w:t>NIF B20515672.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Transporte escolar para diversos itinerarios, con vehículos de una capacidad superior a nueve plazas, a los centros públicos de enseñanza sito en el Territorio Histórico de Gipuzkoa. (lote 564131) · exp. C02/003/2023</w:t>
            </w:r>
          </w:p>
        </w:tc>
        <w:tc>
          <w:tcPr>
            <w:tcW w:type="dxa" w:w="1440"/>
          </w:tcPr>
          <w:p>
            <w:r>
              <w:t>Gobierno Vasco-Consejero/a de Educación</w:t>
            </w:r>
          </w:p>
        </w:tc>
        <w:tc>
          <w:tcPr>
            <w:tcW w:type="dxa" w:w="1440"/>
          </w:tcPr>
          <w:p>
            <w:r>
              <w:t>276,64 €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23/01/2024 – 23/09/2025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Transporte escolar para diversos itinerarios, con vehículos de una capacidad superior a nueve plazas, a los centros públicos de enseñanza sito en el Territorio Histórico de Gipuzkoa. (lote 564137) · exp. C02/003/2023</w:t>
            </w:r>
          </w:p>
        </w:tc>
        <w:tc>
          <w:tcPr>
            <w:tcW w:type="dxa" w:w="1440"/>
          </w:tcPr>
          <w:p>
            <w:r>
              <w:t>Gobierno Vasco-Consejero/a de Educación</w:t>
            </w:r>
          </w:p>
        </w:tc>
        <w:tc>
          <w:tcPr>
            <w:tcW w:type="dxa" w:w="1440"/>
          </w:tcPr>
          <w:p>
            <w:r>
              <w:t>260,00 €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23/01/2024 – 23/09/2025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Transporte escolar para diversos itinerarios, con vehículos de una capacidad superior a nueve plazas, a los centros públicos de enseñanza sito en el Territorio Histórico de Gipuzkoa. (lote 564142) · exp. C02/003/2023</w:t>
            </w:r>
          </w:p>
        </w:tc>
        <w:tc>
          <w:tcPr>
            <w:tcW w:type="dxa" w:w="1440"/>
          </w:tcPr>
          <w:p>
            <w:r>
              <w:t>Gobierno Vasco-Consejero/a de Educación</w:t>
            </w:r>
          </w:p>
        </w:tc>
        <w:tc>
          <w:tcPr>
            <w:tcW w:type="dxa" w:w="1440"/>
          </w:tcPr>
          <w:p>
            <w:r>
              <w:t>230,53 €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24/01/2024 – 24/09/2025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Transporte escolar para diversos itinerarios, con vehículos de una capacidad superior a nueve plazas, a los centros públicos de enseñanza sito en el Territorio Histórico de Gipuzkoa. (lote 564147) · exp. C02/003/2023</w:t>
            </w:r>
          </w:p>
        </w:tc>
        <w:tc>
          <w:tcPr>
            <w:tcW w:type="dxa" w:w="1440"/>
          </w:tcPr>
          <w:p>
            <w:r>
              <w:t>Gobierno Vasco-Consejero/a de Educación</w:t>
            </w:r>
          </w:p>
        </w:tc>
        <w:tc>
          <w:tcPr>
            <w:tcW w:type="dxa" w:w="1440"/>
          </w:tcPr>
          <w:p>
            <w:r>
              <w:t>276,64 €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23/01/2024 – 23/09/2025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Transporte escolar para diversos itinerarios, con vehículos de una capacidad superior a nueve plazas, a los centros públicos de enseñanza sito en el Territorio Histórico de Gipuzkoa. (lote 564161) · exp. C02/003/2023</w:t>
            </w:r>
          </w:p>
        </w:tc>
        <w:tc>
          <w:tcPr>
            <w:tcW w:type="dxa" w:w="1440"/>
          </w:tcPr>
          <w:p>
            <w:r>
              <w:t>Gobierno Vasco-Consejero/a de Educación</w:t>
            </w:r>
          </w:p>
        </w:tc>
        <w:tc>
          <w:tcPr>
            <w:tcW w:type="dxa" w:w="1440"/>
          </w:tcPr>
          <w:p>
            <w:r>
              <w:t>275,00 €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23/01/2024 – 23/09/2025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Transporte escolar para diversos itinerarios, con vehículos de una capacidad superior a nueve plazas, a los centros públicos de enseñanza sito en el Territorio Histórico de Gipuzkoa. (lote 564195) · exp. C02/003/2023</w:t>
            </w:r>
          </w:p>
        </w:tc>
        <w:tc>
          <w:tcPr>
            <w:tcW w:type="dxa" w:w="1440"/>
          </w:tcPr>
          <w:p>
            <w:r>
              <w:t>Gobierno Vasco-Consejero/a de Educación</w:t>
            </w:r>
          </w:p>
        </w:tc>
        <w:tc>
          <w:tcPr>
            <w:tcW w:type="dxa" w:w="1440"/>
          </w:tcPr>
          <w:p>
            <w:r>
              <w:t>470,00 €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23/01/2024 – 23/09/2025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Transporte escolar para diversos itinerarios, con vehículos de una capacidad superior a nueve plazas, a los centros públicos de enseñanza sito en el Territorio Histórico de Gipuzkoa. (lote 564213) · exp. C02/003/2023</w:t>
            </w:r>
          </w:p>
        </w:tc>
        <w:tc>
          <w:tcPr>
            <w:tcW w:type="dxa" w:w="1440"/>
          </w:tcPr>
          <w:p>
            <w:r>
              <w:t>Gobierno Vasco-Consejero/a de Educación</w:t>
            </w:r>
          </w:p>
        </w:tc>
        <w:tc>
          <w:tcPr>
            <w:tcW w:type="dxa" w:w="1440"/>
          </w:tcPr>
          <w:p>
            <w:r>
              <w:t>300,69 €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23/01/2024 – 23/09/2025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Transporte escolar para diversos itinerarios, con vehículos de una capacidad superior a nueve plazas, a los centros públicos de enseñanza sito en el Territorio Histórico de Gipuzkoa. (lote 564214) · exp. C02/003/2023</w:t>
            </w:r>
          </w:p>
        </w:tc>
        <w:tc>
          <w:tcPr>
            <w:tcW w:type="dxa" w:w="1440"/>
          </w:tcPr>
          <w:p>
            <w:r>
              <w:t>Gobierno Vasco-Consejero/a de Educación</w:t>
            </w:r>
          </w:p>
        </w:tc>
        <w:tc>
          <w:tcPr>
            <w:tcW w:type="dxa" w:w="1440"/>
          </w:tcPr>
          <w:p>
            <w:r>
              <w:t>230,53 €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23/01/2024 – 23/09/2025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Transporte escolar para diversos itinerarios, con vehículos de una capacidad superior a nueve plazas, a los centros públicos de enseñanza sito en el Territorio Histórico de Gipuzkoa. (lote 564243) · exp. C02/003/2023</w:t>
            </w:r>
          </w:p>
        </w:tc>
        <w:tc>
          <w:tcPr>
            <w:tcW w:type="dxa" w:w="1440"/>
          </w:tcPr>
          <w:p>
            <w:r>
              <w:t>Gobierno Vasco-Consejero/a de Educación</w:t>
            </w:r>
          </w:p>
        </w:tc>
        <w:tc>
          <w:tcPr>
            <w:tcW w:type="dxa" w:w="1440"/>
          </w:tcPr>
          <w:p>
            <w:r>
              <w:t>284,80 €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23/01/2024 – 23/09/2025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Transporte escolar para diversos itinerarios, con vehículos de una capacidad superior a nueve plazas, a los centros públicos de enseñanza sito en el Territorio Histórico de Gipuzkoa. (lote 564248) · exp. C02/003/2023</w:t>
            </w:r>
          </w:p>
        </w:tc>
        <w:tc>
          <w:tcPr>
            <w:tcW w:type="dxa" w:w="1440"/>
          </w:tcPr>
          <w:p>
            <w:r>
              <w:t>Gobierno Vasco-Consejero/a de Educación</w:t>
            </w:r>
          </w:p>
        </w:tc>
        <w:tc>
          <w:tcPr>
            <w:tcW w:type="dxa" w:w="1440"/>
          </w:tcPr>
          <w:p>
            <w:r>
              <w:t>262,89 €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23/01/2024 – 23/09/2025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Transporte escolar para diversos itinerarios, con vehículos de una capacidad superior a nueve plazas, a los centros públicos de enseñanza sito en el Territorio Histórico de Gipuzkoa. (lote 564258) · exp. C02/003/2023</w:t>
            </w:r>
          </w:p>
        </w:tc>
        <w:tc>
          <w:tcPr>
            <w:tcW w:type="dxa" w:w="1440"/>
          </w:tcPr>
          <w:p>
            <w:r>
              <w:t>Gobierno Vasco-Consejero/a de Educación</w:t>
            </w:r>
          </w:p>
        </w:tc>
        <w:tc>
          <w:tcPr>
            <w:tcW w:type="dxa" w:w="1440"/>
          </w:tcPr>
          <w:p>
            <w:r>
              <w:t>230,53 €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23/01/2024 – 23/09/2025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3.098,25 € sin IVA, en 11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Gobierno Vasco-Consejero/a de Educación</w:t>
      </w:r>
    </w:p>
    <w:p>
      <w:r>
        <w:t xml:space="preserve">ULACIA BIDAIAK, S.L., con NIF B20515672, adjudicataria del contrato «Transporte escolar para diversos itinerarios, con vehículos de una capacidad superior a nueve plazas, a los centros públicos de enseñanza sito en el Territorio Histórico de Gipuzkoa.», lote 564131, expediente C02/003/2023, adjudicado el …… por 276,64 €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23/01/2024 a 23/09/2025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Gobierno Vasco-Consejero/a de Educación</w:t>
      </w:r>
    </w:p>
    <w:p>
      <w:r>
        <w:t xml:space="preserve">ULACIA BIDAIAK, S.L., con NIF B20515672, adjudicataria del contrato «Transporte escolar para diversos itinerarios, con vehículos de una capacidad superior a nueve plazas, a los centros públicos de enseñanza sito en el Territorio Histórico de Gipuzkoa.», lote 564137, expediente C02/003/2023, adjudicado el …… por 260,00 €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23/01/2024 a 23/09/2025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Gobierno Vasco-Consejero/a de Educación</w:t>
      </w:r>
    </w:p>
    <w:p>
      <w:r>
        <w:t xml:space="preserve">ULACIA BIDAIAK, S.L., con NIF B20515672, adjudicataria del contrato «Transporte escolar para diversos itinerarios, con vehículos de una capacidad superior a nueve plazas, a los centros públicos de enseñanza sito en el Territorio Histórico de Gipuzkoa.», lote 564142, expediente C02/003/2023, adjudicado el …… por 230,53 €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24/01/2024 a 24/09/2025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Gobierno Vasco-Consejero/a de Educación</w:t>
      </w:r>
    </w:p>
    <w:p>
      <w:r>
        <w:t xml:space="preserve">ULACIA BIDAIAK, S.L., con NIF B20515672, adjudicataria del contrato «Transporte escolar para diversos itinerarios, con vehículos de una capacidad superior a nueve plazas, a los centros públicos de enseñanza sito en el Territorio Histórico de Gipuzkoa.», lote 564147, expediente C02/003/2023, adjudicado el …… por 276,64 €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23/01/2024 a 23/09/2025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Gobierno Vasco-Consejero/a de Educación</w:t>
      </w:r>
    </w:p>
    <w:p>
      <w:r>
        <w:t xml:space="preserve">ULACIA BIDAIAK, S.L., con NIF B20515672, adjudicataria del contrato «Transporte escolar para diversos itinerarios, con vehículos de una capacidad superior a nueve plazas, a los centros públicos de enseñanza sito en el Territorio Histórico de Gipuzkoa.», lote 564161, expediente C02/003/2023, adjudicado el …… por 275,00 €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23/01/2024 a 23/09/2025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Gobierno Vasco-Consejero/a de Educación</w:t>
      </w:r>
    </w:p>
    <w:p>
      <w:r>
        <w:t xml:space="preserve">ULACIA BIDAIAK, S.L., con NIF B20515672, adjudicataria del contrato «Transporte escolar para diversos itinerarios, con vehículos de una capacidad superior a nueve plazas, a los centros públicos de enseñanza sito en el Territorio Histórico de Gipuzkoa.», lote 564195, expediente C02/003/2023, adjudicado el …… por 470,00 €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23/01/2024 a 23/09/2025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Gobierno Vasco-Consejero/a de Educación</w:t>
      </w:r>
    </w:p>
    <w:p>
      <w:r>
        <w:t xml:space="preserve">ULACIA BIDAIAK, S.L., con NIF B20515672, adjudicataria del contrato «Transporte escolar para diversos itinerarios, con vehículos de una capacidad superior a nueve plazas, a los centros públicos de enseñanza sito en el Territorio Histórico de Gipuzkoa.», lote 564213, expediente C02/003/2023, adjudicado el …… por 300,69 €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23/01/2024 a 23/09/2025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Gobierno Vasco-Consejero/a de Educación</w:t>
      </w:r>
    </w:p>
    <w:p>
      <w:r>
        <w:t xml:space="preserve">ULACIA BIDAIAK, S.L., con NIF B20515672, adjudicataria del contrato «Transporte escolar para diversos itinerarios, con vehículos de una capacidad superior a nueve plazas, a los centros públicos de enseñanza sito en el Territorio Histórico de Gipuzkoa.», lote 564214, expediente C02/003/2023, adjudicado el …… por 230,53 €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23/01/2024 a 23/09/2025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Gobierno Vasco-Consejero/a de Educación</w:t>
      </w:r>
    </w:p>
    <w:p>
      <w:r>
        <w:t xml:space="preserve">ULACIA BIDAIAK, S.L., con NIF B20515672, adjudicataria del contrato «Transporte escolar para diversos itinerarios, con vehículos de una capacidad superior a nueve plazas, a los centros públicos de enseñanza sito en el Territorio Histórico de Gipuzkoa.», lote 564243, expediente C02/003/2023, adjudicado el …… por 284,80 €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23/01/2024 a 23/09/2025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Gobierno Vasco-Consejero/a de Educación</w:t>
      </w:r>
    </w:p>
    <w:p>
      <w:r>
        <w:t xml:space="preserve">ULACIA BIDAIAK, S.L., con NIF B20515672, adjudicataria del contrato «Transporte escolar para diversos itinerarios, con vehículos de una capacidad superior a nueve plazas, a los centros públicos de enseñanza sito en el Territorio Histórico de Gipuzkoa.», lote 564248, expediente C02/003/2023, adjudicado el …… por 262,89 €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23/01/2024 a 23/09/2025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Gobierno Vasco-Consejero/a de Educación</w:t>
      </w:r>
    </w:p>
    <w:p>
      <w:r>
        <w:t xml:space="preserve">ULACIA BIDAIAK, S.L., con NIF B20515672, adjudicataria del contrato «Transporte escolar para diversos itinerarios, con vehículos de una capacidad superior a nueve plazas, a los centros públicos de enseñanza sito en el Territorio Histórico de Gipuzkoa.», lote 564258, expediente C02/003/2023, adjudicado el …… por 230,53 €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23/01/2024 a 23/09/2025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