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XIKI OSTATUA S.L.</w:t>
      </w:r>
    </w:p>
    <w:p>
      <w:r>
        <w:t>NIF B7149745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