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TXIKI OSTATUA S.L.</w:t>
      </w:r>
    </w:p>
    <w:p>
      <w:r>
        <w:t>NIF B71497457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