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TRES PUNTO UNO COMPAÑIA DE SEGURIDAD SL</w:t>
      </w:r>
    </w:p>
    <w:p>
      <w:r>
        <w:t>NIF B78666161.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