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TRANSHISPASUR SL</w:t>
      </w:r>
    </w:p>
    <w:p>
      <w:r>
        <w:t>NIF B05507496.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1)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205,00 €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2)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365,00 €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3)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495,00 €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4)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495,00 €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1.560,00 €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TRANSHISPASUR SL, con NIF B05507496, adjudicataria del contrato «Acuerdo marco para la prestación del servicio de transporte público discrecional para los programas deportivos de la concejalía de deportes destinados a la promoción de la actividad física y el deporte en el municipio de Lorca», lote 1, expediente 105/2025, adjudicado el 30/10/2026 por 205,00 €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TRANSHISPASUR SL, con NIF B05507496, adjudicataria del contrato «Acuerdo marco para la prestación del servicio de transporte público discrecional para los programas deportivos de la concejalía de deportes destinados a la promoción de la actividad física y el deporte en el municipio de Lorca», lote 2, expediente 105/2025, adjudicado el 30/10/2026 por 365,00 €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TRANSHISPASUR SL, con NIF B05507496, adjudicataria del contrato «Acuerdo marco para la prestación del servicio de transporte público discrecional para los programas deportivos de la concejalía de deportes destinados a la promoción de la actividad física y el deporte en el municipio de Lorca», lote 3, expediente 105/2025, adjudicado el 30/10/2026 por 495,00 €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TRANSHISPASUR SL, con NIF B05507496, adjudicataria del contrato «Acuerdo marco para la prestación del servicio de transporte público discrecional para los programas deportivos de la concejalía de deportes destinados a la promoción de la actividad física y el deporte en el municipio de Lorca», lote 4, expediente 105/2025, adjudicado el 30/10/2026 por 495,00 €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