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TRAININGSITE, SL</w:t>
      </w:r>
    </w:p>
    <w:p>
      <w:r>
        <w:t>NIF B64740095.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Serveis de formació relativa al "Curs de gestió de Xarxes Socials amb Hootsuite" · exp. 2024RH0007ACV15</w:t>
            </w:r>
          </w:p>
        </w:tc>
        <w:tc>
          <w:tcPr>
            <w:tcW w:type="dxa" w:w="1440"/>
          </w:tcPr>
          <w:p>
            <w:r>
              <w:t>Barcelona de Serveis Municipals SA</w:t>
            </w:r>
          </w:p>
        </w:tc>
        <w:tc>
          <w:tcPr>
            <w:tcW w:type="dxa" w:w="1440"/>
          </w:tcPr>
          <w:p>
            <w:r>
              <w:t>960,00 €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18/11/2024 – 18/01/2025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Contractació de serveis de formació emmarcats en el nou marc formatiu: itineraris formatius per al personal directiu, personal de comandament, tècnic i administratiu del Servei Català de la Salut. (lote 2) · exp. SCS-2023-600</w:t>
            </w:r>
          </w:p>
        </w:tc>
        <w:tc>
          <w:tcPr>
            <w:tcW w:type="dxa" w:w="1440"/>
          </w:tcPr>
          <w:p>
            <w:r>
              <w:t>Servei Català de la Salut (CatSalut)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02/06/2025 – 02/06/2026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Contractació de serveis de formació emmarcats en el nou marc formatiu: itineraris formatius per al personal directiu, personal de comandament, tècnic i administratiu del Servei Català de la Salut. (lote 4) · exp. SCS-2023-600</w:t>
            </w:r>
          </w:p>
        </w:tc>
        <w:tc>
          <w:tcPr>
            <w:tcW w:type="dxa" w:w="1440"/>
          </w:tcPr>
          <w:p>
            <w:r>
              <w:t>Servei Català de la Salut (CatSalut)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02/06/2025 – 02/06/2026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Contractació de serveis de formació emmarcats en el nou marc formatiu: itineraris formatius per al personal directiu, personal de comandament, tècnic i administratiu del Servei Català de la Salut. (lote 9) · exp. SCS-2023-600</w:t>
            </w:r>
          </w:p>
        </w:tc>
        <w:tc>
          <w:tcPr>
            <w:tcW w:type="dxa" w:w="1440"/>
          </w:tcPr>
          <w:p>
            <w:r>
              <w:t>Servei Català de la Salut (CatSalut)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02/06/2025 – 02/06/2026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960,00 €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Barcelona de Serveis Municipals SA</w:t>
      </w:r>
    </w:p>
    <w:p>
      <w:r>
        <w:t xml:space="preserve">TRAININGSITE, SL, con NIF B64740095, adjudicataria del contrato «Serveis de formació relativa al "Curs de gestió de Xarxes Socials amb Hootsuite"», expediente 2024RH0007ACV15, adjudicado el …… por 960,00 €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18/11/2024 a 18/01/2025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Servei Català de la Salut (CatSalut)</w:t>
      </w:r>
    </w:p>
    <w:p>
      <w:r>
        <w:t xml:space="preserve">TRAININGSITE, SL, con NIF B64740095, adjudicataria del contrato «Contractació de serveis de formació emmarcats en el nou marc formatiu: itineraris formatius per al personal directiu, personal de comandament, tècnic i administratiu del Servei Català de la Salut.», lote 2, expediente SCS-2023-600,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02/06/2025 a 02/06/2026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Servei Català de la Salut (CatSalut)</w:t>
      </w:r>
    </w:p>
    <w:p>
      <w:r>
        <w:t xml:space="preserve">TRAININGSITE, SL, con NIF B64740095, adjudicataria del contrato «Contractació de serveis de formació emmarcats en el nou marc formatiu: itineraris formatius per al personal directiu, personal de comandament, tècnic i administratiu del Servei Català de la Salut.», lote 4, expediente SCS-2023-600,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02/06/2025 a 02/06/2026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Servei Català de la Salut (CatSalut)</w:t>
      </w:r>
    </w:p>
    <w:p>
      <w:r>
        <w:t xml:space="preserve">TRAININGSITE, SL, con NIF B64740095, adjudicataria del contrato «Contractació de serveis de formació emmarcats en el nou marc formatiu: itineraris formatius per al personal directiu, personal de comandament, tècnic i administratiu del Servei Català de la Salut.», lote 9, expediente SCS-2023-600,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02/06/2025 a 02/06/2026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