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TOTALGRAFIC ASISTENCIA TECNICA, S.L</w:t>
      </w:r>
    </w:p>
    <w:p>
      <w:r>
        <w:t>NIF B83693226.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Mantenimiento del Proceso de Trabajo de Fabricación de Planchas Offset, en el Área de Edición Electrónica del Departamento de Preimpresión, en la FNMT-RCM en MADRID.</w:t>
              <w:br/>
              <w:t>Ref.: PA 423589/2025 · exp. 2025/60161083</w:t>
            </w:r>
          </w:p>
        </w:tc>
        <w:tc>
          <w:tcPr>
            <w:tcW w:type="dxa" w:w="1440"/>
          </w:tcPr>
          <w:p>
            <w:r>
              <w:t>Fábrica Nacional de Moneda y Timbre - Real Casa de la Moneda · NIF Q2826004J</w:t>
            </w:r>
          </w:p>
        </w:tc>
        <w:tc>
          <w:tcPr>
            <w:tcW w:type="dxa" w:w="1440"/>
          </w:tcPr>
          <w:p>
            <w:r>
              <w:t>39.000,00 €</w:t>
            </w:r>
          </w:p>
        </w:tc>
        <w:tc>
          <w:tcPr>
            <w:tcW w:type="dxa" w:w="1440"/>
          </w:tcPr>
          <w:p>
            <w:r>
              <w:t>23/02/2026</w:t>
            </w:r>
          </w:p>
        </w:tc>
        <w:tc>
          <w:tcPr>
            <w:tcW w:type="dxa" w:w="1440"/>
          </w:tcPr>
          <w:p>
            <w:r>
              <w:t>11/03/2026 – en curso</w:t>
            </w:r>
          </w:p>
        </w:tc>
        <w:tc>
          <w:tcPr>
            <w:tcW w:type="dxa" w:w="1440"/>
          </w:tcPr>
          <w:p>
            <w:r>
              <w:rPr>
                <w:highlight w:val="yellow"/>
              </w:rPr>
              <w:t>rellenar</w:t>
            </w:r>
          </w:p>
        </w:tc>
      </w:tr>
    </w:tbl>
    <w:p/>
    <w:p>
      <w:r>
        <w:rPr>
          <w:b/>
        </w:rPr>
        <w:t>Importe adjudicado en el periodo: 39.000,00 €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Fábrica Nacional de Moneda y Timbre - Real Casa de la Moneda (NIF Q2826004J)</w:t>
      </w:r>
    </w:p>
    <w:p>
      <w:r>
        <w:t>TOTALGRAFIC ASISTENCIA TECNICA, S.L, con NIF B83693226, adjudicataria del contrato «Servicio de Mantenimiento del Proceso de Trabajo de Fabricación de Planchas Offset, en el Área de Edición Electrónica del Departamento de Preimpresión, en la FNMT-RCM en MADRID.</w:t>
        <w:br/>
        <w:t xml:space="preserve">Ref.: PA 423589/2025», expediente 2025/60161083, adjudicado el 23/02/2026 por 39.000,00 €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11/03/2026 a 11/03/2027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