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TOTALGRAFIC ASISTENCIA TECNICA, S.L</w:t>
      </w:r>
    </w:p>
    <w:p>
      <w:r>
        <w:t>NIF B83693226.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de planchas, reveladores y gomas para la edición del programa editorial del Ministerio de Defensa 2026 (lote 1) · exp. 2025/SP01010020/00001049E</w:t>
            </w:r>
          </w:p>
        </w:tc>
        <w:tc>
          <w:tcPr>
            <w:tcW w:type="dxa" w:w="1440"/>
          </w:tcPr>
          <w:p>
            <w:r>
              <w:t>Subdirección General de Servicios Económicos y Pagadurías · NIF S2800506D</w:t>
            </w:r>
          </w:p>
        </w:tc>
        <w:tc>
          <w:tcPr>
            <w:tcW w:type="dxa" w:w="1440"/>
          </w:tcPr>
          <w:p>
            <w:r>
              <w:t>195,00 €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23/12/2025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planchas, reveladores y gomas para la edición del programa editorial del Ministerio de Defensa 2026 (lote 3) · exp. 2025/SP01010020/00001049E</w:t>
            </w:r>
          </w:p>
        </w:tc>
        <w:tc>
          <w:tcPr>
            <w:tcW w:type="dxa" w:w="1440"/>
          </w:tcPr>
          <w:p>
            <w:r>
              <w:t>Subdirección General de Servicios Económicos y Pagadurías · NIF S2800506D</w:t>
            </w:r>
          </w:p>
        </w:tc>
        <w:tc>
          <w:tcPr>
            <w:tcW w:type="dxa" w:w="1440"/>
          </w:tcPr>
          <w:p>
            <w:r>
              <w:t>18.287,00 €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23/12/2025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18.482,00 €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Servicios Económicos y Pagadurías (NIF S2800506D)</w:t>
      </w:r>
    </w:p>
    <w:p>
      <w:r>
        <w:t xml:space="preserve">TOTALGRAFIC ASISTENCIA TECNICA, S.L, con NIF B83693226, adjudicataria del contrato «Adquisición de planchas, reveladores y gomas para la edición del programa editorial del Ministerio de Defensa 2026», lote 1, expediente 2025/SP01010020/00001049E, adjudicado el 23/12/2025 por 195,00 €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23/12/2025 a 30/11/2026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Servicios Económicos y Pagadurías (NIF S2800506D)</w:t>
      </w:r>
    </w:p>
    <w:p>
      <w:r>
        <w:t xml:space="preserve">TOTALGRAFIC ASISTENCIA TECNICA, S.L, con NIF B83693226, adjudicataria del contrato «Adquisición de planchas, reveladores y gomas para la edición del programa editorial del Ministerio de Defensa 2026», lote 3, expediente 2025/SP01010020/00001049E, adjudicado el 23/12/2025 por 18.287,00 €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23/12/2025 a 30/11/2026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