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TOMAS MINTEGUI URIGUEN SA</w:t>
      </w:r>
    </w:p>
    <w:p>
      <w:r>
        <w:t>NIF A48080014.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para la contratación de los servicios de mantenimiento y reparación de la flota de vehículos pesados del Servicio de Prevención, Extinción de Incendios y Salvamento de la DFB. Años 2027 y 2028. (lote 656835) · exp. 2026/0013/074/07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495.867,77 €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derivado del Acuerdo Marco de homologación de proveedores de los servicios de mantenimiento y reparación de la flota de vehículos de la Diputación Foral de Bizkaia · exp. 2022/0015/074/07-D1</w:t>
            </w:r>
          </w:p>
        </w:tc>
        <w:tc>
          <w:tcPr>
            <w:tcW w:type="dxa" w:w="1440"/>
          </w:tcPr>
          <w:p>
            <w:r>
              <w:t>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20.619,84 €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20/02/2024 – 20/05/2024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656906)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13/04/2023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516.487,61 €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TOMAS MINTEGUI URIGUEN SA, con NIF A48080014, adjudicataria del contrato «Acuerdo Marco para la homologación de proveedores para la contratación de los servicios de mantenimiento y reparación de la flota de vehículos pesados del Servicio de Prevención, Extinción de Incendios y Salvamento de la DFB. Años 2027 y 2028.», lote 656835, expediente 2026/0013/074/07, adjudicado el …… por 495.867,77 €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31/12/2028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Diputada Foral de Administración Pública y Relaciones Institucionales</w:t>
      </w:r>
    </w:p>
    <w:p>
      <w:r>
        <w:t xml:space="preserve">TOMAS MINTEGUI URIGUEN SA, con NIF A48080014, adjudicataria del contrato «Contrato derivado del Acuerdo Marco de homologación de proveedores de los servicios de mantenimiento y reparación de la flota de vehículos de la Diputación Foral de Bizkaia», expediente 2022/0015/074/07-D1, adjudicado el …… por 20.619,84 €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20/02/2024 a 20/05/2024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TOMAS MINTEGUI URIGUEN SA, con NIF A48080014, adjudicataria del contrato «Acuerdo marco de homologación de proveedoresde los servicios de mantenimiento y reparación de la flota de vehículos de la Diputación Foral de Bizkaia.», lote 656906,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13/04/2023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