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TIRMA SA</w:t>
      </w:r>
    </w:p>
    <w:p>
      <w:r>
        <w:t>NIF A35000280.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periódico de alimentos y bebidas, para las prácticas del alumnado en los talleres de formación de cocina y servicios de bar y cafetería, de la Fundación para la Promoción del Empleo, la Formación Profesional y el Movimiento Cooperativo, organismo autónomo del Iltre. Ayto de la Villa de In (lote 8) · exp. 8910/2026</w:t>
            </w:r>
          </w:p>
        </w:tc>
        <w:tc>
          <w:tcPr>
            <w:tcW w:type="dxa" w:w="1440"/>
          </w:tcPr>
          <w:p>
            <w:r>
              <w:t>Fundación para la Promoción del Empleo, la Formación Profesional y el Movimiento Cooperativo del Iltre. Ayto. de la Villa de Ingenio · NIF P8501201A</w:t>
            </w:r>
          </w:p>
        </w:tc>
        <w:tc>
          <w:tcPr>
            <w:tcW w:type="dxa" w:w="1440"/>
          </w:tcPr>
          <w:p>
            <w:r>
              <w:t>4.672,90 €</w:t>
            </w:r>
          </w:p>
        </w:tc>
        <w:tc>
          <w:tcPr>
            <w:tcW w:type="dxa" w:w="1440"/>
          </w:tcPr>
          <w:p>
            <w:r>
              <w:t>21/10/2026</w:t>
            </w:r>
          </w:p>
        </w:tc>
        <w:tc>
          <w:tcPr>
            <w:tcW w:type="dxa" w:w="1440"/>
          </w:tcPr>
          <w:p>
            <w:r>
              <w:t>23/10/2026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suministro de alimentos y bebidas, para las prácticas del alumnado de los PFAES en los Talleres de formación de Cocina y Servicios de Bar y Cafetería de la Fundación para la Promoción del Empleo, la Formación Profesional y el Movimiento Cooperativo, organismo autónomo del Iltre. Ayto de la Villa de INgenio. (lote 8) · exp. 7740/2025</w:t>
            </w:r>
          </w:p>
        </w:tc>
        <w:tc>
          <w:tcPr>
            <w:tcW w:type="dxa" w:w="1440"/>
          </w:tcPr>
          <w:p>
            <w:r>
              <w:t>Fundación para la Promoción del Empleo, la Formación Profesional y el Movimiento Cooperativo del Iltre. Ayto. de la Villa de Ingenio · NIF P8501201A</w:t>
            </w:r>
          </w:p>
        </w:tc>
        <w:tc>
          <w:tcPr>
            <w:tcW w:type="dxa" w:w="1440"/>
          </w:tcPr>
          <w:p>
            <w:r>
              <w:t>4.672,90 €</w:t>
            </w:r>
          </w:p>
        </w:tc>
        <w:tc>
          <w:tcPr>
            <w:tcW w:type="dxa" w:w="1440"/>
          </w:tcPr>
          <w:p>
            <w:r>
              <w:t>16/10/2025</w:t>
            </w:r>
          </w:p>
        </w:tc>
        <w:tc>
          <w:tcPr>
            <w:tcW w:type="dxa" w:w="1440"/>
          </w:tcPr>
          <w:p>
            <w:r>
              <w:t>20/10/2025 – 20/10/2026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suministro de productos de cafetería, material de limpieza del Taller de Cocina, materiales y accesorios eléctricos para los Programas de Formación en Alternancia con el Empleo 2023 que se desarrollan en la Fundación para la Promoción del Empleo, la Formación Profesional y el Movimi (lote 1) · exp. 7128/2023</w:t>
            </w:r>
          </w:p>
        </w:tc>
        <w:tc>
          <w:tcPr>
            <w:tcW w:type="dxa" w:w="1440"/>
          </w:tcPr>
          <w:p>
            <w:r>
              <w:t>Fundación para la Promoción del Empleo, la Formación Profesional y el Movimiento Cooperativo del Iltre. Ayto. de la Villa de Ingenio · NIF P8501201A</w:t>
            </w:r>
          </w:p>
        </w:tc>
        <w:tc>
          <w:tcPr>
            <w:tcW w:type="dxa" w:w="1440"/>
          </w:tcPr>
          <w:p>
            <w:r>
              <w:t>3.738,32 €</w:t>
            </w:r>
          </w:p>
        </w:tc>
        <w:tc>
          <w:tcPr>
            <w:tcW w:type="dxa" w:w="1440"/>
          </w:tcPr>
          <w:p>
            <w:r>
              <w:t>13/11/2023</w:t>
            </w:r>
          </w:p>
        </w:tc>
        <w:tc>
          <w:tcPr>
            <w:tcW w:type="dxa" w:w="1440"/>
          </w:tcPr>
          <w:p>
            <w:r>
              <w:t>13/12/2023 – 13/06/2025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13.084,12 €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para la Promoción del Empleo, la Formación Profesional y el Movimiento Cooperativo del Iltre. Ayto. de la Villa de Ingenio (NIF P8501201A)</w:t>
      </w:r>
    </w:p>
    <w:p>
      <w:r>
        <w:t xml:space="preserve">TIRMA SA, con NIF A35000280, adjudicataria del contrato «Suministro periódico de alimentos y bebidas, para las prácticas del alumnado en los talleres de formación de cocina y servicios de bar y cafetería, de la Fundación para la Promoción del Empleo, la Formación Profesional y el Movimiento Cooperativo, organismo autónomo del Iltre. Ayto de la Villa de In», lote 8, expediente 8910/2026, adjudicado el 21/10/2026 por 4.672,90 €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23/10/2026 a 23/10/2027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para la Promoción del Empleo, la Formación Profesional y el Movimiento Cooperativo del Iltre. Ayto. de la Villa de Ingenio (NIF P8501201A)</w:t>
      </w:r>
    </w:p>
    <w:p>
      <w:r>
        <w:t xml:space="preserve">TIRMA SA, con NIF A35000280, adjudicataria del contrato «Contrato suministro de alimentos y bebidas, para las prácticas del alumnado de los PFAES en los Talleres de formación de Cocina y Servicios de Bar y Cafetería de la Fundación para la Promoción del Empleo, la Formación Profesional y el Movimiento Cooperativo, organismo autónomo del Iltre. Ayto de la Villa de INgenio.», lote 8, expediente 7740/2025, adjudicado el 16/10/2025 por 4.672,90 €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20/10/2025 a 20/10/2026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para la Promoción del Empleo, la Formación Profesional y el Movimiento Cooperativo del Iltre. Ayto. de la Villa de Ingenio (NIF P8501201A)</w:t>
      </w:r>
    </w:p>
    <w:p>
      <w:r>
        <w:t xml:space="preserve">TIRMA SA, con NIF A35000280, adjudicataria del contrato «Contratación del suministro de productos de cafetería, material de limpieza del Taller de Cocina, materiales y accesorios eléctricos para los Programas de Formación en Alternancia con el Empleo 2023 que se desarrollan en la Fundación para la Promoción del Empleo, la Formación Profesional y el Movimi», lote 1, expediente 7128/2023, adjudicado el 13/11/2023 por 3.738,32 €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13/12/2023 a 13/06/2025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