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TIPSA MURCIA EXPRESS COURIER, S.L.</w:t>
      </w:r>
    </w:p>
    <w:p>
      <w:r>
        <w:t>NIF B73298481.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mensajería y valija D T Murcia de Ibermutua · exp. CG-2025/3001/0019</w:t>
            </w:r>
          </w:p>
        </w:tc>
        <w:tc>
          <w:tcPr>
            <w:tcW w:type="dxa" w:w="1440"/>
          </w:tcPr>
          <w:p>
            <w:r>
              <w:t>Dirección General de IBERMUTUA, Mutua Colaboradora con la Seguridad Social nº 274 · NIF G81939217</w:t>
            </w:r>
          </w:p>
        </w:tc>
        <w:tc>
          <w:tcPr>
            <w:tcW w:type="dxa" w:w="1440"/>
          </w:tcPr>
          <w:p>
            <w:r>
              <w:t>24.482,00 €</w:t>
            </w:r>
          </w:p>
        </w:tc>
        <w:tc>
          <w:tcPr>
            <w:tcW w:type="dxa" w:w="1440"/>
          </w:tcPr>
          <w:p>
            <w:r>
              <w:t>26/03/2025</w:t>
            </w:r>
          </w:p>
        </w:tc>
        <w:tc>
          <w:tcPr>
            <w:tcW w:type="dxa" w:w="1440"/>
          </w:tcPr>
          <w:p>
            <w:r>
              <w:t>26/04/2025 – 26/04/2026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24.482,00 €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IBERMUTUA, Mutua Colaboradora con la Seguridad Social nº 274 (NIF G81939217)</w:t>
      </w:r>
    </w:p>
    <w:p>
      <w:r>
        <w:t xml:space="preserve">TIPSA MURCIA EXPRESS COURIER, S.L., con NIF B73298481, adjudicataria del contrato «Servicio de mensajería y valija D T Murcia de Ibermutua», expediente CG-2025/3001/0019, adjudicado el 26/03/2025 por 24.482,00 €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26/04/2025 a 26/04/2026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