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THIDRA SL</w:t>
      </w:r>
    </w:p>
    <w:p>
      <w:r>
        <w:t>NIF B59968842.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