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THERMO FISHER DIAGNOSTICS, SL</w:t>
      </w:r>
    </w:p>
    <w:p>
      <w:r>
        <w:t>NIF B62014485. Contratos públicos adjudicados en los tres últimos años (servicios), del 30/10/2023 al 30/10/2026,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Autoinmunidad y arrendamiento máquinas analizadoras Nº Pedido 83893400 · exp. HV BASADO AM 2024/5/1002 B62014485 SEPTIEMBRE 2026</w:t>
            </w:r>
          </w:p>
        </w:tc>
        <w:tc>
          <w:tcPr>
            <w:tcW w:type="dxa" w:w="1440"/>
          </w:tcPr>
          <w:p>
            <w:r>
              <w:t>Servicio Cántabro de Salud · NIF Q3900738J</w:t>
            </w:r>
          </w:p>
        </w:tc>
        <w:tc>
          <w:tcPr>
            <w:tcW w:type="dxa" w:w="1440"/>
          </w:tcPr>
          <w:p>
            <w:r>
              <w:t>3.052,80 €</w:t>
            </w:r>
          </w:p>
        </w:tc>
        <w:tc>
          <w:tcPr>
            <w:tcW w:type="dxa" w:w="1440"/>
          </w:tcPr>
          <w:p>
            <w:r>
              <w:t>09/09/2026</w:t>
            </w:r>
          </w:p>
        </w:tc>
        <w:tc>
          <w:tcPr>
            <w:tcW w:type="dxa" w:w="1440"/>
          </w:tcPr>
          <w:p>
            <w:r>
              <w:t>09/09/2026 – 10/09/2026</w:t>
            </w:r>
          </w:p>
        </w:tc>
        <w:tc>
          <w:tcPr>
            <w:tcW w:type="dxa" w:w="1440"/>
          </w:tcPr>
          <w:p>
            <w:r>
              <w:rPr>
                <w:highlight w:val="yellow"/>
              </w:rPr>
              <w:t>rellenar</w:t>
            </w:r>
          </w:p>
        </w:tc>
      </w:tr>
      <w:tr>
        <w:tc>
          <w:tcPr>
            <w:tcW w:type="dxa" w:w="1440"/>
          </w:tcPr>
          <w:p>
            <w:r>
              <w:t>Suministro de reactivos para la realización de Determinaciones de alergia y gasometrías en los distintos</w:t>
              <w:br/>
              <w:br/>
              <w:t>Laboratorios del servicio extremeño de salud, por Procedimiento abierto con un único empresario y varios</w:t>
              <w:br/>
              <w:br/>
              <w:t>Criterios de adjudicación (lote 2) · exp. CS/99/1126020387/26/PA</w:t>
            </w:r>
          </w:p>
        </w:tc>
        <w:tc>
          <w:tcPr>
            <w:tcW w:type="dxa" w:w="1440"/>
          </w:tcPr>
          <w:p>
            <w:r>
              <w:t>Dirección General de Planificación Económica · NIF Q0600413I</w:t>
            </w:r>
          </w:p>
        </w:tc>
        <w:tc>
          <w:tcPr>
            <w:tcW w:type="dxa" w:w="1440"/>
          </w:tcPr>
          <w:p>
            <w:r>
              <w:t>8.231.060,00 €</w:t>
            </w:r>
          </w:p>
        </w:tc>
        <w:tc>
          <w:tcPr>
            <w:tcW w:type="dxa" w:w="1440"/>
          </w:tcPr>
          <w:p>
            <w:r>
              <w:t>09/09/2026</w:t>
            </w:r>
          </w:p>
        </w:tc>
        <w:tc>
          <w:tcPr>
            <w:tcW w:type="dxa" w:w="1440"/>
          </w:tcPr>
          <w:p>
            <w:r>
              <w:t>14/10/2026 – en curso</w:t>
            </w:r>
          </w:p>
        </w:tc>
        <w:tc>
          <w:tcPr>
            <w:tcW w:type="dxa" w:w="1440"/>
          </w:tcPr>
          <w:p>
            <w:r>
              <w:rPr>
                <w:highlight w:val="yellow"/>
              </w:rPr>
              <w:t>rellenar</w:t>
            </w:r>
          </w:p>
        </w:tc>
      </w:tr>
      <w:tr>
        <w:tc>
          <w:tcPr>
            <w:tcW w:type="dxa" w:w="1440"/>
          </w:tcPr>
          <w:p>
            <w:r>
              <w:t>suministro de reactivos, material fungible y cesión de equipos para estudios de alergia del servicio de inmunología del Hospital Universitario de Son Espases, dependiente del Servicio de Salud de las Islas Baleares (lote 1) · exp. SSCC PN 18/26</w:t>
            </w:r>
          </w:p>
        </w:tc>
        <w:tc>
          <w:tcPr>
            <w:tcW w:type="dxa" w:w="1440"/>
          </w:tcPr>
          <w:p>
            <w:r>
              <w:t>Servicio de Salud de las Illes Balears · NIF Q0719003F</w:t>
            </w:r>
          </w:p>
        </w:tc>
        <w:tc>
          <w:tcPr>
            <w:tcW w:type="dxa" w:w="1440"/>
          </w:tcPr>
          <w:p>
            <w:r>
              <w:t>1.143.398,10 €</w:t>
            </w:r>
          </w:p>
        </w:tc>
        <w:tc>
          <w:tcPr>
            <w:tcW w:type="dxa" w:w="1440"/>
          </w:tcPr>
          <w:p>
            <w:r>
              <w:t>10/08/2026</w:t>
            </w:r>
          </w:p>
        </w:tc>
        <w:tc>
          <w:tcPr>
            <w:tcW w:type="dxa" w:w="1440"/>
          </w:tcPr>
          <w:p>
            <w:r>
              <w:t>07/09/2026 – en curso</w:t>
            </w:r>
          </w:p>
        </w:tc>
        <w:tc>
          <w:tcPr>
            <w:tcW w:type="dxa" w:w="1440"/>
          </w:tcPr>
          <w:p>
            <w:r>
              <w:rPr>
                <w:highlight w:val="yellow"/>
              </w:rPr>
              <w:t>rellenar</w:t>
            </w:r>
          </w:p>
        </w:tc>
      </w:tr>
      <w:tr>
        <w:tc>
          <w:tcPr>
            <w:tcW w:type="dxa" w:w="1440"/>
          </w:tcPr>
          <w:p>
            <w:r>
              <w:t>exp 1981/2026 ta2027 - sum l14 reactivos inmunologia alergias - dam 1147/2022 · exp. 2026/SP01460020/00001981E</w:t>
            </w:r>
          </w:p>
        </w:tc>
        <w:tc>
          <w:tcPr>
            <w:tcW w:type="dxa" w:w="1440"/>
          </w:tcPr>
          <w:p>
            <w:r>
              <w:t>Inspección General de Sanidad de la Defensa · NIF S2800086G</w:t>
            </w:r>
          </w:p>
        </w:tc>
        <w:tc>
          <w:tcPr>
            <w:tcW w:type="dxa" w:w="1440"/>
          </w:tcPr>
          <w:p>
            <w:r>
              <w:t>61.983,47 €</w:t>
            </w:r>
          </w:p>
        </w:tc>
        <w:tc>
          <w:tcPr>
            <w:tcW w:type="dxa" w:w="1440"/>
          </w:tcPr>
          <w:p>
            <w:r>
              <w:t>04/08/2026</w:t>
            </w:r>
          </w:p>
        </w:tc>
        <w:tc>
          <w:tcPr>
            <w:tcW w:type="dxa" w:w="1440"/>
          </w:tcPr>
          <w:p>
            <w:r>
              <w:t>04/08/2026 – en curso</w:t>
            </w:r>
          </w:p>
        </w:tc>
        <w:tc>
          <w:tcPr>
            <w:tcW w:type="dxa" w:w="1440"/>
          </w:tcPr>
          <w:p>
            <w:r>
              <w:rPr>
                <w:highlight w:val="yellow"/>
              </w:rPr>
              <w:t>rellenar</w:t>
            </w:r>
          </w:p>
        </w:tc>
      </w:tr>
      <w:tr>
        <w:tc>
          <w:tcPr>
            <w:tcW w:type="dxa" w:w="1440"/>
          </w:tcPr>
          <w:p>
            <w:r>
              <w:t>Suministro de reactivos y kits de biología molecular para el laboratorio de legionella CMILVET · exp. 2026/SP01400010/00000626E</w:t>
            </w:r>
          </w:p>
        </w:tc>
        <w:tc>
          <w:tcPr>
            <w:tcW w:type="dxa" w:w="1440"/>
          </w:tcPr>
          <w:p>
            <w:r>
              <w:t>Inspección General de Sanidad de la Defensa · NIF S2800086G</w:t>
            </w:r>
          </w:p>
        </w:tc>
        <w:tc>
          <w:tcPr>
            <w:tcW w:type="dxa" w:w="1440"/>
          </w:tcPr>
          <w:p>
            <w:r>
              <w:t>1,00 €</w:t>
            </w:r>
          </w:p>
        </w:tc>
        <w:tc>
          <w:tcPr>
            <w:tcW w:type="dxa" w:w="1440"/>
          </w:tcPr>
          <w:p>
            <w:r>
              <w:t>27/07/2026</w:t>
            </w:r>
          </w:p>
        </w:tc>
        <w:tc>
          <w:tcPr>
            <w:tcW w:type="dxa" w:w="1440"/>
          </w:tcPr>
          <w:p>
            <w:r>
              <w:t>13/08/2026 – en curso</w:t>
            </w:r>
          </w:p>
        </w:tc>
        <w:tc>
          <w:tcPr>
            <w:tcW w:type="dxa" w:w="1440"/>
          </w:tcPr>
          <w:p>
            <w:r>
              <w:rPr>
                <w:highlight w:val="yellow"/>
              </w:rPr>
              <w:t>rellenar</w:t>
            </w:r>
          </w:p>
        </w:tc>
      </w:tr>
      <w:tr>
        <w:tc>
          <w:tcPr>
            <w:tcW w:type="dxa" w:w="1440"/>
          </w:tcPr>
          <w:p>
            <w:r>
              <w:t>BAM Suministro reactivos para cribado drogas abuso orina por inmunoanálisis (lote 1) CEMILFARDEF · exp. 2026/SP01491010/00000444E</w:t>
            </w:r>
          </w:p>
        </w:tc>
        <w:tc>
          <w:tcPr>
            <w:tcW w:type="dxa" w:w="1440"/>
          </w:tcPr>
          <w:p>
            <w:r>
              <w:t>Inspección General de Sanidad de la Defensa · NIF S2800086G</w:t>
            </w:r>
          </w:p>
        </w:tc>
        <w:tc>
          <w:tcPr>
            <w:tcW w:type="dxa" w:w="1440"/>
          </w:tcPr>
          <w:p>
            <w:r>
              <w:t>123.966,94 €</w:t>
            </w:r>
          </w:p>
        </w:tc>
        <w:tc>
          <w:tcPr>
            <w:tcW w:type="dxa" w:w="1440"/>
          </w:tcPr>
          <w:p>
            <w:r>
              <w:t>22/07/2026</w:t>
            </w:r>
          </w:p>
        </w:tc>
        <w:tc>
          <w:tcPr>
            <w:tcW w:type="dxa" w:w="1440"/>
          </w:tcPr>
          <w:p>
            <w:r>
              <w:t>23/07/2026 – en curso</w:t>
            </w:r>
          </w:p>
        </w:tc>
        <w:tc>
          <w:tcPr>
            <w:tcW w:type="dxa" w:w="1440"/>
          </w:tcPr>
          <w:p>
            <w:r>
              <w:rPr>
                <w:highlight w:val="yellow"/>
              </w:rPr>
              <w:t>rellenar</w:t>
            </w:r>
          </w:p>
        </w:tc>
      </w:tr>
      <w:tr>
        <w:tc>
          <w:tcPr>
            <w:tcW w:type="dxa" w:w="1440"/>
          </w:tcPr>
          <w:p>
            <w:r>
              <w:t>Suministro de reactivos para la determinación de resistencias a antimicrobianos por el método de microdilución en caldo en el Laboratorio Central de Veterinaria en Algete (Madrid). Año 2027. (lote 1) · exp. 20260000037C</w:t>
            </w:r>
          </w:p>
        </w:tc>
        <w:tc>
          <w:tcPr>
            <w:tcW w:type="dxa" w:w="1440"/>
          </w:tcPr>
          <w:p>
            <w:r>
              <w:t>Dirección General de Sanidad de la Producción Agroalimentaria y Bienestar Animal · NIF S2800556I</w:t>
            </w:r>
          </w:p>
        </w:tc>
        <w:tc>
          <w:tcPr>
            <w:tcW w:type="dxa" w:w="1440"/>
          </w:tcPr>
          <w:p>
            <w:r>
              <w:t>40.293,50 €</w:t>
            </w:r>
          </w:p>
        </w:tc>
        <w:tc>
          <w:tcPr>
            <w:tcW w:type="dxa" w:w="1440"/>
          </w:tcPr>
          <w:p>
            <w:r>
              <w:t>15/07/2026</w:t>
            </w:r>
          </w:p>
        </w:tc>
        <w:tc>
          <w:tcPr>
            <w:tcW w:type="dxa" w:w="1440"/>
          </w:tcPr>
          <w:p>
            <w:r>
              <w:t>15/08/2026 – en curso</w:t>
            </w:r>
          </w:p>
        </w:tc>
        <w:tc>
          <w:tcPr>
            <w:tcW w:type="dxa" w:w="1440"/>
          </w:tcPr>
          <w:p>
            <w:r>
              <w:rPr>
                <w:highlight w:val="yellow"/>
              </w:rPr>
              <w:t>rellenar</w:t>
            </w:r>
          </w:p>
        </w:tc>
      </w:tr>
      <w:tr>
        <w:tc>
          <w:tcPr>
            <w:tcW w:type="dxa" w:w="1440"/>
          </w:tcPr>
          <w:p>
            <w:r>
              <w:t>Suministro de reactivos para la determinación de resistencias a antimicrobianos por el método de microdilución en caldo en el Laboratorio Central de Veterinaria en Algete (Madrid). Año 2027. (lote 2) · exp. 20260000037C</w:t>
            </w:r>
          </w:p>
        </w:tc>
        <w:tc>
          <w:tcPr>
            <w:tcW w:type="dxa" w:w="1440"/>
          </w:tcPr>
          <w:p>
            <w:r>
              <w:t>Dirección General de Sanidad de la Producción Agroalimentaria y Bienestar Animal · NIF S2800556I</w:t>
            </w:r>
          </w:p>
        </w:tc>
        <w:tc>
          <w:tcPr>
            <w:tcW w:type="dxa" w:w="1440"/>
          </w:tcPr>
          <w:p>
            <w:r>
              <w:t>7.382,95 €</w:t>
            </w:r>
          </w:p>
        </w:tc>
        <w:tc>
          <w:tcPr>
            <w:tcW w:type="dxa" w:w="1440"/>
          </w:tcPr>
          <w:p>
            <w:r>
              <w:t>15/07/2026</w:t>
            </w:r>
          </w:p>
        </w:tc>
        <w:tc>
          <w:tcPr>
            <w:tcW w:type="dxa" w:w="1440"/>
          </w:tcPr>
          <w:p>
            <w:r>
              <w:t>15/08/2026 – en curso</w:t>
            </w:r>
          </w:p>
        </w:tc>
        <w:tc>
          <w:tcPr>
            <w:tcW w:type="dxa" w:w="1440"/>
          </w:tcPr>
          <w:p>
            <w:r>
              <w:rPr>
                <w:highlight w:val="yellow"/>
              </w:rPr>
              <w:t>rellenar</w:t>
            </w:r>
          </w:p>
        </w:tc>
      </w:tr>
      <w:tr>
        <w:tc>
          <w:tcPr>
            <w:tcW w:type="dxa" w:w="1440"/>
          </w:tcPr>
          <w:p>
            <w:r>
              <w:t>BAM cribado de drogas Lote 1 (2027) CEMILFAR · exp. 2026/SP01491010/00000435E</w:t>
            </w:r>
          </w:p>
        </w:tc>
        <w:tc>
          <w:tcPr>
            <w:tcW w:type="dxa" w:w="1440"/>
          </w:tcPr>
          <w:p>
            <w:r>
              <w:t>Inspección General de Sanidad de la Defensa · NIF S2800086G</w:t>
            </w:r>
          </w:p>
        </w:tc>
        <w:tc>
          <w:tcPr>
            <w:tcW w:type="dxa" w:w="1440"/>
          </w:tcPr>
          <w:p>
            <w:r>
              <w:t>165.867,77 €</w:t>
            </w:r>
          </w:p>
        </w:tc>
        <w:tc>
          <w:tcPr>
            <w:tcW w:type="dxa" w:w="1440"/>
          </w:tcPr>
          <w:p>
            <w:r>
              <w:t>07/07/2026</w:t>
            </w:r>
          </w:p>
        </w:tc>
        <w:tc>
          <w:tcPr>
            <w:tcW w:type="dxa" w:w="1440"/>
          </w:tcPr>
          <w:p>
            <w:r>
              <w:t>01/12/2026 – en curso</w:t>
            </w:r>
          </w:p>
        </w:tc>
        <w:tc>
          <w:tcPr>
            <w:tcW w:type="dxa" w:w="1440"/>
          </w:tcPr>
          <w:p>
            <w:r>
              <w:rPr>
                <w:highlight w:val="yellow"/>
              </w:rPr>
              <w:t>rellenar</w:t>
            </w:r>
          </w:p>
        </w:tc>
      </w:tr>
      <w:tr>
        <w:tc>
          <w:tcPr>
            <w:tcW w:type="dxa" w:w="1440"/>
          </w:tcPr>
          <w:p>
            <w:r>
              <w:t>Autoinmunidad y arrendamiento máquinas analizadoras 83155000 · exp. HV BASADO AM 2024/5/1002 B62014485 JUNIO 2026</w:t>
            </w:r>
          </w:p>
        </w:tc>
        <w:tc>
          <w:tcPr>
            <w:tcW w:type="dxa" w:w="1440"/>
          </w:tcPr>
          <w:p>
            <w:r>
              <w:t>Servicio Cántabro de Salud · NIF Q3900738J</w:t>
            </w:r>
          </w:p>
        </w:tc>
        <w:tc>
          <w:tcPr>
            <w:tcW w:type="dxa" w:w="1440"/>
          </w:tcPr>
          <w:p>
            <w:r>
              <w:t>2.020,80 €</w:t>
            </w:r>
          </w:p>
        </w:tc>
        <w:tc>
          <w:tcPr>
            <w:tcW w:type="dxa" w:w="1440"/>
          </w:tcPr>
          <w:p>
            <w:r>
              <w:t>30/06/2026</w:t>
            </w:r>
          </w:p>
        </w:tc>
        <w:tc>
          <w:tcPr>
            <w:tcW w:type="dxa" w:w="1440"/>
          </w:tcPr>
          <w:p>
            <w:r>
              <w:t>30/06/2026 – 01/07/2026</w:t>
            </w:r>
          </w:p>
        </w:tc>
        <w:tc>
          <w:tcPr>
            <w:tcW w:type="dxa" w:w="1440"/>
          </w:tcPr>
          <w:p>
            <w:r>
              <w:rPr>
                <w:highlight w:val="yellow"/>
              </w:rPr>
              <w:t>rellenar</w:t>
            </w:r>
          </w:p>
        </w:tc>
      </w:tr>
      <w:tr>
        <w:tc>
          <w:tcPr>
            <w:tcW w:type="dxa" w:w="1440"/>
          </w:tcPr>
          <w:p>
            <w:r>
              <w:t>Adquisición de medios de cultivo, cepas, sueros y kits de uso en microbiología para que la Red de Laboratorios de Salud Pública de Castilla-La Mancha pueda desarrollar correctamente su actividad y funciones durante el año 2026. (lote 1) · exp. 2026/001099</w:t>
            </w:r>
          </w:p>
        </w:tc>
        <w:tc>
          <w:tcPr>
            <w:tcW w:type="dxa" w:w="1440"/>
          </w:tcPr>
          <w:p>
            <w:r>
              <w:t>Secretaría General de la Consejería de Sanidad de la Junta de Comunidades de Castilla-La Mancha · NIF S1911001D</w:t>
            </w:r>
          </w:p>
        </w:tc>
        <w:tc>
          <w:tcPr>
            <w:tcW w:type="dxa" w:w="1440"/>
          </w:tcPr>
          <w:p>
            <w:r>
              <w:t>56.816,69 €</w:t>
            </w:r>
          </w:p>
        </w:tc>
        <w:tc>
          <w:tcPr>
            <w:tcW w:type="dxa" w:w="1440"/>
          </w:tcPr>
          <w:p>
            <w:r>
              <w:t>24/06/2026</w:t>
            </w:r>
          </w:p>
        </w:tc>
        <w:tc>
          <w:tcPr>
            <w:tcW w:type="dxa" w:w="1440"/>
          </w:tcPr>
          <w:p>
            <w:r>
              <w:t>21/07/2026 – en curso</w:t>
            </w:r>
          </w:p>
        </w:tc>
        <w:tc>
          <w:tcPr>
            <w:tcW w:type="dxa" w:w="1440"/>
          </w:tcPr>
          <w:p>
            <w:r>
              <w:rPr>
                <w:highlight w:val="yellow"/>
              </w:rPr>
              <w:t>rellenar</w:t>
            </w:r>
          </w:p>
        </w:tc>
      </w:tr>
      <w:tr>
        <w:tc>
          <w:tcPr>
            <w:tcW w:type="dxa" w:w="1440"/>
          </w:tcPr>
          <w:p>
            <w:r>
              <w:t>Autoinmunidad y arrendamiento máquinas analizadoras AM HV/2024/0/0002 82917800 · exp. HV BASADO AM 2024/5/1002 B62014485 MAYO26</w:t>
            </w:r>
          </w:p>
        </w:tc>
        <w:tc>
          <w:tcPr>
            <w:tcW w:type="dxa" w:w="1440"/>
          </w:tcPr>
          <w:p>
            <w:r>
              <w:t>Servicio Cántabro de Salud · NIF Q3900738J</w:t>
            </w:r>
          </w:p>
        </w:tc>
        <w:tc>
          <w:tcPr>
            <w:tcW w:type="dxa" w:w="1440"/>
          </w:tcPr>
          <w:p>
            <w:r>
              <w:t>763,20 €</w:t>
            </w:r>
          </w:p>
        </w:tc>
        <w:tc>
          <w:tcPr>
            <w:tcW w:type="dxa" w:w="1440"/>
          </w:tcPr>
          <w:p>
            <w:r>
              <w:t>01/06/2026</w:t>
            </w:r>
          </w:p>
        </w:tc>
        <w:tc>
          <w:tcPr>
            <w:tcW w:type="dxa" w:w="1440"/>
          </w:tcPr>
          <w:p>
            <w:r>
              <w:t>01/06/2026 – 02/06/2026</w:t>
            </w:r>
          </w:p>
        </w:tc>
        <w:tc>
          <w:tcPr>
            <w:tcW w:type="dxa" w:w="1440"/>
          </w:tcPr>
          <w:p>
            <w:r>
              <w:rPr>
                <w:highlight w:val="yellow"/>
              </w:rPr>
              <w:t>rellenar</w:t>
            </w:r>
          </w:p>
        </w:tc>
      </w:tr>
      <w:tr>
        <w:tc>
          <w:tcPr>
            <w:tcW w:type="dxa" w:w="1440"/>
          </w:tcPr>
          <w:p>
            <w:r>
              <w:t>Suministro de medios de cultivo, reactivos y material fungible en el ámbito de los ensayos de microbiología, de la casa comercial Thermofisher Diagnostic y Oxoid para el Centro Nacional de Alimentación (CNA) · exp. 0100026SU009</w:t>
            </w:r>
          </w:p>
        </w:tc>
        <w:tc>
          <w:tcPr>
            <w:tcW w:type="dxa" w:w="1440"/>
          </w:tcPr>
          <w:p>
            <w:r>
              <w:t>Dirección Ejecutiva de la Agencia Española de Seguridad Alimentaria y Nutrición · NIF Q2802157D</w:t>
            </w:r>
          </w:p>
        </w:tc>
        <w:tc>
          <w:tcPr>
            <w:tcW w:type="dxa" w:w="1440"/>
          </w:tcPr>
          <w:p>
            <w:r>
              <w:t>19.955,62 €</w:t>
            </w:r>
          </w:p>
        </w:tc>
        <w:tc>
          <w:tcPr>
            <w:tcW w:type="dxa" w:w="1440"/>
          </w:tcPr>
          <w:p>
            <w:r>
              <w:t>25/05/2026</w:t>
            </w:r>
          </w:p>
        </w:tc>
        <w:tc>
          <w:tcPr>
            <w:tcW w:type="dxa" w:w="1440"/>
          </w:tcPr>
          <w:p>
            <w:r>
              <w:t>25/06/2026 – en curso</w:t>
            </w:r>
          </w:p>
        </w:tc>
        <w:tc>
          <w:tcPr>
            <w:tcW w:type="dxa" w:w="1440"/>
          </w:tcPr>
          <w:p>
            <w:r>
              <w:rPr>
                <w:highlight w:val="yellow"/>
              </w:rPr>
              <w:t>rellenar</w:t>
            </w:r>
          </w:p>
        </w:tc>
      </w:tr>
      <w:tr>
        <w:tc>
          <w:tcPr>
            <w:tcW w:type="dxa" w:w="1440"/>
          </w:tcPr>
          <w:p>
            <w:r>
              <w:t>lote 14 reactivos para inmunología: alergias · exp. 1658/2026HCD</w:t>
            </w:r>
          </w:p>
        </w:tc>
        <w:tc>
          <w:tcPr>
            <w:tcW w:type="dxa" w:w="1440"/>
          </w:tcPr>
          <w:p>
            <w:r>
              <w:t>Inspección General de Sanidad de la Defensa · NIF S2800086G</w:t>
            </w:r>
          </w:p>
        </w:tc>
        <w:tc>
          <w:tcPr>
            <w:tcW w:type="dxa" w:w="1440"/>
          </w:tcPr>
          <w:p>
            <w:r>
              <w:t>122.958,68 €</w:t>
            </w:r>
          </w:p>
        </w:tc>
        <w:tc>
          <w:tcPr>
            <w:tcW w:type="dxa" w:w="1440"/>
          </w:tcPr>
          <w:p>
            <w:r>
              <w:t>08/05/2026</w:t>
            </w:r>
          </w:p>
        </w:tc>
        <w:tc>
          <w:tcPr>
            <w:tcW w:type="dxa" w:w="1440"/>
          </w:tcPr>
          <w:p>
            <w:r>
              <w:t>08/05/2026 – en curso</w:t>
            </w:r>
          </w:p>
        </w:tc>
        <w:tc>
          <w:tcPr>
            <w:tcW w:type="dxa" w:w="1440"/>
          </w:tcPr>
          <w:p>
            <w:r>
              <w:rPr>
                <w:highlight w:val="yellow"/>
              </w:rPr>
              <w:t>rellenar</w:t>
            </w:r>
          </w:p>
        </w:tc>
      </w:tr>
      <w:tr>
        <w:tc>
          <w:tcPr>
            <w:tcW w:type="dxa" w:w="1440"/>
          </w:tcPr>
          <w:p>
            <w:r>
              <w:t>suministro de reactivos para la deteccion de drogas de abuso en orina y suero para la Unidad de Conductas Adictivas · exp. 8/26</w:t>
            </w:r>
          </w:p>
        </w:tc>
        <w:tc>
          <w:tcPr>
            <w:tcW w:type="dxa" w:w="1440"/>
          </w:tcPr>
          <w:p>
            <w:r>
              <w:t>Órgano de Contratación de la Ciudad Autónoma de Ceuta · NIF S6100007A</w:t>
            </w:r>
          </w:p>
        </w:tc>
        <w:tc>
          <w:tcPr>
            <w:tcW w:type="dxa" w:w="1440"/>
          </w:tcPr>
          <w:p>
            <w:r>
              <w:t>79.332,00 €</w:t>
            </w:r>
          </w:p>
        </w:tc>
        <w:tc>
          <w:tcPr>
            <w:tcW w:type="dxa" w:w="1440"/>
          </w:tcPr>
          <w:p>
            <w:r>
              <w:t>13/04/2026</w:t>
            </w:r>
          </w:p>
        </w:tc>
        <w:tc>
          <w:tcPr>
            <w:tcW w:type="dxa" w:w="1440"/>
          </w:tcPr>
          <w:p>
            <w:r>
              <w:t>13/05/2026 – en curso</w:t>
            </w:r>
          </w:p>
        </w:tc>
        <w:tc>
          <w:tcPr>
            <w:tcW w:type="dxa" w:w="1440"/>
          </w:tcPr>
          <w:p>
            <w:r>
              <w:rPr>
                <w:highlight w:val="yellow"/>
              </w:rPr>
              <w:t>rellenar</w:t>
            </w:r>
          </w:p>
        </w:tc>
      </w:tr>
      <w:tr>
        <w:tc>
          <w:tcPr>
            <w:tcW w:type="dxa" w:w="1440"/>
          </w:tcPr>
          <w:p>
            <w:r>
              <w:t>Suministro de Reactivos y Dotación de Equipamiento necesarios para la Realización de Determinaciones Analíticas en el Laboratorio de Análisis Clínicos del Departamento de Salud Valencia Arnau de Vilanova-Llíria, Respetuoso con el Medio Ambiente (lote 13) · exp. 659/2025</w:t>
            </w:r>
          </w:p>
        </w:tc>
        <w:tc>
          <w:tcPr>
            <w:tcW w:type="dxa" w:w="1440"/>
          </w:tcPr>
          <w:p>
            <w:r>
              <w:t>Departamento de Salud Valencia - Arnau de Vilanova - Llíria. Dirección Económica-Gerencia · NIF S4611001A</w:t>
            </w:r>
          </w:p>
        </w:tc>
        <w:tc>
          <w:tcPr>
            <w:tcW w:type="dxa" w:w="1440"/>
          </w:tcPr>
          <w:p>
            <w:r>
              <w:t>371.080,00 €</w:t>
            </w:r>
          </w:p>
        </w:tc>
        <w:tc>
          <w:tcPr>
            <w:tcW w:type="dxa" w:w="1440"/>
          </w:tcPr>
          <w:p>
            <w:r>
              <w:t>27/03/2026</w:t>
            </w:r>
          </w:p>
        </w:tc>
        <w:tc>
          <w:tcPr>
            <w:tcW w:type="dxa" w:w="1440"/>
          </w:tcPr>
          <w:p>
            <w:r>
              <w:t>27/04/2026 – en curso</w:t>
            </w:r>
          </w:p>
        </w:tc>
        <w:tc>
          <w:tcPr>
            <w:tcW w:type="dxa" w:w="1440"/>
          </w:tcPr>
          <w:p>
            <w:r>
              <w:rPr>
                <w:highlight w:val="yellow"/>
              </w:rPr>
              <w:t>rellenar</w:t>
            </w:r>
          </w:p>
        </w:tc>
      </w:tr>
      <w:tr>
        <w:tc>
          <w:tcPr>
            <w:tcW w:type="dxa" w:w="1440"/>
          </w:tcPr>
          <w:p>
            <w:r>
              <w:t>Suministro de Reactivos y Dotación de Equipamiento necesarios para la Realización de Determinaciones Analíticas en el Laboratorio de Análisis Clínicos del Departamento de Salud Valencia Arnau de Vilanova-Llíria, Respetuoso con el Medio Ambiente (lote 7) · exp. 659/2025</w:t>
            </w:r>
          </w:p>
        </w:tc>
        <w:tc>
          <w:tcPr>
            <w:tcW w:type="dxa" w:w="1440"/>
          </w:tcPr>
          <w:p>
            <w:r>
              <w:t>Departamento de Salud Valencia - Arnau de Vilanova - Llíria. Dirección Económica-Gerencia · NIF S4611001A</w:t>
            </w:r>
          </w:p>
        </w:tc>
        <w:tc>
          <w:tcPr>
            <w:tcW w:type="dxa" w:w="1440"/>
          </w:tcPr>
          <w:p>
            <w:r>
              <w:t>793.416,00 €</w:t>
            </w:r>
          </w:p>
        </w:tc>
        <w:tc>
          <w:tcPr>
            <w:tcW w:type="dxa" w:w="1440"/>
          </w:tcPr>
          <w:p>
            <w:r>
              <w:t>27/03/2026</w:t>
            </w:r>
          </w:p>
        </w:tc>
        <w:tc>
          <w:tcPr>
            <w:tcW w:type="dxa" w:w="1440"/>
          </w:tcPr>
          <w:p>
            <w:r>
              <w:t>27/04/2026 – en curso</w:t>
            </w:r>
          </w:p>
        </w:tc>
        <w:tc>
          <w:tcPr>
            <w:tcW w:type="dxa" w:w="1440"/>
          </w:tcPr>
          <w:p>
            <w:r>
              <w:rPr>
                <w:highlight w:val="yellow"/>
              </w:rPr>
              <w:t>rellenar</w:t>
            </w:r>
          </w:p>
        </w:tc>
      </w:tr>
      <w:tr>
        <w:tc>
          <w:tcPr>
            <w:tcW w:type="dxa" w:w="1440"/>
          </w:tcPr>
          <w:p>
            <w:r>
              <w:t>Tercera prórroga del suministro de medios de cultivo, reactivos y material fungible de la marca THERMO SCIENTIFIC MICROBIOLOGIA-, Y TREK-SENSITITRE, que distribuye en España Thermo Fisher Diagnostic S.L.U. para el CNA. · exp. 0100026SU002</w:t>
            </w:r>
          </w:p>
        </w:tc>
        <w:tc>
          <w:tcPr>
            <w:tcW w:type="dxa" w:w="1440"/>
          </w:tcPr>
          <w:p>
            <w:r>
              <w:t>Dirección Ejecutiva de la Agencia Española de Seguridad Alimentaria y Nutrición · NIF Q2802157D</w:t>
            </w:r>
          </w:p>
        </w:tc>
        <w:tc>
          <w:tcPr>
            <w:tcW w:type="dxa" w:w="1440"/>
          </w:tcPr>
          <w:p>
            <w:r>
              <w:t>8.264,46 €</w:t>
            </w:r>
          </w:p>
        </w:tc>
        <w:tc>
          <w:tcPr>
            <w:tcW w:type="dxa" w:w="1440"/>
          </w:tcPr>
          <w:p>
            <w:r>
              <w:t>24/03/2026</w:t>
            </w:r>
          </w:p>
        </w:tc>
        <w:tc>
          <w:tcPr>
            <w:tcW w:type="dxa" w:w="1440"/>
          </w:tcPr>
          <w:p>
            <w:r>
              <w:t>01/05/2026 – en curso</w:t>
            </w:r>
          </w:p>
        </w:tc>
        <w:tc>
          <w:tcPr>
            <w:tcW w:type="dxa" w:w="1440"/>
          </w:tcPr>
          <w:p>
            <w:r>
              <w:rPr>
                <w:highlight w:val="yellow"/>
              </w:rPr>
              <w:t>rellenar</w:t>
            </w:r>
          </w:p>
        </w:tc>
      </w:tr>
      <w:tr>
        <w:tc>
          <w:tcPr>
            <w:tcW w:type="dxa" w:w="1440"/>
          </w:tcPr>
          <w:p>
            <w:r>
              <w:t>Autoinmunidad y arrendamiento máquinas analizadoras 82201500 · exp. HV BASADO AM 2024/5/1002 B62014485 MARZO26</w:t>
            </w:r>
          </w:p>
        </w:tc>
        <w:tc>
          <w:tcPr>
            <w:tcW w:type="dxa" w:w="1440"/>
          </w:tcPr>
          <w:p>
            <w:r>
              <w:t>Servicio Cántabro de Salud · NIF Q3900738J</w:t>
            </w:r>
          </w:p>
        </w:tc>
        <w:tc>
          <w:tcPr>
            <w:tcW w:type="dxa" w:w="1440"/>
          </w:tcPr>
          <w:p>
            <w:r>
              <w:t>1.472,00 €</w:t>
            </w:r>
          </w:p>
        </w:tc>
        <w:tc>
          <w:tcPr>
            <w:tcW w:type="dxa" w:w="1440"/>
          </w:tcPr>
          <w:p>
            <w:r>
              <w:t>19/03/2026</w:t>
            </w:r>
          </w:p>
        </w:tc>
        <w:tc>
          <w:tcPr>
            <w:tcW w:type="dxa" w:w="1440"/>
          </w:tcPr>
          <w:p>
            <w:r>
              <w:t>19/03/2026 – 20/03/2026</w:t>
            </w:r>
          </w:p>
        </w:tc>
        <w:tc>
          <w:tcPr>
            <w:tcW w:type="dxa" w:w="1440"/>
          </w:tcPr>
          <w:p>
            <w:r>
              <w:rPr>
                <w:highlight w:val="yellow"/>
              </w:rPr>
              <w:t>rellenar</w:t>
            </w:r>
          </w:p>
        </w:tc>
      </w:tr>
      <w:tr>
        <w:tc>
          <w:tcPr>
            <w:tcW w:type="dxa" w:w="1440"/>
          </w:tcPr>
          <w:p>
            <w:r>
              <w:t>BAM Cribado drogas lote 1 · exp. 2026/SP01491010/00000087E</w:t>
            </w:r>
          </w:p>
        </w:tc>
        <w:tc>
          <w:tcPr>
            <w:tcW w:type="dxa" w:w="1440"/>
          </w:tcPr>
          <w:p>
            <w:r>
              <w:t>Inspección General de Sanidad de la Defensa · NIF S2800086G</w:t>
            </w:r>
          </w:p>
        </w:tc>
        <w:tc>
          <w:tcPr>
            <w:tcW w:type="dxa" w:w="1440"/>
          </w:tcPr>
          <w:p>
            <w:r>
              <w:t>165.289,26 €</w:t>
            </w:r>
          </w:p>
        </w:tc>
        <w:tc>
          <w:tcPr>
            <w:tcW w:type="dxa" w:w="1440"/>
          </w:tcPr>
          <w:p>
            <w:r>
              <w:t>19/03/2026</w:t>
            </w:r>
          </w:p>
        </w:tc>
        <w:tc>
          <w:tcPr>
            <w:tcW w:type="dxa" w:w="1440"/>
          </w:tcPr>
          <w:p>
            <w:r>
              <w:t>20/03/2026 – en curso</w:t>
            </w:r>
          </w:p>
        </w:tc>
        <w:tc>
          <w:tcPr>
            <w:tcW w:type="dxa" w:w="1440"/>
          </w:tcPr>
          <w:p>
            <w:r>
              <w:rPr>
                <w:highlight w:val="yellow"/>
              </w:rPr>
              <w:t>rellenar</w:t>
            </w:r>
          </w:p>
        </w:tc>
      </w:tr>
      <w:tr>
        <w:tc>
          <w:tcPr>
            <w:tcW w:type="dxa" w:w="1440"/>
          </w:tcPr>
          <w:p>
            <w:r>
              <w:t>Suministro de reactivos de enzimoinmunoensayo homogéneo mediante detección espectrofotométrica para el análisis de drogas y fármacos en los Departamentos y Delegación del Instituto Nacional de Toxicología y Ciencias Forenses e Institutos de Medicina Legal y Ciencias Forenses. · exp. ASU/2025/107</w:t>
            </w:r>
          </w:p>
        </w:tc>
        <w:tc>
          <w:tcPr>
            <w:tcW w:type="dxa" w:w="1440"/>
          </w:tcPr>
          <w:p>
            <w:r>
              <w:t>Junta de Contratación de la Secretaría de Estado de Justicia · NIF S2813610I</w:t>
            </w:r>
          </w:p>
        </w:tc>
        <w:tc>
          <w:tcPr>
            <w:tcW w:type="dxa" w:w="1440"/>
          </w:tcPr>
          <w:p>
            <w:r>
              <w:t>648.448,90 €</w:t>
            </w:r>
          </w:p>
        </w:tc>
        <w:tc>
          <w:tcPr>
            <w:tcW w:type="dxa" w:w="1440"/>
          </w:tcPr>
          <w:p>
            <w:r>
              <w:t>18/02/2026</w:t>
            </w:r>
          </w:p>
        </w:tc>
        <w:tc>
          <w:tcPr>
            <w:tcW w:type="dxa" w:w="1440"/>
          </w:tcPr>
          <w:p>
            <w:r>
              <w:t>18/03/2026 – en curso</w:t>
            </w:r>
          </w:p>
        </w:tc>
        <w:tc>
          <w:tcPr>
            <w:tcW w:type="dxa" w:w="1440"/>
          </w:tcPr>
          <w:p>
            <w:r>
              <w:rPr>
                <w:highlight w:val="yellow"/>
              </w:rPr>
              <w:t>rellenar</w:t>
            </w:r>
          </w:p>
        </w:tc>
      </w:tr>
      <w:tr>
        <w:tc>
          <w:tcPr>
            <w:tcW w:type="dxa" w:w="1440"/>
          </w:tcPr>
          <w:p>
            <w:r>
              <w:t>Suministro de determinaciones diagnósticas del sistema de autoinmunidad y</w:t>
              <w:br/>
              <w:br/>
              <w:t>arrendamiento maquinas analizadoras. · exp. HV/2024/5/1002 2º Basado en Acuerdo Marco</w:t>
            </w:r>
          </w:p>
        </w:tc>
        <w:tc>
          <w:tcPr>
            <w:tcW w:type="dxa" w:w="1440"/>
          </w:tcPr>
          <w:p>
            <w:r>
              <w:t>Servicio Cántabro de Salud · NIF Q3900738J</w:t>
            </w:r>
          </w:p>
        </w:tc>
        <w:tc>
          <w:tcPr>
            <w:tcW w:type="dxa" w:w="1440"/>
          </w:tcPr>
          <w:p>
            <w:r>
              <w:t>8.659,20 €</w:t>
            </w:r>
          </w:p>
        </w:tc>
        <w:tc>
          <w:tcPr>
            <w:tcW w:type="dxa" w:w="1440"/>
          </w:tcPr>
          <w:p>
            <w:r>
              <w:t>30/01/2026</w:t>
            </w:r>
          </w:p>
        </w:tc>
        <w:tc>
          <w:tcPr>
            <w:tcW w:type="dxa" w:w="1440"/>
          </w:tcPr>
          <w:p>
            <w:r>
              <w:t>31/01/2026 – 31/03/2026</w:t>
            </w:r>
          </w:p>
        </w:tc>
        <w:tc>
          <w:tcPr>
            <w:tcW w:type="dxa" w:w="1440"/>
          </w:tcPr>
          <w:p>
            <w:r>
              <w:rPr>
                <w:highlight w:val="yellow"/>
              </w:rPr>
              <w:t>rellenar</w:t>
            </w:r>
          </w:p>
        </w:tc>
      </w:tr>
      <w:tr>
        <w:tc>
          <w:tcPr>
            <w:tcW w:type="dxa" w:w="1440"/>
          </w:tcPr>
          <w:p>
            <w:r>
              <w:t>Autoinmunidad y arrendamiento máquinas analizadoras AM HV/2024/0/0002 · exp. HV BASADO AM 202451002 B62014485 ENERO26</w:t>
            </w:r>
          </w:p>
        </w:tc>
        <w:tc>
          <w:tcPr>
            <w:tcW w:type="dxa" w:w="1440"/>
          </w:tcPr>
          <w:p>
            <w:r>
              <w:t>Servicio Cántabro de Salud · NIF Q3900738J</w:t>
            </w:r>
          </w:p>
        </w:tc>
        <w:tc>
          <w:tcPr>
            <w:tcW w:type="dxa" w:w="1440"/>
          </w:tcPr>
          <w:p>
            <w:r>
              <w:t>112,10 €</w:t>
            </w:r>
          </w:p>
        </w:tc>
        <w:tc>
          <w:tcPr>
            <w:tcW w:type="dxa" w:w="1440"/>
          </w:tcPr>
          <w:p>
            <w:r>
              <w:t>26/01/2026</w:t>
            </w:r>
          </w:p>
        </w:tc>
        <w:tc>
          <w:tcPr>
            <w:tcW w:type="dxa" w:w="1440"/>
          </w:tcPr>
          <w:p>
            <w:r>
              <w:t>26/01/2026 – 27/01/2026</w:t>
            </w:r>
          </w:p>
        </w:tc>
        <w:tc>
          <w:tcPr>
            <w:tcW w:type="dxa" w:w="1440"/>
          </w:tcPr>
          <w:p>
            <w:r>
              <w:rPr>
                <w:highlight w:val="yellow"/>
              </w:rPr>
              <w:t>rellenar</w:t>
            </w:r>
          </w:p>
        </w:tc>
      </w:tr>
      <w:tr>
        <w:tc>
          <w:tcPr>
            <w:tcW w:type="dxa" w:w="1440"/>
          </w:tcPr>
          <w:p>
            <w:r>
              <w:t>lote 14 reactivos para inmunología: alergias · exp. 1005/2025HCD</w:t>
            </w:r>
          </w:p>
        </w:tc>
        <w:tc>
          <w:tcPr>
            <w:tcW w:type="dxa" w:w="1440"/>
          </w:tcPr>
          <w:p>
            <w:r>
              <w:t>Inspección General de Sanidad de la Defensa · NIF S2800086G</w:t>
            </w:r>
          </w:p>
        </w:tc>
        <w:tc>
          <w:tcPr>
            <w:tcW w:type="dxa" w:w="1440"/>
          </w:tcPr>
          <w:p>
            <w:r>
              <w:t>95.041,32 €</w:t>
            </w:r>
          </w:p>
        </w:tc>
        <w:tc>
          <w:tcPr>
            <w:tcW w:type="dxa" w:w="1440"/>
          </w:tcPr>
          <w:p>
            <w:r>
              <w:t>18/12/2025</w:t>
            </w:r>
          </w:p>
        </w:tc>
        <w:tc>
          <w:tcPr>
            <w:tcW w:type="dxa" w:w="1440"/>
          </w:tcPr>
          <w:p>
            <w:r>
              <w:t>18/12/2025 – en curso</w:t>
            </w:r>
          </w:p>
        </w:tc>
        <w:tc>
          <w:tcPr>
            <w:tcW w:type="dxa" w:w="1440"/>
          </w:tcPr>
          <w:p>
            <w:r>
              <w:rPr>
                <w:highlight w:val="yellow"/>
              </w:rPr>
              <w:t>rellenar</w:t>
            </w:r>
          </w:p>
        </w:tc>
      </w:tr>
      <w:tr>
        <w:tc>
          <w:tcPr>
            <w:tcW w:type="dxa" w:w="1440"/>
          </w:tcPr>
          <w:p>
            <w:r>
              <w:t>Suministro de reactivos para el servicio de farmacología clínica del HUMV (HV/2024/0/0018) · exp. HV BASADO AM 2024/5/1018 B62014485 DICIEMBRE 2025</w:t>
            </w:r>
          </w:p>
        </w:tc>
        <w:tc>
          <w:tcPr>
            <w:tcW w:type="dxa" w:w="1440"/>
          </w:tcPr>
          <w:p>
            <w:r>
              <w:t>Servicio Cántabro de Salud · NIF Q3900738J</w:t>
            </w:r>
          </w:p>
        </w:tc>
        <w:tc>
          <w:tcPr>
            <w:tcW w:type="dxa" w:w="1440"/>
          </w:tcPr>
          <w:p>
            <w:r>
              <w:t>1.890,00 €</w:t>
            </w:r>
          </w:p>
        </w:tc>
        <w:tc>
          <w:tcPr>
            <w:tcW w:type="dxa" w:w="1440"/>
          </w:tcPr>
          <w:p>
            <w:r>
              <w:t>17/12/2025</w:t>
            </w:r>
          </w:p>
        </w:tc>
        <w:tc>
          <w:tcPr>
            <w:tcW w:type="dxa" w:w="1440"/>
          </w:tcPr>
          <w:p>
            <w:r>
              <w:t>17/12/2025 – 18/12/2025</w:t>
            </w:r>
          </w:p>
        </w:tc>
        <w:tc>
          <w:tcPr>
            <w:tcW w:type="dxa" w:w="1440"/>
          </w:tcPr>
          <w:p>
            <w:r>
              <w:rPr>
                <w:highlight w:val="yellow"/>
              </w:rPr>
              <w:t>rellenar</w:t>
            </w:r>
          </w:p>
        </w:tc>
      </w:tr>
      <w:tr>
        <w:tc>
          <w:tcPr>
            <w:tcW w:type="dxa" w:w="1440"/>
          </w:tcPr>
          <w:p>
            <w:r>
              <w:t>Suministro de determinaciones diagnósticas del sistema de autoinmunidad y arrendamiento maquinas analizadoras. · exp. HV/2024/5/1002 1º Basado en Acuerdo Marco</w:t>
            </w:r>
          </w:p>
        </w:tc>
        <w:tc>
          <w:tcPr>
            <w:tcW w:type="dxa" w:w="1440"/>
          </w:tcPr>
          <w:p>
            <w:r>
              <w:t>Servicio Cántabro de Salud · NIF Q3900738J</w:t>
            </w:r>
          </w:p>
        </w:tc>
        <w:tc>
          <w:tcPr>
            <w:tcW w:type="dxa" w:w="1440"/>
          </w:tcPr>
          <w:p>
            <w:r>
              <w:t>89.379,20 €</w:t>
            </w:r>
          </w:p>
        </w:tc>
        <w:tc>
          <w:tcPr>
            <w:tcW w:type="dxa" w:w="1440"/>
          </w:tcPr>
          <w:p>
            <w:r>
              <w:t>12/12/2025</w:t>
            </w:r>
          </w:p>
        </w:tc>
        <w:tc>
          <w:tcPr>
            <w:tcW w:type="dxa" w:w="1440"/>
          </w:tcPr>
          <w:p>
            <w:r>
              <w:t>01/01/2026 – 01/04/2026</w:t>
            </w:r>
          </w:p>
        </w:tc>
        <w:tc>
          <w:tcPr>
            <w:tcW w:type="dxa" w:w="1440"/>
          </w:tcPr>
          <w:p>
            <w:r>
              <w:rPr>
                <w:highlight w:val="yellow"/>
              </w:rPr>
              <w:t>rellenar</w:t>
            </w:r>
          </w:p>
        </w:tc>
      </w:tr>
      <w:tr>
        <w:tc>
          <w:tcPr>
            <w:tcW w:type="dxa" w:w="1440"/>
          </w:tcPr>
          <w:p>
            <w:r>
              <w:t>Suministro de reactivos para la determinación de resistencias a antimicrobianos por el método de microdilución en caldo en el Laboratorio Central de Veterinaria en Algete (Madrid).Año 2026. (lote 2) · exp. 2025000191AC</w:t>
            </w:r>
          </w:p>
        </w:tc>
        <w:tc>
          <w:tcPr>
            <w:tcW w:type="dxa" w:w="1440"/>
          </w:tcPr>
          <w:p>
            <w:r>
              <w:t>Dirección General de Sanidad de la Producción Agroalimentaria y Bienestar Animal · NIF S2800556I</w:t>
            </w:r>
          </w:p>
        </w:tc>
        <w:tc>
          <w:tcPr>
            <w:tcW w:type="dxa" w:w="1440"/>
          </w:tcPr>
          <w:p>
            <w:r>
              <w:t>7.467,99 €</w:t>
            </w:r>
          </w:p>
        </w:tc>
        <w:tc>
          <w:tcPr>
            <w:tcW w:type="dxa" w:w="1440"/>
          </w:tcPr>
          <w:p>
            <w:r>
              <w:t>09/12/2025</w:t>
            </w:r>
          </w:p>
        </w:tc>
        <w:tc>
          <w:tcPr>
            <w:tcW w:type="dxa" w:w="1440"/>
          </w:tcPr>
          <w:p>
            <w:r>
              <w:t>09/01/2026 – en curso</w:t>
            </w:r>
          </w:p>
        </w:tc>
        <w:tc>
          <w:tcPr>
            <w:tcW w:type="dxa" w:w="1440"/>
          </w:tcPr>
          <w:p>
            <w:r>
              <w:rPr>
                <w:highlight w:val="yellow"/>
              </w:rPr>
              <w:t>rellenar</w:t>
            </w:r>
          </w:p>
        </w:tc>
      </w:tr>
      <w:tr>
        <w:tc>
          <w:tcPr>
            <w:tcW w:type="dxa" w:w="1440"/>
          </w:tcPr>
          <w:p>
            <w:r>
              <w:t>suministro de reactivos y kits de biología molecular y para el laboratorio de legionella necesarios para los servicios laboratoriales del Centro Militar de Veterinaria de la Defensa · exp. 2025/SP01400010/00001062E</w:t>
            </w:r>
          </w:p>
        </w:tc>
        <w:tc>
          <w:tcPr>
            <w:tcW w:type="dxa" w:w="1440"/>
          </w:tcPr>
          <w:p>
            <w:r>
              <w:t>Inspección General de Sanidad de la Defensa · NIF S2800086G</w:t>
            </w:r>
          </w:p>
        </w:tc>
        <w:tc>
          <w:tcPr>
            <w:tcW w:type="dxa" w:w="1440"/>
          </w:tcPr>
          <w:p>
            <w:r>
              <w:t>77.928,58 €</w:t>
            </w:r>
          </w:p>
        </w:tc>
        <w:tc>
          <w:tcPr>
            <w:tcW w:type="dxa" w:w="1440"/>
          </w:tcPr>
          <w:p>
            <w:r>
              <w:t>04/12/2025</w:t>
            </w:r>
          </w:p>
        </w:tc>
        <w:tc>
          <w:tcPr>
            <w:tcW w:type="dxa" w:w="1440"/>
          </w:tcPr>
          <w:p>
            <w:r>
              <w:t>01/01/2026 – en curso</w:t>
            </w:r>
          </w:p>
        </w:tc>
        <w:tc>
          <w:tcPr>
            <w:tcW w:type="dxa" w:w="1440"/>
          </w:tcPr>
          <w:p>
            <w:r>
              <w:rPr>
                <w:highlight w:val="yellow"/>
              </w:rPr>
              <w:t>rellenar</w:t>
            </w:r>
          </w:p>
        </w:tc>
      </w:tr>
      <w:tr>
        <w:tc>
          <w:tcPr>
            <w:tcW w:type="dxa" w:w="1440"/>
          </w:tcPr>
          <w:p>
            <w:r>
              <w:t>Suministro de reactivos para la determinación de resistencias a antimicrobianos por el método de microdilución en caldo en el Laboratorio Central de Veterinaria en Algete (Madrid).Año 2026. (lote 1) · exp. 2025000191AC</w:t>
            </w:r>
          </w:p>
        </w:tc>
        <w:tc>
          <w:tcPr>
            <w:tcW w:type="dxa" w:w="1440"/>
          </w:tcPr>
          <w:p>
            <w:r>
              <w:t>Dirección General de Sanidad de la Producción Agroalimentaria y Bienestar Animal · NIF S2800556I</w:t>
            </w:r>
          </w:p>
        </w:tc>
        <w:tc>
          <w:tcPr>
            <w:tcW w:type="dxa" w:w="1440"/>
          </w:tcPr>
          <w:p>
            <w:r>
              <w:t>39.100,78 €</w:t>
            </w:r>
          </w:p>
        </w:tc>
        <w:tc>
          <w:tcPr>
            <w:tcW w:type="dxa" w:w="1440"/>
          </w:tcPr>
          <w:p>
            <w:r>
              <w:t>27/11/2025</w:t>
            </w:r>
          </w:p>
        </w:tc>
        <w:tc>
          <w:tcPr>
            <w:tcW w:type="dxa" w:w="1440"/>
          </w:tcPr>
          <w:p>
            <w:r>
              <w:t>27/12/2025 – en curso</w:t>
            </w:r>
          </w:p>
        </w:tc>
        <w:tc>
          <w:tcPr>
            <w:tcW w:type="dxa" w:w="1440"/>
          </w:tcPr>
          <w:p>
            <w:r>
              <w:rPr>
                <w:highlight w:val="yellow"/>
              </w:rPr>
              <w:t>rellenar</w:t>
            </w:r>
          </w:p>
        </w:tc>
      </w:tr>
      <w:tr>
        <w:tc>
          <w:tcPr>
            <w:tcW w:type="dxa" w:w="1440"/>
          </w:tcPr>
          <w:p>
            <w:r>
              <w:t>Suministro de reactivos, material fungible y medios auxiliares para las técnicas de microbiología y biotecnología del Laboratorio de Salud Pública de Madrid Salud (10 lotes) (lote 3) · exp. 300/2025/01239</w:t>
            </w:r>
          </w:p>
        </w:tc>
        <w:tc>
          <w:tcPr>
            <w:tcW w:type="dxa" w:w="1440"/>
          </w:tcPr>
          <w:p>
            <w:r>
              <w:t>Organismo Autónomo Madrid Salud · NIF P2800062H</w:t>
            </w:r>
          </w:p>
        </w:tc>
        <w:tc>
          <w:tcPr>
            <w:tcW w:type="dxa" w:w="1440"/>
          </w:tcPr>
          <w:p>
            <w:r>
              <w:t>49.138,08 €</w:t>
            </w:r>
          </w:p>
        </w:tc>
        <w:tc>
          <w:tcPr>
            <w:tcW w:type="dxa" w:w="1440"/>
          </w:tcPr>
          <w:p>
            <w:r>
              <w:t>04/11/2025</w:t>
            </w:r>
          </w:p>
        </w:tc>
        <w:tc>
          <w:tcPr>
            <w:tcW w:type="dxa" w:w="1440"/>
          </w:tcPr>
          <w:p>
            <w:r>
              <w:t>01/01/2026 – en curso</w:t>
            </w:r>
          </w:p>
        </w:tc>
        <w:tc>
          <w:tcPr>
            <w:tcW w:type="dxa" w:w="1440"/>
          </w:tcPr>
          <w:p>
            <w:r>
              <w:rPr>
                <w:highlight w:val="yellow"/>
              </w:rPr>
              <w:t>rellenar</w:t>
            </w:r>
          </w:p>
        </w:tc>
      </w:tr>
      <w:tr>
        <w:tc>
          <w:tcPr>
            <w:tcW w:type="dxa" w:w="1440"/>
          </w:tcPr>
          <w:p>
            <w:r>
              <w:t>Suministro de reactivos, material y dotación del equipamiento necesario, en régimen de cesión de uso, para la realización de diversas pruebas analíticas, con destino a la Unidad de Gestión Clínica del Laboratorio de Bioquímica del Área Sanitaria III del Servicio de Salud del Principado de Asturias (lote 7) · exp. 2025000071</w:t>
            </w:r>
          </w:p>
        </w:tc>
        <w:tc>
          <w:tcPr>
            <w:tcW w:type="dxa" w:w="1440"/>
          </w:tcPr>
          <w:p>
            <w:r>
              <w:t>Gerencia del Área Sanitaria III - Avilés del Servicio de Salud del Principado de Asturias (SESPA) · NIF Q8350064E</w:t>
            </w:r>
          </w:p>
        </w:tc>
        <w:tc>
          <w:tcPr>
            <w:tcW w:type="dxa" w:w="1440"/>
          </w:tcPr>
          <w:p>
            <w:r>
              <w:t>94.500,00 €</w:t>
            </w:r>
          </w:p>
        </w:tc>
        <w:tc>
          <w:tcPr>
            <w:tcW w:type="dxa" w:w="1440"/>
          </w:tcPr>
          <w:p>
            <w:r>
              <w:t>03/10/2025</w:t>
            </w:r>
          </w:p>
        </w:tc>
        <w:tc>
          <w:tcPr>
            <w:tcW w:type="dxa" w:w="1440"/>
          </w:tcPr>
          <w:p>
            <w:r>
              <w:t>03/11/2025 – en curso</w:t>
            </w:r>
          </w:p>
        </w:tc>
        <w:tc>
          <w:tcPr>
            <w:tcW w:type="dxa" w:w="1440"/>
          </w:tcPr>
          <w:p>
            <w:r>
              <w:rPr>
                <w:highlight w:val="yellow"/>
              </w:rPr>
              <w:t>rellenar</w:t>
            </w:r>
          </w:p>
        </w:tc>
      </w:tr>
      <w:tr>
        <w:tc>
          <w:tcPr>
            <w:tcW w:type="dxa" w:w="1440"/>
          </w:tcPr>
          <w:p>
            <w:r>
              <w:t>Suministro de reactivos, material y dotación del equipamiento necesario, en régimen de cesión de uso, para la realización de diversas pruebas analíticas, con destino a la Unidad de Gestión Clínica del Laboratorio de Bioquímica del Área Sanitaria III del Servicio de Salud del Principado de Asturias (lote 8) · exp. 2025000071</w:t>
            </w:r>
          </w:p>
        </w:tc>
        <w:tc>
          <w:tcPr>
            <w:tcW w:type="dxa" w:w="1440"/>
          </w:tcPr>
          <w:p>
            <w:r>
              <w:t>Gerencia del Área Sanitaria III - Avilés del Servicio de Salud del Principado de Asturias (SESPA) · NIF Q8350064E</w:t>
            </w:r>
          </w:p>
        </w:tc>
        <w:tc>
          <w:tcPr>
            <w:tcW w:type="dxa" w:w="1440"/>
          </w:tcPr>
          <w:p>
            <w:r>
              <w:t>106.314,00 €</w:t>
            </w:r>
          </w:p>
        </w:tc>
        <w:tc>
          <w:tcPr>
            <w:tcW w:type="dxa" w:w="1440"/>
          </w:tcPr>
          <w:p>
            <w:r>
              <w:t>03/10/2025</w:t>
            </w:r>
          </w:p>
        </w:tc>
        <w:tc>
          <w:tcPr>
            <w:tcW w:type="dxa" w:w="1440"/>
          </w:tcPr>
          <w:p>
            <w:r>
              <w:t>03/11/2025 – en curso</w:t>
            </w:r>
          </w:p>
        </w:tc>
        <w:tc>
          <w:tcPr>
            <w:tcW w:type="dxa" w:w="1440"/>
          </w:tcPr>
          <w:p>
            <w:r>
              <w:rPr>
                <w:highlight w:val="yellow"/>
              </w:rPr>
              <w:t>rellenar</w:t>
            </w:r>
          </w:p>
        </w:tc>
      </w:tr>
      <w:tr>
        <w:tc>
          <w:tcPr>
            <w:tcW w:type="dxa" w:w="1440"/>
          </w:tcPr>
          <w:p>
            <w:r>
              <w:t>Suministro de reactivos, material y dotación del equipamiento necesario, en régimen de cesión de uso, para la realización de diversas pruebas analíticas, con destino a la Unidad de Gestión Clínica del Laboratorio de Bioquímica del Área Sanitaria III del Servicio de Salud del Principado de Asturias (lote 9) · exp. 2025000071</w:t>
            </w:r>
          </w:p>
        </w:tc>
        <w:tc>
          <w:tcPr>
            <w:tcW w:type="dxa" w:w="1440"/>
          </w:tcPr>
          <w:p>
            <w:r>
              <w:t>Gerencia del Área Sanitaria III - Avilés del Servicio de Salud del Principado de Asturias (SESPA) · NIF Q8350064E</w:t>
            </w:r>
          </w:p>
        </w:tc>
        <w:tc>
          <w:tcPr>
            <w:tcW w:type="dxa" w:w="1440"/>
          </w:tcPr>
          <w:p>
            <w:r>
              <w:t>133.098,00 €</w:t>
            </w:r>
          </w:p>
        </w:tc>
        <w:tc>
          <w:tcPr>
            <w:tcW w:type="dxa" w:w="1440"/>
          </w:tcPr>
          <w:p>
            <w:r>
              <w:t>03/10/2025</w:t>
            </w:r>
          </w:p>
        </w:tc>
        <w:tc>
          <w:tcPr>
            <w:tcW w:type="dxa" w:w="1440"/>
          </w:tcPr>
          <w:p>
            <w:r>
              <w:t>03/11/2025 – en curso</w:t>
            </w:r>
          </w:p>
        </w:tc>
        <w:tc>
          <w:tcPr>
            <w:tcW w:type="dxa" w:w="1440"/>
          </w:tcPr>
          <w:p>
            <w:r>
              <w:rPr>
                <w:highlight w:val="yellow"/>
              </w:rPr>
              <w:t>rellenar</w:t>
            </w:r>
          </w:p>
        </w:tc>
      </w:tr>
      <w:tr>
        <w:tc>
          <w:tcPr>
            <w:tcW w:type="dxa" w:w="1440"/>
          </w:tcPr>
          <w:p>
            <w:r>
              <w:t>Suministro de productos de microbiología para diagnóstico de diferentes enfermedades bacterianas para el Laboratorio Central de Veterinaria (Algete, Madrid) y el Laboratorio Central de Sanidad Animal (Santa Fe, Granada) durante 24 meses (lote 1) · exp. 20250000158E</w:t>
            </w:r>
          </w:p>
        </w:tc>
        <w:tc>
          <w:tcPr>
            <w:tcW w:type="dxa" w:w="1440"/>
          </w:tcPr>
          <w:p>
            <w:r>
              <w:t>Junta de Contratación del Ministerio de Agricultura, Pesca y Alimentación · NIF S2800556I</w:t>
            </w:r>
          </w:p>
        </w:tc>
        <w:tc>
          <w:tcPr>
            <w:tcW w:type="dxa" w:w="1440"/>
          </w:tcPr>
          <w:p>
            <w:r>
              <w:t>49.888,10 €</w:t>
            </w:r>
          </w:p>
        </w:tc>
        <w:tc>
          <w:tcPr>
            <w:tcW w:type="dxa" w:w="1440"/>
          </w:tcPr>
          <w:p>
            <w:r>
              <w:t>30/09/2025</w:t>
            </w:r>
          </w:p>
        </w:tc>
        <w:tc>
          <w:tcPr>
            <w:tcW w:type="dxa" w:w="1440"/>
          </w:tcPr>
          <w:p>
            <w:r>
              <w:t>30/10/2025 – en curso</w:t>
            </w:r>
          </w:p>
        </w:tc>
        <w:tc>
          <w:tcPr>
            <w:tcW w:type="dxa" w:w="1440"/>
          </w:tcPr>
          <w:p>
            <w:r>
              <w:rPr>
                <w:highlight w:val="yellow"/>
              </w:rPr>
              <w:t>rellenar</w:t>
            </w:r>
          </w:p>
        </w:tc>
      </w:tr>
      <w:tr>
        <w:tc>
          <w:tcPr>
            <w:tcW w:type="dxa" w:w="1440"/>
          </w:tcPr>
          <w:p>
            <w:r>
              <w:t>derivado am 1661/2024 suministro de reactivos y fungibles para el servicio de inmunología, lote 1: autoinmunidad varios - hcd - hito 2025 · exp. 530/2025HCD</w:t>
            </w:r>
          </w:p>
        </w:tc>
        <w:tc>
          <w:tcPr>
            <w:tcW w:type="dxa" w:w="1440"/>
          </w:tcPr>
          <w:p>
            <w:r>
              <w:t>Inspección General de Sanidad de la Defensa · NIF S2800086G</w:t>
            </w:r>
          </w:p>
        </w:tc>
        <w:tc>
          <w:tcPr>
            <w:tcW w:type="dxa" w:w="1440"/>
          </w:tcPr>
          <w:p>
            <w:r>
              <w:t>33.057,85 €</w:t>
            </w:r>
          </w:p>
        </w:tc>
        <w:tc>
          <w:tcPr>
            <w:tcW w:type="dxa" w:w="1440"/>
          </w:tcPr>
          <w:p>
            <w:r>
              <w:t>26/08/2025</w:t>
            </w:r>
          </w:p>
        </w:tc>
        <w:tc>
          <w:tcPr>
            <w:tcW w:type="dxa" w:w="1440"/>
          </w:tcPr>
          <w:p>
            <w:r>
              <w:t>… – …</w:t>
            </w:r>
          </w:p>
        </w:tc>
        <w:tc>
          <w:tcPr>
            <w:tcW w:type="dxa" w:w="1440"/>
          </w:tcPr>
          <w:p>
            <w:r>
              <w:rPr>
                <w:highlight w:val="yellow"/>
              </w:rPr>
              <w:t>rellenar</w:t>
            </w:r>
          </w:p>
        </w:tc>
      </w:tr>
      <w:tr>
        <w:tc>
          <w:tcPr>
            <w:tcW w:type="dxa" w:w="1440"/>
          </w:tcPr>
          <w:p>
            <w:r>
              <w:t>derivado am 1594/2024 suministro de reactivos y fungibles para el servicio de análisis clínicos lote 2- hito 1-hcd · exp. 506/2025HCD</w:t>
            </w:r>
          </w:p>
        </w:tc>
        <w:tc>
          <w:tcPr>
            <w:tcW w:type="dxa" w:w="1440"/>
          </w:tcPr>
          <w:p>
            <w:r>
              <w:t>Inspección General de Sanidad de la Defensa · NIF S2800086G</w:t>
            </w:r>
          </w:p>
        </w:tc>
        <w:tc>
          <w:tcPr>
            <w:tcW w:type="dxa" w:w="1440"/>
          </w:tcPr>
          <w:p>
            <w:r>
              <w:t>11.479,34 €</w:t>
            </w:r>
          </w:p>
        </w:tc>
        <w:tc>
          <w:tcPr>
            <w:tcW w:type="dxa" w:w="1440"/>
          </w:tcPr>
          <w:p>
            <w:r>
              <w:t>18/08/2025</w:t>
            </w:r>
          </w:p>
        </w:tc>
        <w:tc>
          <w:tcPr>
            <w:tcW w:type="dxa" w:w="1440"/>
          </w:tcPr>
          <w:p>
            <w:r>
              <w:t>… – …</w:t>
            </w:r>
          </w:p>
        </w:tc>
        <w:tc>
          <w:tcPr>
            <w:tcW w:type="dxa" w:w="1440"/>
          </w:tcPr>
          <w:p>
            <w:r>
              <w:rPr>
                <w:highlight w:val="yellow"/>
              </w:rPr>
              <w:t>rellenar</w:t>
            </w:r>
          </w:p>
        </w:tc>
      </w:tr>
      <w:tr>
        <w:tc>
          <w:tcPr>
            <w:tcW w:type="dxa" w:w="1440"/>
          </w:tcPr>
          <w:p>
            <w:r>
              <w:t>PA 2026 BAM Suministro de reactivos para el cribado de drogas de abuso en orina por inmunoanálisis (Lote 1) CEMILFARDEF · exp. 2025/SP01491010/00000423E</w:t>
            </w:r>
          </w:p>
        </w:tc>
        <w:tc>
          <w:tcPr>
            <w:tcW w:type="dxa" w:w="1440"/>
          </w:tcPr>
          <w:p>
            <w:r>
              <w:t>Inspección General de Sanidad de la Defensa · NIF S2800086G</w:t>
            </w:r>
          </w:p>
        </w:tc>
        <w:tc>
          <w:tcPr>
            <w:tcW w:type="dxa" w:w="1440"/>
          </w:tcPr>
          <w:p>
            <w:r>
              <w:t>123.966,94 €</w:t>
            </w:r>
          </w:p>
        </w:tc>
        <w:tc>
          <w:tcPr>
            <w:tcW w:type="dxa" w:w="1440"/>
          </w:tcPr>
          <w:p>
            <w:r>
              <w:t>01/08/2025</w:t>
            </w:r>
          </w:p>
        </w:tc>
        <w:tc>
          <w:tcPr>
            <w:tcW w:type="dxa" w:w="1440"/>
          </w:tcPr>
          <w:p>
            <w:r>
              <w:t>30/07/2025 – en curso</w:t>
            </w:r>
          </w:p>
        </w:tc>
        <w:tc>
          <w:tcPr>
            <w:tcW w:type="dxa" w:w="1440"/>
          </w:tcPr>
          <w:p>
            <w:r>
              <w:rPr>
                <w:highlight w:val="yellow"/>
              </w:rPr>
              <w:t>rellenar</w:t>
            </w:r>
          </w:p>
        </w:tc>
      </w:tr>
      <w:tr>
        <w:tc>
          <w:tcPr>
            <w:tcW w:type="dxa" w:w="1440"/>
          </w:tcPr>
          <w:p>
            <w:r>
              <w:t>exp. 1313/2026 dam 1661/2024 suministro de reactivos y fungibles para el servicio de inmunología, lote 1: autoinmunidad varios - hcd - hito 1 · exp. 2026/SP01460020/00001313E</w:t>
            </w:r>
          </w:p>
        </w:tc>
        <w:tc>
          <w:tcPr>
            <w:tcW w:type="dxa" w:w="1440"/>
          </w:tcPr>
          <w:p>
            <w:r>
              <w:t>Inspección General de Sanidad de la Defensa · NIF S2800086G</w:t>
            </w:r>
          </w:p>
        </w:tc>
        <w:tc>
          <w:tcPr>
            <w:tcW w:type="dxa" w:w="1440"/>
          </w:tcPr>
          <w:p>
            <w:r>
              <w:t>61.983,47 €</w:t>
            </w:r>
          </w:p>
        </w:tc>
        <w:tc>
          <w:tcPr>
            <w:tcW w:type="dxa" w:w="1440"/>
          </w:tcPr>
          <w:p>
            <w:r>
              <w:t>24/06/2025</w:t>
            </w:r>
          </w:p>
        </w:tc>
        <w:tc>
          <w:tcPr>
            <w:tcW w:type="dxa" w:w="1440"/>
          </w:tcPr>
          <w:p>
            <w:r>
              <w:t>18/03/2026 – en curso</w:t>
            </w:r>
          </w:p>
        </w:tc>
        <w:tc>
          <w:tcPr>
            <w:tcW w:type="dxa" w:w="1440"/>
          </w:tcPr>
          <w:p>
            <w:r>
              <w:rPr>
                <w:highlight w:val="yellow"/>
              </w:rPr>
              <w:t>rellenar</w:t>
            </w:r>
          </w:p>
        </w:tc>
      </w:tr>
      <w:tr>
        <w:tc>
          <w:tcPr>
            <w:tcW w:type="dxa" w:w="1440"/>
          </w:tcPr>
          <w:p>
            <w:r>
              <w:t>Suministro de reactivos, tecnología y sistemas de información para el laboratorio del Hospital Universitario de Ceuta. (lote 21) · exp. PA/2024/039/GCE</w:t>
            </w:r>
          </w:p>
        </w:tc>
        <w:tc>
          <w:tcPr>
            <w:tcW w:type="dxa" w:w="1440"/>
          </w:tcPr>
          <w:p>
            <w:r>
              <w:t>Gerencia de Atención Sanitaria del Instituto Nacional de Gestión Sanitaria en Ceuta · NIF S5100013A</w:t>
            </w:r>
          </w:p>
        </w:tc>
        <w:tc>
          <w:tcPr>
            <w:tcW w:type="dxa" w:w="1440"/>
          </w:tcPr>
          <w:p>
            <w:r>
              <w:t>9.184,80 €</w:t>
            </w:r>
          </w:p>
        </w:tc>
        <w:tc>
          <w:tcPr>
            <w:tcW w:type="dxa" w:w="1440"/>
          </w:tcPr>
          <w:p>
            <w:r>
              <w:t>24/06/2025</w:t>
            </w:r>
          </w:p>
        </w:tc>
        <w:tc>
          <w:tcPr>
            <w:tcW w:type="dxa" w:w="1440"/>
          </w:tcPr>
          <w:p>
            <w:r>
              <w:t>24/07/2025 – en curso</w:t>
            </w:r>
          </w:p>
        </w:tc>
        <w:tc>
          <w:tcPr>
            <w:tcW w:type="dxa" w:w="1440"/>
          </w:tcPr>
          <w:p>
            <w:r>
              <w:rPr>
                <w:highlight w:val="yellow"/>
              </w:rPr>
              <w:t>rellenar</w:t>
            </w:r>
          </w:p>
        </w:tc>
      </w:tr>
      <w:tr>
        <w:tc>
          <w:tcPr>
            <w:tcW w:type="dxa" w:w="1440"/>
          </w:tcPr>
          <w:p>
            <w:r>
              <w:t>Suministro de reactivos, tecnología y sistemas de información para el laboratorio del Hospital Universitario de Ceuta. (lote 9) · exp. PA/2024/039/GCE</w:t>
            </w:r>
          </w:p>
        </w:tc>
        <w:tc>
          <w:tcPr>
            <w:tcW w:type="dxa" w:w="1440"/>
          </w:tcPr>
          <w:p>
            <w:r>
              <w:t>Gerencia de Atención Sanitaria del Instituto Nacional de Gestión Sanitaria en Ceuta · NIF S5100013A</w:t>
            </w:r>
          </w:p>
        </w:tc>
        <w:tc>
          <w:tcPr>
            <w:tcW w:type="dxa" w:w="1440"/>
          </w:tcPr>
          <w:p>
            <w:r>
              <w:t>401.044,30 €</w:t>
            </w:r>
          </w:p>
        </w:tc>
        <w:tc>
          <w:tcPr>
            <w:tcW w:type="dxa" w:w="1440"/>
          </w:tcPr>
          <w:p>
            <w:r>
              <w:t>24/06/2025</w:t>
            </w:r>
          </w:p>
        </w:tc>
        <w:tc>
          <w:tcPr>
            <w:tcW w:type="dxa" w:w="1440"/>
          </w:tcPr>
          <w:p>
            <w:r>
              <w:t>24/07/2025 – en curso</w:t>
            </w:r>
          </w:p>
        </w:tc>
        <w:tc>
          <w:tcPr>
            <w:tcW w:type="dxa" w:w="1440"/>
          </w:tcPr>
          <w:p>
            <w:r>
              <w:rPr>
                <w:highlight w:val="yellow"/>
              </w:rPr>
              <w:t>rellenar</w:t>
            </w:r>
          </w:p>
        </w:tc>
      </w:tr>
      <w:tr>
        <w:tc>
          <w:tcPr>
            <w:tcW w:type="dxa" w:w="1440"/>
          </w:tcPr>
          <w:p>
            <w:r>
              <w:t>Suministro de determinaciones diagnósticas del sistema de autoinmunidad y arrendamiento maquinas analizadoras. (lote 6) · exp. AM PA HUMV 2024/0/0002</w:t>
            </w:r>
          </w:p>
        </w:tc>
        <w:tc>
          <w:tcPr>
            <w:tcW w:type="dxa" w:w="1440"/>
          </w:tcPr>
          <w:p>
            <w:r>
              <w:t>Servicio Cántabro de Salud · NIF Q3900738J</w:t>
            </w:r>
          </w:p>
        </w:tc>
        <w:tc>
          <w:tcPr>
            <w:tcW w:type="dxa" w:w="1440"/>
          </w:tcPr>
          <w:p>
            <w:r>
              <w:t>714.293,00 €</w:t>
            </w:r>
          </w:p>
        </w:tc>
        <w:tc>
          <w:tcPr>
            <w:tcW w:type="dxa" w:w="1440"/>
          </w:tcPr>
          <w:p>
            <w:r>
              <w:t>10/06/2025</w:t>
            </w:r>
          </w:p>
        </w:tc>
        <w:tc>
          <w:tcPr>
            <w:tcW w:type="dxa" w:w="1440"/>
          </w:tcPr>
          <w:p>
            <w:r>
              <w:t>10/07/2025 – en curso</w:t>
            </w:r>
          </w:p>
        </w:tc>
        <w:tc>
          <w:tcPr>
            <w:tcW w:type="dxa" w:w="1440"/>
          </w:tcPr>
          <w:p>
            <w:r>
              <w:rPr>
                <w:highlight w:val="yellow"/>
              </w:rPr>
              <w:t>rellenar</w:t>
            </w:r>
          </w:p>
        </w:tc>
      </w:tr>
      <w:tr>
        <w:tc>
          <w:tcPr>
            <w:tcW w:type="dxa" w:w="1440"/>
          </w:tcPr>
          <w:p>
            <w:r>
              <w:t>exp 1492/2026 - dam 1594/2024 sum reactivos y fungibles servicio analisis clinicos - l2 reactivos para screening prenatal y hormonas- hcd · exp. 2026/SP01460020/00001492E</w:t>
            </w:r>
          </w:p>
        </w:tc>
        <w:tc>
          <w:tcPr>
            <w:tcW w:type="dxa" w:w="1440"/>
          </w:tcPr>
          <w:p>
            <w:r>
              <w:t>Inspección General de Sanidad de la Defensa · NIF S2800086G</w:t>
            </w:r>
          </w:p>
        </w:tc>
        <w:tc>
          <w:tcPr>
            <w:tcW w:type="dxa" w:w="1440"/>
          </w:tcPr>
          <w:p>
            <w:r>
              <w:t>21.983,47 €</w:t>
            </w:r>
          </w:p>
        </w:tc>
        <w:tc>
          <w:tcPr>
            <w:tcW w:type="dxa" w:w="1440"/>
          </w:tcPr>
          <w:p>
            <w:r>
              <w:t>09/06/2025</w:t>
            </w:r>
          </w:p>
        </w:tc>
        <w:tc>
          <w:tcPr>
            <w:tcW w:type="dxa" w:w="1440"/>
          </w:tcPr>
          <w:p>
            <w:r>
              <w:t>24/03/2026 – en curso</w:t>
            </w:r>
          </w:p>
        </w:tc>
        <w:tc>
          <w:tcPr>
            <w:tcW w:type="dxa" w:w="1440"/>
          </w:tcPr>
          <w:p>
            <w:r>
              <w:rPr>
                <w:highlight w:val="yellow"/>
              </w:rPr>
              <w:t>rellenar</w:t>
            </w:r>
          </w:p>
        </w:tc>
      </w:tr>
      <w:tr>
        <w:tc>
          <w:tcPr>
            <w:tcW w:type="dxa" w:w="1440"/>
          </w:tcPr>
          <w:p>
            <w:r>
              <w:t>Basado de Acuerdo Marco Suministro de reactivos para el cribado de drogas de abuso en orina por inmunoanálisis (LOTE 1) CEMILFARDEF. · exp. 2025/SP01491010/00000192E</w:t>
            </w:r>
          </w:p>
        </w:tc>
        <w:tc>
          <w:tcPr>
            <w:tcW w:type="dxa" w:w="1440"/>
          </w:tcPr>
          <w:p>
            <w:r>
              <w:t>Inspección General de Sanidad de la Defensa · NIF S2800086G</w:t>
            </w:r>
          </w:p>
        </w:tc>
        <w:tc>
          <w:tcPr>
            <w:tcW w:type="dxa" w:w="1440"/>
          </w:tcPr>
          <w:p>
            <w:r>
              <w:t>165.289,26 €</w:t>
            </w:r>
          </w:p>
        </w:tc>
        <w:tc>
          <w:tcPr>
            <w:tcW w:type="dxa" w:w="1440"/>
          </w:tcPr>
          <w:p>
            <w:r>
              <w:t>24/04/2025</w:t>
            </w:r>
          </w:p>
        </w:tc>
        <w:tc>
          <w:tcPr>
            <w:tcW w:type="dxa" w:w="1440"/>
          </w:tcPr>
          <w:p>
            <w:r>
              <w:t>24/04/2025 – 19/09/2025</w:t>
            </w:r>
          </w:p>
        </w:tc>
        <w:tc>
          <w:tcPr>
            <w:tcW w:type="dxa" w:w="1440"/>
          </w:tcPr>
          <w:p>
            <w:r>
              <w:rPr>
                <w:highlight w:val="yellow"/>
              </w:rPr>
              <w:t>rellenar</w:t>
            </w:r>
          </w:p>
        </w:tc>
      </w:tr>
      <w:tr>
        <w:tc>
          <w:tcPr>
            <w:tcW w:type="dxa" w:w="1440"/>
          </w:tcPr>
          <w:p>
            <w:r>
              <w:t>Tercera prórroga del suministro de medios de cultivo, reactivos y material fungible en el ámbito de los ensayos de microbiología del Centro Nacional de Alimentación. · exp. 0100025SU013</w:t>
            </w:r>
          </w:p>
        </w:tc>
        <w:tc>
          <w:tcPr>
            <w:tcW w:type="dxa" w:w="1440"/>
          </w:tcPr>
          <w:p>
            <w:r>
              <w:t>Dirección Ejecutiva de la Agencia Española de Seguridad Alimentaria y Nutrición · NIF Q2802157D</w:t>
            </w:r>
          </w:p>
        </w:tc>
        <w:tc>
          <w:tcPr>
            <w:tcW w:type="dxa" w:w="1440"/>
          </w:tcPr>
          <w:p>
            <w:r>
              <w:t>33.000,00 €</w:t>
            </w:r>
          </w:p>
        </w:tc>
        <w:tc>
          <w:tcPr>
            <w:tcW w:type="dxa" w:w="1440"/>
          </w:tcPr>
          <w:p>
            <w:r>
              <w:t>25/03/2025</w:t>
            </w:r>
          </w:p>
        </w:tc>
        <w:tc>
          <w:tcPr>
            <w:tcW w:type="dxa" w:w="1440"/>
          </w:tcPr>
          <w:p>
            <w:r>
              <w:t>01/06/2025 – 31/05/2026</w:t>
            </w:r>
          </w:p>
        </w:tc>
        <w:tc>
          <w:tcPr>
            <w:tcW w:type="dxa" w:w="1440"/>
          </w:tcPr>
          <w:p>
            <w:r>
              <w:rPr>
                <w:highlight w:val="yellow"/>
              </w:rPr>
              <w:t>rellenar</w:t>
            </w:r>
          </w:p>
        </w:tc>
      </w:tr>
      <w:tr>
        <w:tc>
          <w:tcPr>
            <w:tcW w:type="dxa" w:w="1440"/>
          </w:tcPr>
          <w:p>
            <w:r>
              <w:t>Acuerdo Marco suministro de reactivos para el cribado de drogas de abuso en orina por inmunoanálisis para el ministerio de defensa. (lote 1) · exp. 2024/SP01400010/0000985E</w:t>
            </w:r>
          </w:p>
        </w:tc>
        <w:tc>
          <w:tcPr>
            <w:tcW w:type="dxa" w:w="1440"/>
          </w:tcPr>
          <w:p>
            <w:r>
              <w:t>Inspección General de Sanidad de la Defensa · NIF S2800086G</w:t>
            </w:r>
          </w:p>
        </w:tc>
        <w:tc>
          <w:tcPr>
            <w:tcW w:type="dxa" w:w="1440"/>
          </w:tcPr>
          <w:p>
            <w:r>
              <w:t>247.050,00 €</w:t>
            </w:r>
          </w:p>
        </w:tc>
        <w:tc>
          <w:tcPr>
            <w:tcW w:type="dxa" w:w="1440"/>
          </w:tcPr>
          <w:p>
            <w:r>
              <w:t>28/02/2025</w:t>
            </w:r>
          </w:p>
        </w:tc>
        <w:tc>
          <w:tcPr>
            <w:tcW w:type="dxa" w:w="1440"/>
          </w:tcPr>
          <w:p>
            <w:r>
              <w:t>20/09/2025 – en curso</w:t>
            </w:r>
          </w:p>
        </w:tc>
        <w:tc>
          <w:tcPr>
            <w:tcW w:type="dxa" w:w="1440"/>
          </w:tcPr>
          <w:p>
            <w:r>
              <w:rPr>
                <w:highlight w:val="yellow"/>
              </w:rPr>
              <w:t>rellenar</w:t>
            </w:r>
          </w:p>
        </w:tc>
      </w:tr>
      <w:tr>
        <w:tc>
          <w:tcPr>
            <w:tcW w:type="dxa" w:w="1440"/>
          </w:tcPr>
          <w:p>
            <w:r>
              <w:t>Acuerdo Marco para el suministro de reactivos para el servicio de farmacología clínica del HUMV · exp. HV/2024/5/1018 1ºBASADO AM HUMV 2024/0/0018</w:t>
            </w:r>
          </w:p>
        </w:tc>
        <w:tc>
          <w:tcPr>
            <w:tcW w:type="dxa" w:w="1440"/>
          </w:tcPr>
          <w:p>
            <w:r>
              <w:t>Servicio Cántabro de Salud · NIF Q3900738J</w:t>
            </w:r>
          </w:p>
        </w:tc>
        <w:tc>
          <w:tcPr>
            <w:tcW w:type="dxa" w:w="1440"/>
          </w:tcPr>
          <w:p>
            <w:r>
              <w:t>56.700,00 €</w:t>
            </w:r>
          </w:p>
        </w:tc>
        <w:tc>
          <w:tcPr>
            <w:tcW w:type="dxa" w:w="1440"/>
          </w:tcPr>
          <w:p>
            <w:r>
              <w:t>24/02/2025</w:t>
            </w:r>
          </w:p>
        </w:tc>
        <w:tc>
          <w:tcPr>
            <w:tcW w:type="dxa" w:w="1440"/>
          </w:tcPr>
          <w:p>
            <w:r>
              <w:t>24/02/2025 – en curso</w:t>
            </w:r>
          </w:p>
        </w:tc>
        <w:tc>
          <w:tcPr>
            <w:tcW w:type="dxa" w:w="1440"/>
          </w:tcPr>
          <w:p>
            <w:r>
              <w:rPr>
                <w:highlight w:val="yellow"/>
              </w:rPr>
              <w:t>rellenar</w:t>
            </w:r>
          </w:p>
        </w:tc>
      </w:tr>
      <w:tr>
        <w:tc>
          <w:tcPr>
            <w:tcW w:type="dxa" w:w="1440"/>
          </w:tcPr>
          <w:p>
            <w:r>
              <w:t>Segunda prórroga del suministro de medios de cultivo, reactivos y material fungible de la marca THERMO SCIENTIFIC -MICROBIOLOGIA-, Y TREK-SENSITITRE, que distribuye en España Thermo Fisher Diagnostics S.L.U. para el CNA. · exp. 0100025SU005</w:t>
            </w:r>
          </w:p>
        </w:tc>
        <w:tc>
          <w:tcPr>
            <w:tcW w:type="dxa" w:w="1440"/>
          </w:tcPr>
          <w:p>
            <w:r>
              <w:t>Dirección Ejecutiva de la Agencia Española de Seguridad Alimentaria y Nutrición · NIF Q2802157D</w:t>
            </w:r>
          </w:p>
        </w:tc>
        <w:tc>
          <w:tcPr>
            <w:tcW w:type="dxa" w:w="1440"/>
          </w:tcPr>
          <w:p>
            <w:r>
              <w:t>8.264,46 €</w:t>
            </w:r>
          </w:p>
        </w:tc>
        <w:tc>
          <w:tcPr>
            <w:tcW w:type="dxa" w:w="1440"/>
          </w:tcPr>
          <w:p>
            <w:r>
              <w:t>24/02/2025</w:t>
            </w:r>
          </w:p>
        </w:tc>
        <w:tc>
          <w:tcPr>
            <w:tcW w:type="dxa" w:w="1440"/>
          </w:tcPr>
          <w:p>
            <w:r>
              <w:t>01/05/2025 – 30/04/2026</w:t>
            </w:r>
          </w:p>
        </w:tc>
        <w:tc>
          <w:tcPr>
            <w:tcW w:type="dxa" w:w="1440"/>
          </w:tcPr>
          <w:p>
            <w:r>
              <w:rPr>
                <w:highlight w:val="yellow"/>
              </w:rPr>
              <w:t>rellenar</w:t>
            </w:r>
          </w:p>
        </w:tc>
      </w:tr>
      <w:tr>
        <w:tc>
          <w:tcPr>
            <w:tcW w:type="dxa" w:w="1440"/>
          </w:tcPr>
          <w:p>
            <w:r>
              <w:t>Reactivos para el servicio de farmacología clínica del HUMV. (lote 2) · exp. AM PA HUMV 2024/0/0018</w:t>
            </w:r>
          </w:p>
        </w:tc>
        <w:tc>
          <w:tcPr>
            <w:tcW w:type="dxa" w:w="1440"/>
          </w:tcPr>
          <w:p>
            <w:r>
              <w:t>Servicio Cántabro de Salud · NIF Q3900738J</w:t>
            </w:r>
          </w:p>
        </w:tc>
        <w:tc>
          <w:tcPr>
            <w:tcW w:type="dxa" w:w="1440"/>
          </w:tcPr>
          <w:p>
            <w:r>
              <w:t>50.400,00 €</w:t>
            </w:r>
          </w:p>
        </w:tc>
        <w:tc>
          <w:tcPr>
            <w:tcW w:type="dxa" w:w="1440"/>
          </w:tcPr>
          <w:p>
            <w:r>
              <w:t>19/12/2024</w:t>
            </w:r>
          </w:p>
        </w:tc>
        <w:tc>
          <w:tcPr>
            <w:tcW w:type="dxa" w:w="1440"/>
          </w:tcPr>
          <w:p>
            <w:r>
              <w:t>19/01/2025 – en curso</w:t>
            </w:r>
          </w:p>
        </w:tc>
        <w:tc>
          <w:tcPr>
            <w:tcW w:type="dxa" w:w="1440"/>
          </w:tcPr>
          <w:p>
            <w:r>
              <w:rPr>
                <w:highlight w:val="yellow"/>
              </w:rPr>
              <w:t>rellenar</w:t>
            </w:r>
          </w:p>
        </w:tc>
      </w:tr>
      <w:tr>
        <w:tc>
          <w:tcPr>
            <w:tcW w:type="dxa" w:w="1440"/>
          </w:tcPr>
          <w:p>
            <w:r>
              <w:t>ta2025 - sum l14 reactivos para inmunología: alergias  -   derivado del acuerdo marco 1147/2022 - hcd · exp. 1000/2024HCD</w:t>
            </w:r>
          </w:p>
        </w:tc>
        <w:tc>
          <w:tcPr>
            <w:tcW w:type="dxa" w:w="1440"/>
          </w:tcPr>
          <w:p>
            <w:r>
              <w:t>Inspección General de Sanidad de la Defensa · NIF S2800086G</w:t>
            </w:r>
          </w:p>
        </w:tc>
        <w:tc>
          <w:tcPr>
            <w:tcW w:type="dxa" w:w="1440"/>
          </w:tcPr>
          <w:p>
            <w:r>
              <w:t>218.000,00 €</w:t>
            </w:r>
          </w:p>
        </w:tc>
        <w:tc>
          <w:tcPr>
            <w:tcW w:type="dxa" w:w="1440"/>
          </w:tcPr>
          <w:p>
            <w:r>
              <w:t>11/11/2024</w:t>
            </w:r>
          </w:p>
        </w:tc>
        <w:tc>
          <w:tcPr>
            <w:tcW w:type="dxa" w:w="1440"/>
          </w:tcPr>
          <w:p>
            <w:r>
              <w:t>11/11/2024 – 30/12/2025</w:t>
            </w:r>
          </w:p>
        </w:tc>
        <w:tc>
          <w:tcPr>
            <w:tcW w:type="dxa" w:w="1440"/>
          </w:tcPr>
          <w:p>
            <w:r>
              <w:rPr>
                <w:highlight w:val="yellow"/>
              </w:rPr>
              <w:t>rellenar</w:t>
            </w:r>
          </w:p>
        </w:tc>
      </w:tr>
      <w:tr>
        <w:tc>
          <w:tcPr>
            <w:tcW w:type="dxa" w:w="1440"/>
          </w:tcPr>
          <w:p>
            <w:r>
              <w:t>Material para la realización de técnicas analíticas automáticas en el laboratorio de Microbiología-Bacteriología del H.C.U. Lozano Blesa, incluyendo la cesión de uso de los equipos analizadores correspondientes. (lote 6) · exp. SAS_Z3_2025_PA_038</w:t>
            </w:r>
          </w:p>
        </w:tc>
        <w:tc>
          <w:tcPr>
            <w:tcW w:type="dxa" w:w="1440"/>
          </w:tcPr>
          <w:p>
            <w:r>
              <w:t>Gerencia Sector Sanitario de Zaragoza 3 · NIF Q5000442C</w:t>
            </w:r>
          </w:p>
        </w:tc>
        <w:tc>
          <w:tcPr>
            <w:tcW w:type="dxa" w:w="1440"/>
          </w:tcPr>
          <w:p>
            <w:r>
              <w:t>8.460,00 €</w:t>
            </w:r>
          </w:p>
        </w:tc>
        <w:tc>
          <w:tcPr>
            <w:tcW w:type="dxa" w:w="1440"/>
          </w:tcPr>
          <w:p>
            <w:r>
              <w:t>08/11/2024</w:t>
            </w:r>
          </w:p>
        </w:tc>
        <w:tc>
          <w:tcPr>
            <w:tcW w:type="dxa" w:w="1440"/>
          </w:tcPr>
          <w:p>
            <w:r>
              <w:t>01/01/2025 – en curso</w:t>
            </w:r>
          </w:p>
        </w:tc>
        <w:tc>
          <w:tcPr>
            <w:tcW w:type="dxa" w:w="1440"/>
          </w:tcPr>
          <w:p>
            <w:r>
              <w:rPr>
                <w:highlight w:val="yellow"/>
              </w:rPr>
              <w:t>rellenar</w:t>
            </w:r>
          </w:p>
        </w:tc>
      </w:tr>
      <w:tr>
        <w:tc>
          <w:tcPr>
            <w:tcW w:type="dxa" w:w="1440"/>
          </w:tcPr>
          <w:p>
            <w:r>
              <w:t>CEMILVET - Suministro de reactivos para biología molecular del servicio de seguridad alimentaria y salud pública · exp. 2024/SP01400010/00000582E</w:t>
            </w:r>
          </w:p>
        </w:tc>
        <w:tc>
          <w:tcPr>
            <w:tcW w:type="dxa" w:w="1440"/>
          </w:tcPr>
          <w:p>
            <w:r>
              <w:t>Inspección General de Sanidad de la Defensa · NIF S2800086G</w:t>
            </w:r>
          </w:p>
        </w:tc>
        <w:tc>
          <w:tcPr>
            <w:tcW w:type="dxa" w:w="1440"/>
          </w:tcPr>
          <w:p>
            <w:r>
              <w:t>27.747,78 €</w:t>
            </w:r>
          </w:p>
        </w:tc>
        <w:tc>
          <w:tcPr>
            <w:tcW w:type="dxa" w:w="1440"/>
          </w:tcPr>
          <w:p>
            <w:r>
              <w:t>31/10/2024</w:t>
            </w:r>
          </w:p>
        </w:tc>
        <w:tc>
          <w:tcPr>
            <w:tcW w:type="dxa" w:w="1440"/>
          </w:tcPr>
          <w:p>
            <w:r>
              <w:t>05/11/2024 – 30/11/2025</w:t>
            </w:r>
          </w:p>
        </w:tc>
        <w:tc>
          <w:tcPr>
            <w:tcW w:type="dxa" w:w="1440"/>
          </w:tcPr>
          <w:p>
            <w:r>
              <w:rPr>
                <w:highlight w:val="yellow"/>
              </w:rPr>
              <w:t>rellenar</w:t>
            </w:r>
          </w:p>
        </w:tc>
      </w:tr>
      <w:tr>
        <w:tc>
          <w:tcPr>
            <w:tcW w:type="dxa" w:w="1440"/>
          </w:tcPr>
          <w:p>
            <w:r>
              <w:t>Suministro de diversos reactivos químicos del Laboratorio de Análisis Clínicos del Organismo Autónomo Madrid Salud para los ejercicios 2025, 2026 y 2027 (2 Lotes) (lote 1) · exp. 300/2024/00735</w:t>
            </w:r>
          </w:p>
        </w:tc>
        <w:tc>
          <w:tcPr>
            <w:tcW w:type="dxa" w:w="1440"/>
          </w:tcPr>
          <w:p>
            <w:r>
              <w:t>Organismo Autónomo Madrid Salud · NIF P2800062H</w:t>
            </w:r>
          </w:p>
        </w:tc>
        <w:tc>
          <w:tcPr>
            <w:tcW w:type="dxa" w:w="1440"/>
          </w:tcPr>
          <w:p>
            <w:r>
              <w:t>148.410,00 €</w:t>
            </w:r>
          </w:p>
        </w:tc>
        <w:tc>
          <w:tcPr>
            <w:tcW w:type="dxa" w:w="1440"/>
          </w:tcPr>
          <w:p>
            <w:r>
              <w:t>30/10/2024</w:t>
            </w:r>
          </w:p>
        </w:tc>
        <w:tc>
          <w:tcPr>
            <w:tcW w:type="dxa" w:w="1440"/>
          </w:tcPr>
          <w:p>
            <w:r>
              <w:t>01/01/2025 – en curso</w:t>
            </w:r>
          </w:p>
        </w:tc>
        <w:tc>
          <w:tcPr>
            <w:tcW w:type="dxa" w:w="1440"/>
          </w:tcPr>
          <w:p>
            <w:r>
              <w:rPr>
                <w:highlight w:val="yellow"/>
              </w:rPr>
              <w:t>rellenar</w:t>
            </w:r>
          </w:p>
        </w:tc>
      </w:tr>
      <w:tr>
        <w:tc>
          <w:tcPr>
            <w:tcW w:type="dxa" w:w="1440"/>
          </w:tcPr>
          <w:p>
            <w:r>
              <w:t>Suministro de reactivos, material y equipamiento para el  Servicio de Inmunología del Área de Gestión Clínica Laboratorio de Medicina del HUCA. Inmunología 2 (lote 4) · exp. 2024000142</w:t>
            </w:r>
          </w:p>
        </w:tc>
        <w:tc>
          <w:tcPr>
            <w:tcW w:type="dxa" w:w="1440"/>
          </w:tcPr>
          <w:p>
            <w:r>
              <w:t>Gerencia del Área Sanitaria IV del Servicio de Salud del Principado de Asturias · NIF Q8350064E</w:t>
            </w:r>
          </w:p>
        </w:tc>
        <w:tc>
          <w:tcPr>
            <w:tcW w:type="dxa" w:w="1440"/>
          </w:tcPr>
          <w:p>
            <w:r>
              <w:t>429.000,00 €</w:t>
            </w:r>
          </w:p>
        </w:tc>
        <w:tc>
          <w:tcPr>
            <w:tcW w:type="dxa" w:w="1440"/>
          </w:tcPr>
          <w:p>
            <w:r>
              <w:t>15/10/2024</w:t>
            </w:r>
          </w:p>
        </w:tc>
        <w:tc>
          <w:tcPr>
            <w:tcW w:type="dxa" w:w="1440"/>
          </w:tcPr>
          <w:p>
            <w:r>
              <w:t>15/11/2024 – en curso</w:t>
            </w:r>
          </w:p>
        </w:tc>
        <w:tc>
          <w:tcPr>
            <w:tcW w:type="dxa" w:w="1440"/>
          </w:tcPr>
          <w:p>
            <w:r>
              <w:rPr>
                <w:highlight w:val="yellow"/>
              </w:rPr>
              <w:t>rellenar</w:t>
            </w:r>
          </w:p>
        </w:tc>
      </w:tr>
      <w:tr>
        <w:tc>
          <w:tcPr>
            <w:tcW w:type="dxa" w:w="1440"/>
          </w:tcPr>
          <w:p>
            <w:r>
              <w:t>Suministro de reactivos para legionalla en servicio de microbiología parasitología y sanidad ambiental para el CEMILVET. · exp. 2024/SP01400010/00000585E</w:t>
            </w:r>
          </w:p>
        </w:tc>
        <w:tc>
          <w:tcPr>
            <w:tcW w:type="dxa" w:w="1440"/>
          </w:tcPr>
          <w:p>
            <w:r>
              <w:t>Inspección General de Sanidad de la Defensa · NIF S2800086G</w:t>
            </w:r>
          </w:p>
        </w:tc>
        <w:tc>
          <w:tcPr>
            <w:tcW w:type="dxa" w:w="1440"/>
          </w:tcPr>
          <w:p>
            <w:r>
              <w:t>38.949,11 €</w:t>
            </w:r>
          </w:p>
        </w:tc>
        <w:tc>
          <w:tcPr>
            <w:tcW w:type="dxa" w:w="1440"/>
          </w:tcPr>
          <w:p>
            <w:r>
              <w:t>09/09/2024</w:t>
            </w:r>
          </w:p>
        </w:tc>
        <w:tc>
          <w:tcPr>
            <w:tcW w:type="dxa" w:w="1440"/>
          </w:tcPr>
          <w:p>
            <w:r>
              <w:t>01/12/2024 – 30/11/2025</w:t>
            </w:r>
          </w:p>
        </w:tc>
        <w:tc>
          <w:tcPr>
            <w:tcW w:type="dxa" w:w="1440"/>
          </w:tcPr>
          <w:p>
            <w:r>
              <w:rPr>
                <w:highlight w:val="yellow"/>
              </w:rPr>
              <w:t>rellenar</w:t>
            </w:r>
          </w:p>
        </w:tc>
      </w:tr>
      <w:tr>
        <w:tc>
          <w:tcPr>
            <w:tcW w:type="dxa" w:w="1440"/>
          </w:tcPr>
          <w:p>
            <w:r>
              <w:t>Acuerdo marco cerrado para la contratación del suministro de material diverso (reactivos y gases) para el laboratorio de EMAYA (lote 1) · exp. 1694_LAM_SU_1122</w:t>
            </w:r>
          </w:p>
        </w:tc>
        <w:tc>
          <w:tcPr>
            <w:tcW w:type="dxa" w:w="1440"/>
          </w:tcPr>
          <w:p>
            <w:r>
              <w:t>Consejo de Administración de EMAYA, Empresa Municipal d'Aigües i Clavegueram, S.A. · NIF A07000029</w:t>
            </w:r>
          </w:p>
        </w:tc>
        <w:tc>
          <w:tcPr>
            <w:tcW w:type="dxa" w:w="1440"/>
          </w:tcPr>
          <w:p>
            <w:r>
              <w:t>0,00 €</w:t>
            </w:r>
          </w:p>
        </w:tc>
        <w:tc>
          <w:tcPr>
            <w:tcW w:type="dxa" w:w="1440"/>
          </w:tcPr>
          <w:p>
            <w:r>
              <w:t>29/08/2024</w:t>
            </w:r>
          </w:p>
        </w:tc>
        <w:tc>
          <w:tcPr>
            <w:tcW w:type="dxa" w:w="1440"/>
          </w:tcPr>
          <w:p>
            <w:r>
              <w:t>29/09/2024 – 29/09/2025</w:t>
            </w:r>
          </w:p>
        </w:tc>
        <w:tc>
          <w:tcPr>
            <w:tcW w:type="dxa" w:w="1440"/>
          </w:tcPr>
          <w:p>
            <w:r>
              <w:rPr>
                <w:highlight w:val="yellow"/>
              </w:rPr>
              <w:t>rellenar</w:t>
            </w:r>
          </w:p>
        </w:tc>
      </w:tr>
      <w:tr>
        <w:tc>
          <w:tcPr>
            <w:tcW w:type="dxa" w:w="1440"/>
          </w:tcPr>
          <w:p>
            <w:r>
              <w:t>CEMILFARDEF BAM LOTE 1 Reactivos para la realización del cribado de las siguientes sustancias y sus metabolitos: cannabinoides, cocaína, derivados anfetamínicos y opiáceos, por la técnica de inmunoensayo en medio líquido y creatinina por col · exp. 2024/SP01491010/00000408E</w:t>
            </w:r>
          </w:p>
        </w:tc>
        <w:tc>
          <w:tcPr>
            <w:tcW w:type="dxa" w:w="1440"/>
          </w:tcPr>
          <w:p>
            <w:r>
              <w:t>Inspección General de Sanidad de la Defensa · NIF S2800086G</w:t>
            </w:r>
          </w:p>
        </w:tc>
        <w:tc>
          <w:tcPr>
            <w:tcW w:type="dxa" w:w="1440"/>
          </w:tcPr>
          <w:p>
            <w:r>
              <w:t>165.288,26 €</w:t>
            </w:r>
          </w:p>
        </w:tc>
        <w:tc>
          <w:tcPr>
            <w:tcW w:type="dxa" w:w="1440"/>
          </w:tcPr>
          <w:p>
            <w:r>
              <w:t>09/08/2024</w:t>
            </w:r>
          </w:p>
        </w:tc>
        <w:tc>
          <w:tcPr>
            <w:tcW w:type="dxa" w:w="1440"/>
          </w:tcPr>
          <w:p>
            <w:r>
              <w:t>01/12/2024 – 30/11/2025</w:t>
            </w:r>
          </w:p>
        </w:tc>
        <w:tc>
          <w:tcPr>
            <w:tcW w:type="dxa" w:w="1440"/>
          </w:tcPr>
          <w:p>
            <w:r>
              <w:rPr>
                <w:highlight w:val="yellow"/>
              </w:rPr>
              <w:t>rellenar</w:t>
            </w:r>
          </w:p>
        </w:tc>
      </w:tr>
      <w:tr>
        <w:tc>
          <w:tcPr>
            <w:tcW w:type="dxa" w:w="1440"/>
          </w:tcPr>
          <w:p>
            <w:r>
              <w:t>BAM Lote 1 cribado de drogas_CEMILFAR · exp. 2024/SP01491010/00000335E</w:t>
            </w:r>
          </w:p>
        </w:tc>
        <w:tc>
          <w:tcPr>
            <w:tcW w:type="dxa" w:w="1440"/>
          </w:tcPr>
          <w:p>
            <w:r>
              <w:t>Inspección General de Sanidad de la Defensa · NIF S2800086G</w:t>
            </w:r>
          </w:p>
        </w:tc>
        <w:tc>
          <w:tcPr>
            <w:tcW w:type="dxa" w:w="1440"/>
          </w:tcPr>
          <w:p>
            <w:r>
              <w:t>102.451,24 €</w:t>
            </w:r>
          </w:p>
        </w:tc>
        <w:tc>
          <w:tcPr>
            <w:tcW w:type="dxa" w:w="1440"/>
          </w:tcPr>
          <w:p>
            <w:r>
              <w:t>26/06/2024</w:t>
            </w:r>
          </w:p>
        </w:tc>
        <w:tc>
          <w:tcPr>
            <w:tcW w:type="dxa" w:w="1440"/>
          </w:tcPr>
          <w:p>
            <w:r>
              <w:t>26/06/2024 – 30/11/2024</w:t>
            </w:r>
          </w:p>
        </w:tc>
        <w:tc>
          <w:tcPr>
            <w:tcW w:type="dxa" w:w="1440"/>
          </w:tcPr>
          <w:p>
            <w:r>
              <w:rPr>
                <w:highlight w:val="yellow"/>
              </w:rPr>
              <w:t>rellenar</w:t>
            </w:r>
          </w:p>
        </w:tc>
      </w:tr>
      <w:tr>
        <w:tc>
          <w:tcPr>
            <w:tcW w:type="dxa" w:w="1440"/>
          </w:tcPr>
          <w:p>
            <w:r>
              <w:t>Adquisición y suministro de los reactivos, calibradores, controles y fungibles específicos, así como los elementos necesarios, para la realización de las técnicas analíticas en el laboratorio central del Hospital Universitario de Melilla (HUME) (lote 03) · exp. PA 2023/020</w:t>
            </w:r>
          </w:p>
        </w:tc>
        <w:tc>
          <w:tcPr>
            <w:tcW w:type="dxa" w:w="1440"/>
          </w:tcPr>
          <w:p>
            <w:r>
              <w:t>Dirección del Instituto Nacional de Gestión Sanitaria (INGESA) · NIF Q2869002B</w:t>
            </w:r>
          </w:p>
        </w:tc>
        <w:tc>
          <w:tcPr>
            <w:tcW w:type="dxa" w:w="1440"/>
          </w:tcPr>
          <w:p>
            <w:r>
              <w:t>395.756,40 €</w:t>
            </w:r>
          </w:p>
        </w:tc>
        <w:tc>
          <w:tcPr>
            <w:tcW w:type="dxa" w:w="1440"/>
          </w:tcPr>
          <w:p>
            <w:r>
              <w:t>10/06/2024</w:t>
            </w:r>
          </w:p>
        </w:tc>
        <w:tc>
          <w:tcPr>
            <w:tcW w:type="dxa" w:w="1440"/>
          </w:tcPr>
          <w:p>
            <w:r>
              <w:t>10/07/2024 – en curso</w:t>
            </w:r>
          </w:p>
        </w:tc>
        <w:tc>
          <w:tcPr>
            <w:tcW w:type="dxa" w:w="1440"/>
          </w:tcPr>
          <w:p>
            <w:r>
              <w:rPr>
                <w:highlight w:val="yellow"/>
              </w:rPr>
              <w:t>rellenar</w:t>
            </w:r>
          </w:p>
        </w:tc>
      </w:tr>
      <w:tr>
        <w:tc>
          <w:tcPr>
            <w:tcW w:type="dxa" w:w="1440"/>
          </w:tcPr>
          <w:p>
            <w:r>
              <w:t>Adquisición y suministro de los reactivos, calibradores, controles y fungibles específicos, así como los elementos necesarios, para la realización de las técnicas analíticas en el laboratorio central del Hospital Universitario de Melilla (HUME) (lote 04) · exp. PA 2023/020</w:t>
            </w:r>
          </w:p>
        </w:tc>
        <w:tc>
          <w:tcPr>
            <w:tcW w:type="dxa" w:w="1440"/>
          </w:tcPr>
          <w:p>
            <w:r>
              <w:t>Dirección del Instituto Nacional de Gestión Sanitaria (INGESA) · NIF Q2869002B</w:t>
            </w:r>
          </w:p>
        </w:tc>
        <w:tc>
          <w:tcPr>
            <w:tcW w:type="dxa" w:w="1440"/>
          </w:tcPr>
          <w:p>
            <w:r>
              <w:t>108.292,80 €</w:t>
            </w:r>
          </w:p>
        </w:tc>
        <w:tc>
          <w:tcPr>
            <w:tcW w:type="dxa" w:w="1440"/>
          </w:tcPr>
          <w:p>
            <w:r>
              <w:t>10/06/2024</w:t>
            </w:r>
          </w:p>
        </w:tc>
        <w:tc>
          <w:tcPr>
            <w:tcW w:type="dxa" w:w="1440"/>
          </w:tcPr>
          <w:p>
            <w:r>
              <w:t>10/07/2024 – en curso</w:t>
            </w:r>
          </w:p>
        </w:tc>
        <w:tc>
          <w:tcPr>
            <w:tcW w:type="dxa" w:w="1440"/>
          </w:tcPr>
          <w:p>
            <w:r>
              <w:rPr>
                <w:highlight w:val="yellow"/>
              </w:rPr>
              <w:t>rellenar</w:t>
            </w:r>
          </w:p>
        </w:tc>
      </w:tr>
      <w:tr>
        <w:tc>
          <w:tcPr>
            <w:tcW w:type="dxa" w:w="1440"/>
          </w:tcPr>
          <w:p>
            <w:r>
              <w:t>Suministro de reactivos para la detección de drogas de abuso en orina y suero para la unidad de conductas adictivas · exp. 10/24</w:t>
            </w:r>
          </w:p>
        </w:tc>
        <w:tc>
          <w:tcPr>
            <w:tcW w:type="dxa" w:w="1440"/>
          </w:tcPr>
          <w:p>
            <w:r>
              <w:t>Órgano de Contratación de la Ciudad Autónoma de Ceuta · NIF S6100007A</w:t>
            </w:r>
          </w:p>
        </w:tc>
        <w:tc>
          <w:tcPr>
            <w:tcW w:type="dxa" w:w="1440"/>
          </w:tcPr>
          <w:p>
            <w:r>
              <w:t>73.014,00 €</w:t>
            </w:r>
          </w:p>
        </w:tc>
        <w:tc>
          <w:tcPr>
            <w:tcW w:type="dxa" w:w="1440"/>
          </w:tcPr>
          <w:p>
            <w:r>
              <w:t>28/05/2024</w:t>
            </w:r>
          </w:p>
        </w:tc>
        <w:tc>
          <w:tcPr>
            <w:tcW w:type="dxa" w:w="1440"/>
          </w:tcPr>
          <w:p>
            <w:r>
              <w:t>28/06/2024 – 28/06/2025</w:t>
            </w:r>
          </w:p>
        </w:tc>
        <w:tc>
          <w:tcPr>
            <w:tcW w:type="dxa" w:w="1440"/>
          </w:tcPr>
          <w:p>
            <w:r>
              <w:rPr>
                <w:highlight w:val="yellow"/>
              </w:rPr>
              <w:t>rellenar</w:t>
            </w:r>
          </w:p>
        </w:tc>
      </w:tr>
      <w:tr>
        <w:tc>
          <w:tcPr>
            <w:tcW w:type="dxa" w:w="1440"/>
          </w:tcPr>
          <w:p>
            <w:r>
              <w:t>suministro de l14 reactivos para inmunología: alergias · exp. 151/2024hcd</w:t>
            </w:r>
          </w:p>
        </w:tc>
        <w:tc>
          <w:tcPr>
            <w:tcW w:type="dxa" w:w="1440"/>
          </w:tcPr>
          <w:p>
            <w:r>
              <w:t>Inspección General de Sanidad de la Defensa · NIF S2800086G</w:t>
            </w:r>
          </w:p>
        </w:tc>
        <w:tc>
          <w:tcPr>
            <w:tcW w:type="dxa" w:w="1440"/>
          </w:tcPr>
          <w:p>
            <w:r>
              <w:t>206.100,00 €</w:t>
            </w:r>
          </w:p>
        </w:tc>
        <w:tc>
          <w:tcPr>
            <w:tcW w:type="dxa" w:w="1440"/>
          </w:tcPr>
          <w:p>
            <w:r>
              <w:t>22/05/2024</w:t>
            </w:r>
          </w:p>
        </w:tc>
        <w:tc>
          <w:tcPr>
            <w:tcW w:type="dxa" w:w="1440"/>
          </w:tcPr>
          <w:p>
            <w:r>
              <w:t>22/05/2024 – 15/12/2024</w:t>
            </w:r>
          </w:p>
        </w:tc>
        <w:tc>
          <w:tcPr>
            <w:tcW w:type="dxa" w:w="1440"/>
          </w:tcPr>
          <w:p>
            <w:r>
              <w:rPr>
                <w:highlight w:val="yellow"/>
              </w:rPr>
              <w:t>rellenar</w:t>
            </w:r>
          </w:p>
        </w:tc>
      </w:tr>
      <w:tr>
        <w:tc>
          <w:tcPr>
            <w:tcW w:type="dxa" w:w="1440"/>
          </w:tcPr>
          <w:p>
            <w:r>
              <w:t>Suministro productos, equipos para técnicas microbiología convencional y molecular en lab. micro. (AM SCS 2018/27) 74267500 · exp. HV BASADO AM 2018/5/0027 B62014485 ABRIL 24</w:t>
            </w:r>
          </w:p>
        </w:tc>
        <w:tc>
          <w:tcPr>
            <w:tcW w:type="dxa" w:w="1440"/>
          </w:tcPr>
          <w:p>
            <w:r>
              <w:t>Servicio Cántabro de Salud · NIF Q3900738J</w:t>
            </w:r>
          </w:p>
        </w:tc>
        <w:tc>
          <w:tcPr>
            <w:tcW w:type="dxa" w:w="1440"/>
          </w:tcPr>
          <w:p>
            <w:r>
              <w:t>190,00 €</w:t>
            </w:r>
          </w:p>
        </w:tc>
        <w:tc>
          <w:tcPr>
            <w:tcW w:type="dxa" w:w="1440"/>
          </w:tcPr>
          <w:p>
            <w:r>
              <w:t>11/04/2024</w:t>
            </w:r>
          </w:p>
        </w:tc>
        <w:tc>
          <w:tcPr>
            <w:tcW w:type="dxa" w:w="1440"/>
          </w:tcPr>
          <w:p>
            <w:r>
              <w:t>11/04/2024 – 12/04/2024</w:t>
            </w:r>
          </w:p>
        </w:tc>
        <w:tc>
          <w:tcPr>
            <w:tcW w:type="dxa" w:w="1440"/>
          </w:tcPr>
          <w:p>
            <w:r>
              <w:rPr>
                <w:highlight w:val="yellow"/>
              </w:rPr>
              <w:t>rellenar</w:t>
            </w:r>
          </w:p>
        </w:tc>
      </w:tr>
      <w:tr>
        <w:tc>
          <w:tcPr>
            <w:tcW w:type="dxa" w:w="1440"/>
          </w:tcPr>
          <w:p>
            <w:r>
              <w:t>74267500 · exp. HV BASADO AM 2018/5/0027 B62014485 ABRIL24</w:t>
            </w:r>
          </w:p>
        </w:tc>
        <w:tc>
          <w:tcPr>
            <w:tcW w:type="dxa" w:w="1440"/>
          </w:tcPr>
          <w:p>
            <w:r>
              <w:t>Servicio Cántabro de Salud · NIF Q3900738J</w:t>
            </w:r>
          </w:p>
        </w:tc>
        <w:tc>
          <w:tcPr>
            <w:tcW w:type="dxa" w:w="1440"/>
          </w:tcPr>
          <w:p>
            <w:r>
              <w:t>190,00 €</w:t>
            </w:r>
          </w:p>
        </w:tc>
        <w:tc>
          <w:tcPr>
            <w:tcW w:type="dxa" w:w="1440"/>
          </w:tcPr>
          <w:p>
            <w:r>
              <w:t>11/04/2024</w:t>
            </w:r>
          </w:p>
        </w:tc>
        <w:tc>
          <w:tcPr>
            <w:tcW w:type="dxa" w:w="1440"/>
          </w:tcPr>
          <w:p>
            <w:r>
              <w:t>11/04/2024 – 12/04/2024</w:t>
            </w:r>
          </w:p>
        </w:tc>
        <w:tc>
          <w:tcPr>
            <w:tcW w:type="dxa" w:w="1440"/>
          </w:tcPr>
          <w:p>
            <w:r>
              <w:rPr>
                <w:highlight w:val="yellow"/>
              </w:rPr>
              <w:t>rellenar</w:t>
            </w:r>
          </w:p>
        </w:tc>
      </w:tr>
      <w:tr>
        <w:tc>
          <w:tcPr>
            <w:tcW w:type="dxa" w:w="1440"/>
          </w:tcPr>
          <w:p>
            <w:r>
              <w:t>Reactivos y material diverso para Microbiología · exp. SAS_Z3_2024_PNSP_020</w:t>
            </w:r>
          </w:p>
        </w:tc>
        <w:tc>
          <w:tcPr>
            <w:tcW w:type="dxa" w:w="1440"/>
          </w:tcPr>
          <w:p>
            <w:r>
              <w:t>Gerencia Sector Sanitario de Zaragoza 3 · NIF Q5000442C</w:t>
            </w:r>
          </w:p>
        </w:tc>
        <w:tc>
          <w:tcPr>
            <w:tcW w:type="dxa" w:w="1440"/>
          </w:tcPr>
          <w:p>
            <w:r>
              <w:t>15.517,00 €</w:t>
            </w:r>
          </w:p>
        </w:tc>
        <w:tc>
          <w:tcPr>
            <w:tcW w:type="dxa" w:w="1440"/>
          </w:tcPr>
          <w:p>
            <w:r>
              <w:t>02/04/2024</w:t>
            </w:r>
          </w:p>
        </w:tc>
        <w:tc>
          <w:tcPr>
            <w:tcW w:type="dxa" w:w="1440"/>
          </w:tcPr>
          <w:p>
            <w:r>
              <w:t>15/02/2024 – 31/12/2025</w:t>
            </w:r>
          </w:p>
        </w:tc>
        <w:tc>
          <w:tcPr>
            <w:tcW w:type="dxa" w:w="1440"/>
          </w:tcPr>
          <w:p>
            <w:r>
              <w:rPr>
                <w:highlight w:val="yellow"/>
              </w:rPr>
              <w:t>rellenar</w:t>
            </w:r>
          </w:p>
        </w:tc>
      </w:tr>
      <w:tr>
        <w:tc>
          <w:tcPr>
            <w:tcW w:type="dxa" w:w="1440"/>
          </w:tcPr>
          <w:p>
            <w:r>
              <w:t>Primera prórroga del suministro de medios de cultivo, reactivos y material fungible de la marca THERMO SCIENTIFIC -Microbiología-, y TREK-SENSITITRE, que distribuye en España THERMO FISHER DIAGNOSTICS S.L.U. para el CNA · exp. 0100024SU007</w:t>
            </w:r>
          </w:p>
        </w:tc>
        <w:tc>
          <w:tcPr>
            <w:tcW w:type="dxa" w:w="1440"/>
          </w:tcPr>
          <w:p>
            <w:r>
              <w:t>Dirección Ejecutiva de la Agencia Española de Seguridad Alimentaria y Nutrición · NIF Q2802157D</w:t>
            </w:r>
          </w:p>
        </w:tc>
        <w:tc>
          <w:tcPr>
            <w:tcW w:type="dxa" w:w="1440"/>
          </w:tcPr>
          <w:p>
            <w:r>
              <w:t>8.264,46 €</w:t>
            </w:r>
          </w:p>
        </w:tc>
        <w:tc>
          <w:tcPr>
            <w:tcW w:type="dxa" w:w="1440"/>
          </w:tcPr>
          <w:p>
            <w:r>
              <w:t>06/03/2024</w:t>
            </w:r>
          </w:p>
        </w:tc>
        <w:tc>
          <w:tcPr>
            <w:tcW w:type="dxa" w:w="1440"/>
          </w:tcPr>
          <w:p>
            <w:r>
              <w:t>01/05/2024 – 30/04/2025</w:t>
            </w:r>
          </w:p>
        </w:tc>
        <w:tc>
          <w:tcPr>
            <w:tcW w:type="dxa" w:w="1440"/>
          </w:tcPr>
          <w:p>
            <w:r>
              <w:rPr>
                <w:highlight w:val="yellow"/>
              </w:rPr>
              <w:t>rellenar</w:t>
            </w:r>
          </w:p>
        </w:tc>
      </w:tr>
      <w:tr>
        <w:tc>
          <w:tcPr>
            <w:tcW w:type="dxa" w:w="1440"/>
          </w:tcPr>
          <w:p>
            <w:r>
              <w:t>Segunda prórroga del suministro de medios de cultivo, reactivos y material fungible en el ámbito de los ensayos de microbiología del Centro Nacional de Alimentación. · exp. 0100024SU008</w:t>
            </w:r>
          </w:p>
        </w:tc>
        <w:tc>
          <w:tcPr>
            <w:tcW w:type="dxa" w:w="1440"/>
          </w:tcPr>
          <w:p>
            <w:r>
              <w:t>Dirección Ejecutiva de la Agencia Española de Seguridad Alimentaria y Nutrición · NIF Q2802157D</w:t>
            </w:r>
          </w:p>
        </w:tc>
        <w:tc>
          <w:tcPr>
            <w:tcW w:type="dxa" w:w="1440"/>
          </w:tcPr>
          <w:p>
            <w:r>
              <w:t>33.000,00 €</w:t>
            </w:r>
          </w:p>
        </w:tc>
        <w:tc>
          <w:tcPr>
            <w:tcW w:type="dxa" w:w="1440"/>
          </w:tcPr>
          <w:p>
            <w:r>
              <w:t>06/03/2024</w:t>
            </w:r>
          </w:p>
        </w:tc>
        <w:tc>
          <w:tcPr>
            <w:tcW w:type="dxa" w:w="1440"/>
          </w:tcPr>
          <w:p>
            <w:r>
              <w:t>01/06/2024 – 31/05/2025</w:t>
            </w:r>
          </w:p>
        </w:tc>
        <w:tc>
          <w:tcPr>
            <w:tcW w:type="dxa" w:w="1440"/>
          </w:tcPr>
          <w:p>
            <w:r>
              <w:rPr>
                <w:highlight w:val="yellow"/>
              </w:rPr>
              <w:t>rellenar</w:t>
            </w:r>
          </w:p>
        </w:tc>
      </w:tr>
      <w:tr>
        <w:tc>
          <w:tcPr>
            <w:tcW w:type="dxa" w:w="1440"/>
          </w:tcPr>
          <w:p>
            <w:r>
              <w:t>DAM para el  suministro de Reactivos para el cribado de drogas de abuso en orina por inmunoanálisis (LOTE 1)_CEMILFARDEF · exp. 2024/SP01491010/00000062E</w:t>
            </w:r>
          </w:p>
        </w:tc>
        <w:tc>
          <w:tcPr>
            <w:tcW w:type="dxa" w:w="1440"/>
          </w:tcPr>
          <w:p>
            <w:r>
              <w:t>Inspección General de Sanidad de la Defensa · NIF S2800086G</w:t>
            </w:r>
          </w:p>
        </w:tc>
        <w:tc>
          <w:tcPr>
            <w:tcW w:type="dxa" w:w="1440"/>
          </w:tcPr>
          <w:p>
            <w:r>
              <w:t>163.635,00 €</w:t>
            </w:r>
          </w:p>
        </w:tc>
        <w:tc>
          <w:tcPr>
            <w:tcW w:type="dxa" w:w="1440"/>
          </w:tcPr>
          <w:p>
            <w:r>
              <w:t>26/02/2024</w:t>
            </w:r>
          </w:p>
        </w:tc>
        <w:tc>
          <w:tcPr>
            <w:tcW w:type="dxa" w:w="1440"/>
          </w:tcPr>
          <w:p>
            <w:r>
              <w:t>27/02/2024 – 30/11/2024</w:t>
            </w:r>
          </w:p>
        </w:tc>
        <w:tc>
          <w:tcPr>
            <w:tcW w:type="dxa" w:w="1440"/>
          </w:tcPr>
          <w:p>
            <w:r>
              <w:rPr>
                <w:highlight w:val="yellow"/>
              </w:rPr>
              <w:t>rellenar</w:t>
            </w:r>
          </w:p>
        </w:tc>
      </w:tr>
      <w:tr>
        <w:tc>
          <w:tcPr>
            <w:tcW w:type="dxa" w:w="1440"/>
          </w:tcPr>
          <w:p>
            <w:r>
              <w:t>Adquisición de medios de cultivo, cepas, sueros y kits de uso en microbiología para la Red de Laboratorios de Salud Pública de la Junta de Comunidades de Castilla-La Mancha durante el año 2024 (lote 01) · exp. 2023/011373</w:t>
            </w:r>
          </w:p>
        </w:tc>
        <w:tc>
          <w:tcPr>
            <w:tcW w:type="dxa" w:w="1440"/>
          </w:tcPr>
          <w:p>
            <w:r>
              <w:t>Secretaría General de la Consejería de Sanidad de la Junta de Comunidades de Castilla-La Mancha · NIF S1911001D</w:t>
            </w:r>
          </w:p>
        </w:tc>
        <w:tc>
          <w:tcPr>
            <w:tcW w:type="dxa" w:w="1440"/>
          </w:tcPr>
          <w:p>
            <w:r>
              <w:t>74.053,84 €</w:t>
            </w:r>
          </w:p>
        </w:tc>
        <w:tc>
          <w:tcPr>
            <w:tcW w:type="dxa" w:w="1440"/>
          </w:tcPr>
          <w:p>
            <w:r>
              <w:t>08/02/2024</w:t>
            </w:r>
          </w:p>
        </w:tc>
        <w:tc>
          <w:tcPr>
            <w:tcW w:type="dxa" w:w="1440"/>
          </w:tcPr>
          <w:p>
            <w:r>
              <w:t>08/03/2024 – 08/03/2025</w:t>
            </w:r>
          </w:p>
        </w:tc>
        <w:tc>
          <w:tcPr>
            <w:tcW w:type="dxa" w:w="1440"/>
          </w:tcPr>
          <w:p>
            <w:r>
              <w:rPr>
                <w:highlight w:val="yellow"/>
              </w:rPr>
              <w:t>rellenar</w:t>
            </w:r>
          </w:p>
        </w:tc>
      </w:tr>
      <w:tr>
        <w:tc>
          <w:tcPr>
            <w:tcW w:type="dxa" w:w="1440"/>
          </w:tcPr>
          <w:p>
            <w:r>
              <w:t>Suministro de productos de microbiología para diagnóstico de diferentes enfermedades bacterianas para el Laboratorio Central de Veterinaria (Algete, Madrid) y el Laboratorio Central se Sanidad Animal (Santa Fe, Granada) durante 24 meses (lote 1) · exp. 2023000342AB</w:t>
            </w:r>
          </w:p>
        </w:tc>
        <w:tc>
          <w:tcPr>
            <w:tcW w:type="dxa" w:w="1440"/>
          </w:tcPr>
          <w:p>
            <w:r>
              <w:t>Junta de Contratación del Ministerio de Agricultura, Pesca y Alimentación · NIF S2800556I</w:t>
            </w:r>
          </w:p>
        </w:tc>
        <w:tc>
          <w:tcPr>
            <w:tcW w:type="dxa" w:w="1440"/>
          </w:tcPr>
          <w:p>
            <w:r>
              <w:t>50.830,00 €</w:t>
            </w:r>
          </w:p>
        </w:tc>
        <w:tc>
          <w:tcPr>
            <w:tcW w:type="dxa" w:w="1440"/>
          </w:tcPr>
          <w:p>
            <w:r>
              <w:t>06/02/2024</w:t>
            </w:r>
          </w:p>
        </w:tc>
        <w:tc>
          <w:tcPr>
            <w:tcW w:type="dxa" w:w="1440"/>
          </w:tcPr>
          <w:p>
            <w:r>
              <w:t>06/03/2024 – 06/03/2026</w:t>
            </w:r>
          </w:p>
        </w:tc>
        <w:tc>
          <w:tcPr>
            <w:tcW w:type="dxa" w:w="1440"/>
          </w:tcPr>
          <w:p>
            <w:r>
              <w:rPr>
                <w:highlight w:val="yellow"/>
              </w:rPr>
              <w:t>rellenar</w:t>
            </w:r>
          </w:p>
        </w:tc>
      </w:tr>
      <w:tr>
        <w:tc>
          <w:tcPr>
            <w:tcW w:type="dxa" w:w="1440"/>
          </w:tcPr>
          <w:p>
            <w:r>
              <w:t>Suministro de reactivos y material auxiliar para la realización de test de drogas en orina. · exp. 127/2023/CMA</w:t>
            </w:r>
          </w:p>
        </w:tc>
        <w:tc>
          <w:tcPr>
            <w:tcW w:type="dxa" w:w="1440"/>
          </w:tcPr>
          <w:p>
            <w:r>
              <w:t>Consejería de Hacienda de la Ciudad Autónoma de Melilla · NIF S7900010E</w:t>
            </w:r>
          </w:p>
        </w:tc>
        <w:tc>
          <w:tcPr>
            <w:tcW w:type="dxa" w:w="1440"/>
          </w:tcPr>
          <w:p>
            <w:r>
              <w:t>170.000,00 €</w:t>
            </w:r>
          </w:p>
        </w:tc>
        <w:tc>
          <w:tcPr>
            <w:tcW w:type="dxa" w:w="1440"/>
          </w:tcPr>
          <w:p>
            <w:r>
              <w:t>22/01/2024</w:t>
            </w:r>
          </w:p>
        </w:tc>
        <w:tc>
          <w:tcPr>
            <w:tcW w:type="dxa" w:w="1440"/>
          </w:tcPr>
          <w:p>
            <w:r>
              <w:t>22/02/2024 – en curso</w:t>
            </w:r>
          </w:p>
        </w:tc>
        <w:tc>
          <w:tcPr>
            <w:tcW w:type="dxa" w:w="1440"/>
          </w:tcPr>
          <w:p>
            <w:r>
              <w:rPr>
                <w:highlight w:val="yellow"/>
              </w:rPr>
              <w:t>rellenar</w:t>
            </w:r>
          </w:p>
        </w:tc>
      </w:tr>
      <w:tr>
        <w:tc>
          <w:tcPr>
            <w:tcW w:type="dxa" w:w="1440"/>
          </w:tcPr>
          <w:p>
            <w:r>
              <w:t>Suministro de reactivos, material fungible y cesión de equipos para la realización de la determinación de everolimus, micofenolato, topiramato, buprenorfina, etilglucurónido, ketamina, lsd y fentanilo en el Laboratorio de Análisis Clínicos del Hospital Universitario Son Espases, dependiente del Serv · exp. HUSE 88/23 PN</w:t>
            </w:r>
          </w:p>
        </w:tc>
        <w:tc>
          <w:tcPr>
            <w:tcW w:type="dxa" w:w="1440"/>
          </w:tcPr>
          <w:p>
            <w:r>
              <w:t>Servicio de Salud de las Illes Balears · NIF Q0719003F</w:t>
            </w:r>
          </w:p>
        </w:tc>
        <w:tc>
          <w:tcPr>
            <w:tcW w:type="dxa" w:w="1440"/>
          </w:tcPr>
          <w:p>
            <w:r>
              <w:t>181.850,00 €</w:t>
            </w:r>
          </w:p>
        </w:tc>
        <w:tc>
          <w:tcPr>
            <w:tcW w:type="dxa" w:w="1440"/>
          </w:tcPr>
          <w:p>
            <w:r>
              <w:t>18/01/2024</w:t>
            </w:r>
          </w:p>
        </w:tc>
        <w:tc>
          <w:tcPr>
            <w:tcW w:type="dxa" w:w="1440"/>
          </w:tcPr>
          <w:p>
            <w:r>
              <w:t>18/02/2024 – 18/02/2026</w:t>
            </w:r>
          </w:p>
        </w:tc>
        <w:tc>
          <w:tcPr>
            <w:tcW w:type="dxa" w:w="1440"/>
          </w:tcPr>
          <w:p>
            <w:r>
              <w:rPr>
                <w:highlight w:val="yellow"/>
              </w:rPr>
              <w:t>rellenar</w:t>
            </w:r>
          </w:p>
        </w:tc>
      </w:tr>
      <w:tr>
        <w:tc>
          <w:tcPr>
            <w:tcW w:type="dxa" w:w="1440"/>
          </w:tcPr>
          <w:p>
            <w:r>
              <w:t>73014700 73015000 · exp. HV BASADO AM 2018/5/0027 B62014485 DICIEMBRE2023</w:t>
            </w:r>
          </w:p>
        </w:tc>
        <w:tc>
          <w:tcPr>
            <w:tcW w:type="dxa" w:w="1440"/>
          </w:tcPr>
          <w:p>
            <w:r>
              <w:t>Servicio Cántabro de Salud · NIF Q3900738J</w:t>
            </w:r>
          </w:p>
        </w:tc>
        <w:tc>
          <w:tcPr>
            <w:tcW w:type="dxa" w:w="1440"/>
          </w:tcPr>
          <w:p>
            <w:r>
              <w:t>13.147,10 €</w:t>
            </w:r>
          </w:p>
        </w:tc>
        <w:tc>
          <w:tcPr>
            <w:tcW w:type="dxa" w:w="1440"/>
          </w:tcPr>
          <w:p>
            <w:r>
              <w:t>31/12/2023</w:t>
            </w:r>
          </w:p>
        </w:tc>
        <w:tc>
          <w:tcPr>
            <w:tcW w:type="dxa" w:w="1440"/>
          </w:tcPr>
          <w:p>
            <w:r>
              <w:t>31/12/2023 – 01/01/2024</w:t>
            </w:r>
          </w:p>
        </w:tc>
        <w:tc>
          <w:tcPr>
            <w:tcW w:type="dxa" w:w="1440"/>
          </w:tcPr>
          <w:p>
            <w:r>
              <w:rPr>
                <w:highlight w:val="yellow"/>
              </w:rPr>
              <w:t>rellenar</w:t>
            </w:r>
          </w:p>
        </w:tc>
      </w:tr>
      <w:tr>
        <w:tc>
          <w:tcPr>
            <w:tcW w:type="dxa" w:w="1440"/>
          </w:tcPr>
          <w:p>
            <w:r>
              <w:t>Pedidos nº: 72604200  72604300  72752700  72828500 7292000 · exp. HV BASADO AM 2018/5/0027 B62014485 NOVIEMBRE23</w:t>
            </w:r>
          </w:p>
        </w:tc>
        <w:tc>
          <w:tcPr>
            <w:tcW w:type="dxa" w:w="1440"/>
          </w:tcPr>
          <w:p>
            <w:r>
              <w:t>Servicio Cántabro de Salud · NIF Q3900738J</w:t>
            </w:r>
          </w:p>
        </w:tc>
        <w:tc>
          <w:tcPr>
            <w:tcW w:type="dxa" w:w="1440"/>
          </w:tcPr>
          <w:p>
            <w:r>
              <w:t>5.140,40 €</w:t>
            </w:r>
          </w:p>
        </w:tc>
        <w:tc>
          <w:tcPr>
            <w:tcW w:type="dxa" w:w="1440"/>
          </w:tcPr>
          <w:p>
            <w:r>
              <w:t>30/11/2023</w:t>
            </w:r>
          </w:p>
        </w:tc>
        <w:tc>
          <w:tcPr>
            <w:tcW w:type="dxa" w:w="1440"/>
          </w:tcPr>
          <w:p>
            <w:r>
              <w:t>30/11/2023 – 01/12/2023</w:t>
            </w:r>
          </w:p>
        </w:tc>
        <w:tc>
          <w:tcPr>
            <w:tcW w:type="dxa" w:w="1440"/>
          </w:tcPr>
          <w:p>
            <w:r>
              <w:rPr>
                <w:highlight w:val="yellow"/>
              </w:rPr>
              <w:t>rellenar</w:t>
            </w:r>
          </w:p>
        </w:tc>
      </w:tr>
      <w:tr>
        <w:tc>
          <w:tcPr>
            <w:tcW w:type="dxa" w:w="1440"/>
          </w:tcPr>
          <w:p>
            <w:r>
              <w:t>Suministro de reactivos Biológicos para la “Detección y recuento de Legionella SPP e identificación de Legionella Pheumophila para el CMILVET · exp. 2023/SP01400010/00000882E</w:t>
            </w:r>
          </w:p>
        </w:tc>
        <w:tc>
          <w:tcPr>
            <w:tcW w:type="dxa" w:w="1440"/>
          </w:tcPr>
          <w:p>
            <w:r>
              <w:t>Inspección General de Sanidad de la Defensa · NIF S2800086G</w:t>
            </w:r>
          </w:p>
        </w:tc>
        <w:tc>
          <w:tcPr>
            <w:tcW w:type="dxa" w:w="1440"/>
          </w:tcPr>
          <w:p>
            <w:r>
              <w:t>40.532,70 €</w:t>
            </w:r>
          </w:p>
        </w:tc>
        <w:tc>
          <w:tcPr>
            <w:tcW w:type="dxa" w:w="1440"/>
          </w:tcPr>
          <w:p>
            <w:r>
              <w:t>29/11/2023</w:t>
            </w:r>
          </w:p>
        </w:tc>
        <w:tc>
          <w:tcPr>
            <w:tcW w:type="dxa" w:w="1440"/>
          </w:tcPr>
          <w:p>
            <w:r>
              <w:t>01/12/2023 – 30/11/2024</w:t>
            </w:r>
          </w:p>
        </w:tc>
        <w:tc>
          <w:tcPr>
            <w:tcW w:type="dxa" w:w="1440"/>
          </w:tcPr>
          <w:p>
            <w:r>
              <w:rPr>
                <w:highlight w:val="yellow"/>
              </w:rPr>
              <w:t>rellenar</w:t>
            </w:r>
          </w:p>
        </w:tc>
      </w:tr>
      <w:tr>
        <w:tc>
          <w:tcPr>
            <w:tcW w:type="dxa" w:w="1440"/>
          </w:tcPr>
          <w:p>
            <w:r>
              <w:t>Suministro de un sistema de preparación de paneles de microdilución en caldo para la determinación de concentraciones mínimas inhibitorias (CMI) y lectura e interpretación de las mismas para el Servicio de Microbiología del Hospital Universitario Río Hortega · exp. 8301-831-1-2023-14284</w:t>
            </w:r>
          </w:p>
        </w:tc>
        <w:tc>
          <w:tcPr>
            <w:tcW w:type="dxa" w:w="1440"/>
          </w:tcPr>
          <w:p>
            <w:r>
              <w:t>Gerencia de Atención Especializada Hospital Univ. Rio Hortega de Valladolid · NIF Q4777001A</w:t>
            </w:r>
          </w:p>
        </w:tc>
        <w:tc>
          <w:tcPr>
            <w:tcW w:type="dxa" w:w="1440"/>
          </w:tcPr>
          <w:p>
            <w:r>
              <w:t>26.594,50 €</w:t>
            </w:r>
          </w:p>
        </w:tc>
        <w:tc>
          <w:tcPr>
            <w:tcW w:type="dxa" w:w="1440"/>
          </w:tcPr>
          <w:p>
            <w:r>
              <w:t>24/11/2023</w:t>
            </w:r>
          </w:p>
        </w:tc>
        <w:tc>
          <w:tcPr>
            <w:tcW w:type="dxa" w:w="1440"/>
          </w:tcPr>
          <w:p>
            <w:r>
              <w:t>24/12/2023 – 23/01/2024</w:t>
            </w:r>
          </w:p>
        </w:tc>
        <w:tc>
          <w:tcPr>
            <w:tcW w:type="dxa" w:w="1440"/>
          </w:tcPr>
          <w:p>
            <w:r>
              <w:rPr>
                <w:highlight w:val="yellow"/>
              </w:rPr>
              <w:t>rellenar</w:t>
            </w:r>
          </w:p>
        </w:tc>
      </w:tr>
      <w:tr>
        <w:tc>
          <w:tcPr>
            <w:tcW w:type="dxa" w:w="1440"/>
          </w:tcPr>
          <w:p>
            <w:r>
              <w:t>Material necesario para la realización de técnicas analíticas automáticas en la Sección de Alergia del laboratorio de Inmunología del Hospital  Clínico "Lozano Blesa" de Zaragoza · exp. SAS_Z3_2024_PA_008</w:t>
            </w:r>
          </w:p>
        </w:tc>
        <w:tc>
          <w:tcPr>
            <w:tcW w:type="dxa" w:w="1440"/>
          </w:tcPr>
          <w:p>
            <w:r>
              <w:t>Gerencia Sector Sanitario de Zaragoza 3 · NIF Q5000442C</w:t>
            </w:r>
          </w:p>
        </w:tc>
        <w:tc>
          <w:tcPr>
            <w:tcW w:type="dxa" w:w="1440"/>
          </w:tcPr>
          <w:p>
            <w:r>
              <w:t>2.522.268,00 €</w:t>
            </w:r>
          </w:p>
        </w:tc>
        <w:tc>
          <w:tcPr>
            <w:tcW w:type="dxa" w:w="1440"/>
          </w:tcPr>
          <w:p>
            <w:r>
              <w:t>10/11/2023</w:t>
            </w:r>
          </w:p>
        </w:tc>
        <w:tc>
          <w:tcPr>
            <w:tcW w:type="dxa" w:w="1440"/>
          </w:tcPr>
          <w:p>
            <w:r>
              <w:t>01/01/2024 – 31/12/2025</w:t>
            </w:r>
          </w:p>
        </w:tc>
        <w:tc>
          <w:tcPr>
            <w:tcW w:type="dxa" w:w="1440"/>
          </w:tcPr>
          <w:p>
            <w:r>
              <w:rPr>
                <w:highlight w:val="yellow"/>
              </w:rPr>
              <w:t>rellenar</w:t>
            </w:r>
          </w:p>
        </w:tc>
      </w:tr>
      <w:tr>
        <w:tc>
          <w:tcPr>
            <w:tcW w:type="dxa" w:w="1440"/>
          </w:tcPr>
          <w:p>
            <w:r>
              <w:t>Pedidos nº: 72340600  72416600  72519600 · exp. HV BASADO AM 2018/5/0027 B62014485 OCTUBRE23</w:t>
            </w:r>
          </w:p>
        </w:tc>
        <w:tc>
          <w:tcPr>
            <w:tcW w:type="dxa" w:w="1440"/>
          </w:tcPr>
          <w:p>
            <w:r>
              <w:t>Servicio Cántabro de Salud · NIF Q3900738J</w:t>
            </w:r>
          </w:p>
        </w:tc>
        <w:tc>
          <w:tcPr>
            <w:tcW w:type="dxa" w:w="1440"/>
          </w:tcPr>
          <w:p>
            <w:r>
              <w:t>1.892,40 €</w:t>
            </w:r>
          </w:p>
        </w:tc>
        <w:tc>
          <w:tcPr>
            <w:tcW w:type="dxa" w:w="1440"/>
          </w:tcPr>
          <w:p>
            <w:r>
              <w:t>31/10/2023</w:t>
            </w:r>
          </w:p>
        </w:tc>
        <w:tc>
          <w:tcPr>
            <w:tcW w:type="dxa" w:w="1440"/>
          </w:tcPr>
          <w:p>
            <w:r>
              <w:t>31/10/2023 – 01/11/2023</w:t>
            </w:r>
          </w:p>
        </w:tc>
        <w:tc>
          <w:tcPr>
            <w:tcW w:type="dxa" w:w="1440"/>
          </w:tcPr>
          <w:p>
            <w:r>
              <w:rPr>
                <w:highlight w:val="yellow"/>
              </w:rPr>
              <w:t>rellenar</w:t>
            </w:r>
          </w:p>
        </w:tc>
      </w:tr>
      <w:tr>
        <w:tc>
          <w:tcPr>
            <w:tcW w:type="dxa" w:w="1440"/>
          </w:tcPr>
          <w:p>
            <w:r>
              <w:t>Adquisición de material para el análisis de resistencias a antimicrobianos por el método de microdilución en caldo para el Laboratorio Central de Veterinaria en Algete (Madrid) durante 24 meses. · exp. 2023000146AB</w:t>
            </w:r>
          </w:p>
        </w:tc>
        <w:tc>
          <w:tcPr>
            <w:tcW w:type="dxa" w:w="1440"/>
          </w:tcPr>
          <w:p>
            <w:r>
              <w:t>Junta de Contratación del Ministerio de Agricultura, Pesca y Alimentación · NIF S2800556I</w:t>
            </w:r>
          </w:p>
        </w:tc>
        <w:tc>
          <w:tcPr>
            <w:tcW w:type="dxa" w:w="1440"/>
          </w:tcPr>
          <w:p>
            <w:r>
              <w:t>141.254,70 €</w:t>
            </w:r>
          </w:p>
        </w:tc>
        <w:tc>
          <w:tcPr>
            <w:tcW w:type="dxa" w:w="1440"/>
          </w:tcPr>
          <w:p>
            <w:r>
              <w:t>26/09/2023</w:t>
            </w:r>
          </w:p>
        </w:tc>
        <w:tc>
          <w:tcPr>
            <w:tcW w:type="dxa" w:w="1440"/>
          </w:tcPr>
          <w:p>
            <w:r>
              <w:t>02/11/2023 – 02/11/2025</w:t>
            </w:r>
          </w:p>
        </w:tc>
        <w:tc>
          <w:tcPr>
            <w:tcW w:type="dxa" w:w="1440"/>
          </w:tcPr>
          <w:p>
            <w:r>
              <w:rPr>
                <w:highlight w:val="yellow"/>
              </w:rPr>
              <w:t>rellenar</w:t>
            </w:r>
          </w:p>
        </w:tc>
      </w:tr>
      <w:tr>
        <w:tc>
          <w:tcPr>
            <w:tcW w:type="dxa" w:w="1440"/>
          </w:tcPr>
          <w:p>
            <w:r>
              <w:t>Reactivos y productos varios para técnicas manuales en el laboratorio de Microbiología (lote 1) · exp. 2024-0-015</w:t>
            </w:r>
          </w:p>
        </w:tc>
        <w:tc>
          <w:tcPr>
            <w:tcW w:type="dxa" w:w="1440"/>
          </w:tcPr>
          <w:p>
            <w:r>
              <w:t>Gerencia Sector Sanitario de Zaragoza 3 · NIF Q5000442C</w:t>
            </w:r>
          </w:p>
        </w:tc>
        <w:tc>
          <w:tcPr>
            <w:tcW w:type="dxa" w:w="1440"/>
          </w:tcPr>
          <w:p>
            <w:r>
              <w:t>10.065,79 €</w:t>
            </w:r>
          </w:p>
        </w:tc>
        <w:tc>
          <w:tcPr>
            <w:tcW w:type="dxa" w:w="1440"/>
          </w:tcPr>
          <w:p>
            <w:r>
              <w:t>01/09/2023</w:t>
            </w:r>
          </w:p>
        </w:tc>
        <w:tc>
          <w:tcPr>
            <w:tcW w:type="dxa" w:w="1440"/>
          </w:tcPr>
          <w:p>
            <w:r>
              <w:t>01/01/2024 – 31/12/2025</w:t>
            </w:r>
          </w:p>
        </w:tc>
        <w:tc>
          <w:tcPr>
            <w:tcW w:type="dxa" w:w="1440"/>
          </w:tcPr>
          <w:p>
            <w:r>
              <w:rPr>
                <w:highlight w:val="yellow"/>
              </w:rPr>
              <w:t>rellenar</w:t>
            </w:r>
          </w:p>
        </w:tc>
      </w:tr>
      <w:tr>
        <w:tc>
          <w:tcPr>
            <w:tcW w:type="dxa" w:w="1440"/>
          </w:tcPr>
          <w:p>
            <w:r>
              <w:t>Reactivos y productos varios para técnicas manuales en el laboratorio de Microbiología (lote 11) · exp. 2024-0-015</w:t>
            </w:r>
          </w:p>
        </w:tc>
        <w:tc>
          <w:tcPr>
            <w:tcW w:type="dxa" w:w="1440"/>
          </w:tcPr>
          <w:p>
            <w:r>
              <w:t>Gerencia Sector Sanitario de Zaragoza 3 · NIF Q5000442C</w:t>
            </w:r>
          </w:p>
        </w:tc>
        <w:tc>
          <w:tcPr>
            <w:tcW w:type="dxa" w:w="1440"/>
          </w:tcPr>
          <w:p>
            <w:r>
              <w:t>648,00 €</w:t>
            </w:r>
          </w:p>
        </w:tc>
        <w:tc>
          <w:tcPr>
            <w:tcW w:type="dxa" w:w="1440"/>
          </w:tcPr>
          <w:p>
            <w:r>
              <w:t>01/09/2023</w:t>
            </w:r>
          </w:p>
        </w:tc>
        <w:tc>
          <w:tcPr>
            <w:tcW w:type="dxa" w:w="1440"/>
          </w:tcPr>
          <w:p>
            <w:r>
              <w:t>01/01/2024 – 31/12/2025</w:t>
            </w:r>
          </w:p>
        </w:tc>
        <w:tc>
          <w:tcPr>
            <w:tcW w:type="dxa" w:w="1440"/>
          </w:tcPr>
          <w:p>
            <w:r>
              <w:rPr>
                <w:highlight w:val="yellow"/>
              </w:rPr>
              <w:t>rellenar</w:t>
            </w:r>
          </w:p>
        </w:tc>
      </w:tr>
      <w:tr>
        <w:tc>
          <w:tcPr>
            <w:tcW w:type="dxa" w:w="1440"/>
          </w:tcPr>
          <w:p>
            <w:r>
              <w:t>Reactivos y productos varios para técnicas manuales en el laboratorio de Microbiología (lote 12) · exp. 2024-0-015</w:t>
            </w:r>
          </w:p>
        </w:tc>
        <w:tc>
          <w:tcPr>
            <w:tcW w:type="dxa" w:w="1440"/>
          </w:tcPr>
          <w:p>
            <w:r>
              <w:t>Gerencia Sector Sanitario de Zaragoza 3 · NIF Q5000442C</w:t>
            </w:r>
          </w:p>
        </w:tc>
        <w:tc>
          <w:tcPr>
            <w:tcW w:type="dxa" w:w="1440"/>
          </w:tcPr>
          <w:p>
            <w:r>
              <w:t>5.700,00 €</w:t>
            </w:r>
          </w:p>
        </w:tc>
        <w:tc>
          <w:tcPr>
            <w:tcW w:type="dxa" w:w="1440"/>
          </w:tcPr>
          <w:p>
            <w:r>
              <w:t>01/09/2023</w:t>
            </w:r>
          </w:p>
        </w:tc>
        <w:tc>
          <w:tcPr>
            <w:tcW w:type="dxa" w:w="1440"/>
          </w:tcPr>
          <w:p>
            <w:r>
              <w:t>01/01/2024 – 31/12/2025</w:t>
            </w:r>
          </w:p>
        </w:tc>
        <w:tc>
          <w:tcPr>
            <w:tcW w:type="dxa" w:w="1440"/>
          </w:tcPr>
          <w:p>
            <w:r>
              <w:rPr>
                <w:highlight w:val="yellow"/>
              </w:rPr>
              <w:t>rellenar</w:t>
            </w:r>
          </w:p>
        </w:tc>
      </w:tr>
      <w:tr>
        <w:tc>
          <w:tcPr>
            <w:tcW w:type="dxa" w:w="1440"/>
          </w:tcPr>
          <w:p>
            <w:r>
              <w:t>Reactivos y productos varios para técnicas manuales en el laboratorio de Microbiología (lote 13) · exp. 2024-0-015</w:t>
            </w:r>
          </w:p>
        </w:tc>
        <w:tc>
          <w:tcPr>
            <w:tcW w:type="dxa" w:w="1440"/>
          </w:tcPr>
          <w:p>
            <w:r>
              <w:t>Gerencia Sector Sanitario de Zaragoza 3 · NIF Q5000442C</w:t>
            </w:r>
          </w:p>
        </w:tc>
        <w:tc>
          <w:tcPr>
            <w:tcW w:type="dxa" w:w="1440"/>
          </w:tcPr>
          <w:p>
            <w:r>
              <w:t>2.520,00 €</w:t>
            </w:r>
          </w:p>
        </w:tc>
        <w:tc>
          <w:tcPr>
            <w:tcW w:type="dxa" w:w="1440"/>
          </w:tcPr>
          <w:p>
            <w:r>
              <w:t>01/09/2023</w:t>
            </w:r>
          </w:p>
        </w:tc>
        <w:tc>
          <w:tcPr>
            <w:tcW w:type="dxa" w:w="1440"/>
          </w:tcPr>
          <w:p>
            <w:r>
              <w:t>01/01/2024 – 31/12/2025</w:t>
            </w:r>
          </w:p>
        </w:tc>
        <w:tc>
          <w:tcPr>
            <w:tcW w:type="dxa" w:w="1440"/>
          </w:tcPr>
          <w:p>
            <w:r>
              <w:rPr>
                <w:highlight w:val="yellow"/>
              </w:rPr>
              <w:t>rellenar</w:t>
            </w:r>
          </w:p>
        </w:tc>
      </w:tr>
      <w:tr>
        <w:tc>
          <w:tcPr>
            <w:tcW w:type="dxa" w:w="1440"/>
          </w:tcPr>
          <w:p>
            <w:r>
              <w:t>Reactivos y productos varios para técnicas manuales en el laboratorio de Microbiología (lote 5) · exp. 2024-0-015</w:t>
            </w:r>
          </w:p>
        </w:tc>
        <w:tc>
          <w:tcPr>
            <w:tcW w:type="dxa" w:w="1440"/>
          </w:tcPr>
          <w:p>
            <w:r>
              <w:t>Gerencia Sector Sanitario de Zaragoza 3 · NIF Q5000442C</w:t>
            </w:r>
          </w:p>
        </w:tc>
        <w:tc>
          <w:tcPr>
            <w:tcW w:type="dxa" w:w="1440"/>
          </w:tcPr>
          <w:p>
            <w:r>
              <w:t>4.839,60 €</w:t>
            </w:r>
          </w:p>
        </w:tc>
        <w:tc>
          <w:tcPr>
            <w:tcW w:type="dxa" w:w="1440"/>
          </w:tcPr>
          <w:p>
            <w:r>
              <w:t>01/09/2023</w:t>
            </w:r>
          </w:p>
        </w:tc>
        <w:tc>
          <w:tcPr>
            <w:tcW w:type="dxa" w:w="1440"/>
          </w:tcPr>
          <w:p>
            <w:r>
              <w:t>01/01/2024 – 31/12/2025</w:t>
            </w:r>
          </w:p>
        </w:tc>
        <w:tc>
          <w:tcPr>
            <w:tcW w:type="dxa" w:w="1440"/>
          </w:tcPr>
          <w:p>
            <w:r>
              <w:rPr>
                <w:highlight w:val="yellow"/>
              </w:rPr>
              <w:t>rellenar</w:t>
            </w:r>
          </w:p>
        </w:tc>
      </w:tr>
      <w:tr>
        <w:tc>
          <w:tcPr>
            <w:tcW w:type="dxa" w:w="1440"/>
          </w:tcPr>
          <w:p>
            <w:r>
              <w:t>Reactivos y productos varios para técnicas manuales en el laboratorio de Microbiología (lote 9) · exp. 2024-0-015</w:t>
            </w:r>
          </w:p>
        </w:tc>
        <w:tc>
          <w:tcPr>
            <w:tcW w:type="dxa" w:w="1440"/>
          </w:tcPr>
          <w:p>
            <w:r>
              <w:t>Gerencia Sector Sanitario de Zaragoza 3 · NIF Q5000442C</w:t>
            </w:r>
          </w:p>
        </w:tc>
        <w:tc>
          <w:tcPr>
            <w:tcW w:type="dxa" w:w="1440"/>
          </w:tcPr>
          <w:p>
            <w:r>
              <w:t>9.691,00 €</w:t>
            </w:r>
          </w:p>
        </w:tc>
        <w:tc>
          <w:tcPr>
            <w:tcW w:type="dxa" w:w="1440"/>
          </w:tcPr>
          <w:p>
            <w:r>
              <w:t>01/09/2023</w:t>
            </w:r>
          </w:p>
        </w:tc>
        <w:tc>
          <w:tcPr>
            <w:tcW w:type="dxa" w:w="1440"/>
          </w:tcPr>
          <w:p>
            <w:r>
              <w:t>01/01/2024 – 31/12/2025</w:t>
            </w:r>
          </w:p>
        </w:tc>
        <w:tc>
          <w:tcPr>
            <w:tcW w:type="dxa" w:w="1440"/>
          </w:tcPr>
          <w:p>
            <w:r>
              <w:rPr>
                <w:highlight w:val="yellow"/>
              </w:rPr>
              <w:t>rellenar</w:t>
            </w:r>
          </w:p>
        </w:tc>
      </w:tr>
      <w:tr>
        <w:tc>
          <w:tcPr>
            <w:tcW w:type="dxa" w:w="1440"/>
          </w:tcPr>
          <w:p>
            <w:r>
              <w:t>Suministro de Test de diagnóstico alérgico rápido en sangre con destino a los Servicios de Pediatría de los Centros Sanitarios adscritos a la Gerencia de Atención Primaria del Servicio Cántabro de Salud · exp. GAP 2022/28</w:t>
            </w:r>
          </w:p>
        </w:tc>
        <w:tc>
          <w:tcPr>
            <w:tcW w:type="dxa" w:w="1440"/>
          </w:tcPr>
          <w:p>
            <w:r>
              <w:t>Servicio Cántabro de Salud · NIF Q3900738J</w:t>
            </w:r>
          </w:p>
        </w:tc>
        <w:tc>
          <w:tcPr>
            <w:tcW w:type="dxa" w:w="1440"/>
          </w:tcPr>
          <w:p>
            <w:r>
              <w:t>182.520,00 €</w:t>
            </w:r>
          </w:p>
        </w:tc>
        <w:tc>
          <w:tcPr>
            <w:tcW w:type="dxa" w:w="1440"/>
          </w:tcPr>
          <w:p>
            <w:r>
              <w:t>21/08/2023</w:t>
            </w:r>
          </w:p>
        </w:tc>
        <w:tc>
          <w:tcPr>
            <w:tcW w:type="dxa" w:w="1440"/>
          </w:tcPr>
          <w:p>
            <w:r>
              <w:t>20/09/2023 – 20/09/2025</w:t>
            </w:r>
          </w:p>
        </w:tc>
        <w:tc>
          <w:tcPr>
            <w:tcW w:type="dxa" w:w="1440"/>
          </w:tcPr>
          <w:p>
            <w:r>
              <w:rPr>
                <w:highlight w:val="yellow"/>
              </w:rPr>
              <w:t>rellenar</w:t>
            </w:r>
          </w:p>
        </w:tc>
      </w:tr>
      <w:tr>
        <w:tc>
          <w:tcPr>
            <w:tcW w:type="dxa" w:w="1440"/>
          </w:tcPr>
          <w:p>
            <w:r>
              <w:t>Sensores y electrodos (lote 5) · exp. 2024-0-040</w:t>
            </w:r>
          </w:p>
        </w:tc>
        <w:tc>
          <w:tcPr>
            <w:tcW w:type="dxa" w:w="1440"/>
          </w:tcPr>
          <w:p>
            <w:r>
              <w:t>Gerencia Sector Sanitario de Zaragoza 3 · NIF Q5000442C</w:t>
            </w:r>
          </w:p>
        </w:tc>
        <w:tc>
          <w:tcPr>
            <w:tcW w:type="dxa" w:w="1440"/>
          </w:tcPr>
          <w:p>
            <w:r>
              <w:t>54.000,00 €</w:t>
            </w:r>
          </w:p>
        </w:tc>
        <w:tc>
          <w:tcPr>
            <w:tcW w:type="dxa" w:w="1440"/>
          </w:tcPr>
          <w:p>
            <w:r>
              <w:t>18/08/2023</w:t>
            </w:r>
          </w:p>
        </w:tc>
        <w:tc>
          <w:tcPr>
            <w:tcW w:type="dxa" w:w="1440"/>
          </w:tcPr>
          <w:p>
            <w:r>
              <w:t>01/01/2024 – 31/12/2025</w:t>
            </w:r>
          </w:p>
        </w:tc>
        <w:tc>
          <w:tcPr>
            <w:tcW w:type="dxa" w:w="1440"/>
          </w:tcPr>
          <w:p>
            <w:r>
              <w:rPr>
                <w:highlight w:val="yellow"/>
              </w:rPr>
              <w:t>rellenar</w:t>
            </w:r>
          </w:p>
        </w:tc>
      </w:tr>
      <w:tr>
        <w:tc>
          <w:tcPr>
            <w:tcW w:type="dxa" w:w="1440"/>
          </w:tcPr>
          <w:p>
            <w:r>
              <w:t>Suministro de Reactivos y Material necesario para la realización de determinaciones Analíticas en el Servicio de Análisis Clínicos y Microbiología y en el Servicio de Hematología del Departamento de Salud de Torrevieja (lote 5) · exp. PA 235/2022</w:t>
            </w:r>
          </w:p>
        </w:tc>
        <w:tc>
          <w:tcPr>
            <w:tcW w:type="dxa" w:w="1440"/>
          </w:tcPr>
          <w:p>
            <w:r>
              <w:t>Departamento de Salud de Torrevieja. Dirección Económica-Gerencia · NIF S4611001A</w:t>
            </w:r>
          </w:p>
        </w:tc>
        <w:tc>
          <w:tcPr>
            <w:tcW w:type="dxa" w:w="1440"/>
          </w:tcPr>
          <w:p>
            <w:r>
              <w:t>134.682,00 €</w:t>
            </w:r>
          </w:p>
        </w:tc>
        <w:tc>
          <w:tcPr>
            <w:tcW w:type="dxa" w:w="1440"/>
          </w:tcPr>
          <w:p>
            <w:r>
              <w:t>30/06/2023</w:t>
            </w:r>
          </w:p>
        </w:tc>
        <w:tc>
          <w:tcPr>
            <w:tcW w:type="dxa" w:w="1440"/>
          </w:tcPr>
          <w:p>
            <w:r>
              <w:t>18/07/2024 – en curso</w:t>
            </w:r>
          </w:p>
        </w:tc>
        <w:tc>
          <w:tcPr>
            <w:tcW w:type="dxa" w:w="1440"/>
          </w:tcPr>
          <w:p>
            <w:r>
              <w:rPr>
                <w:highlight w:val="yellow"/>
              </w:rPr>
              <w:t>rellenar</w:t>
            </w:r>
          </w:p>
        </w:tc>
      </w:tr>
      <w:tr>
        <w:tc>
          <w:tcPr>
            <w:tcW w:type="dxa" w:w="1440"/>
          </w:tcPr>
          <w:p>
            <w:r>
              <w:t>Suministro de material necesario para la realización de técnicas analíticas automáticas en el laboratorio de Toxicología del H.C.U. Lozano Blesa, así como la cesión de equipos analíticos · exp. 2023-0-019</w:t>
            </w:r>
          </w:p>
        </w:tc>
        <w:tc>
          <w:tcPr>
            <w:tcW w:type="dxa" w:w="1440"/>
          </w:tcPr>
          <w:p>
            <w:r>
              <w:t>Gerencia Sector Sanitario de Zaragoza 3 · NIF Q5000442C</w:t>
            </w:r>
          </w:p>
        </w:tc>
        <w:tc>
          <w:tcPr>
            <w:tcW w:type="dxa" w:w="1440"/>
          </w:tcPr>
          <w:p>
            <w:r>
              <w:t>238.120,52 €</w:t>
            </w:r>
          </w:p>
        </w:tc>
        <w:tc>
          <w:tcPr>
            <w:tcW w:type="dxa" w:w="1440"/>
          </w:tcPr>
          <w:p>
            <w:r>
              <w:t>08/05/2023</w:t>
            </w:r>
          </w:p>
        </w:tc>
        <w:tc>
          <w:tcPr>
            <w:tcW w:type="dxa" w:w="1440"/>
          </w:tcPr>
          <w:p>
            <w:r>
              <w:t>01/06/2023 – 31/05/2026</w:t>
            </w:r>
          </w:p>
        </w:tc>
        <w:tc>
          <w:tcPr>
            <w:tcW w:type="dxa" w:w="1440"/>
          </w:tcPr>
          <w:p>
            <w:r>
              <w:rPr>
                <w:highlight w:val="yellow"/>
              </w:rPr>
              <w:t>rellenar</w:t>
            </w:r>
          </w:p>
        </w:tc>
      </w:tr>
      <w:tr>
        <w:tc>
          <w:tcPr>
            <w:tcW w:type="dxa" w:w="1440"/>
          </w:tcPr>
          <w:p>
            <w:r>
              <w:t>Suministro de reactivos y cesión de software y equipamiento, para realizar las determinaciones analíticas para el cribado prenatal de primer, segundo trimestre y diagnóstico de preeclampsia, en los laboratorios ubicados en los centros sanitarios dependientes del Servei de Salut de les Illes Balears. (lote 2) · exp. SSCC PA 256/22</w:t>
            </w:r>
          </w:p>
        </w:tc>
        <w:tc>
          <w:tcPr>
            <w:tcW w:type="dxa" w:w="1440"/>
          </w:tcPr>
          <w:p>
            <w:r>
              <w:t>Servicio de Salud de las Illes Balears · NIF Q0719003F</w:t>
            </w:r>
          </w:p>
        </w:tc>
        <w:tc>
          <w:tcPr>
            <w:tcW w:type="dxa" w:w="1440"/>
          </w:tcPr>
          <w:p>
            <w:r>
              <w:t>169.383,00 €</w:t>
            </w:r>
          </w:p>
        </w:tc>
        <w:tc>
          <w:tcPr>
            <w:tcW w:type="dxa" w:w="1440"/>
          </w:tcPr>
          <w:p>
            <w:r>
              <w:t>23/03/2023</w:t>
            </w:r>
          </w:p>
        </w:tc>
        <w:tc>
          <w:tcPr>
            <w:tcW w:type="dxa" w:w="1440"/>
          </w:tcPr>
          <w:p>
            <w:r>
              <w:t>11/05/2023 – 11/05/2026</w:t>
            </w:r>
          </w:p>
        </w:tc>
        <w:tc>
          <w:tcPr>
            <w:tcW w:type="dxa" w:w="1440"/>
          </w:tcPr>
          <w:p>
            <w:r>
              <w:rPr>
                <w:highlight w:val="yellow"/>
              </w:rPr>
              <w:t>rellenar</w:t>
            </w:r>
          </w:p>
        </w:tc>
      </w:tr>
      <w:tr>
        <w:tc>
          <w:tcPr>
            <w:tcW w:type="dxa" w:w="1440"/>
          </w:tcPr>
          <w:p>
            <w:r>
              <w:t>Suministro de reactivos, medios de cultivo, material de referencia, cepas de referencia y material auxiliar para el Laboratorio Municipal. (lote 3) · exp. 2022000057</w:t>
            </w:r>
          </w:p>
        </w:tc>
        <w:tc>
          <w:tcPr>
            <w:tcW w:type="dxa" w:w="1440"/>
          </w:tcPr>
          <w:p>
            <w:r>
              <w:t>Ayuntamiento de Getafe · NIF P2806500A</w:t>
            </w:r>
          </w:p>
        </w:tc>
        <w:tc>
          <w:tcPr>
            <w:tcW w:type="dxa" w:w="1440"/>
          </w:tcPr>
          <w:p>
            <w:r>
              <w:t>7.500,00 €</w:t>
            </w:r>
          </w:p>
        </w:tc>
        <w:tc>
          <w:tcPr>
            <w:tcW w:type="dxa" w:w="1440"/>
          </w:tcPr>
          <w:p>
            <w:r>
              <w:t>16/11/2022</w:t>
            </w:r>
          </w:p>
        </w:tc>
        <w:tc>
          <w:tcPr>
            <w:tcW w:type="dxa" w:w="1440"/>
          </w:tcPr>
          <w:p>
            <w:r>
              <w:t>30/11/2022 – 31/12/2025</w:t>
            </w:r>
          </w:p>
        </w:tc>
        <w:tc>
          <w:tcPr>
            <w:tcW w:type="dxa" w:w="1440"/>
          </w:tcPr>
          <w:p>
            <w:r>
              <w:rPr>
                <w:highlight w:val="yellow"/>
              </w:rPr>
              <w:t>rellenar</w:t>
            </w:r>
          </w:p>
        </w:tc>
      </w:tr>
      <w:tr>
        <w:tc>
          <w:tcPr>
            <w:tcW w:type="dxa" w:w="1440"/>
          </w:tcPr>
          <w:p>
            <w:r>
              <w:t>Suministro de reactivos, material fungible y equipamiento destinado a la realización de pruebas de alergia y calprotectina en el laboratorio de radioinmunoanálisis del Consorcio Hospitalario Provincial de Castellón. (lote 1) · exp. 15/2022</w:t>
            </w:r>
          </w:p>
        </w:tc>
        <w:tc>
          <w:tcPr>
            <w:tcW w:type="dxa" w:w="1440"/>
          </w:tcPr>
          <w:p>
            <w:r>
              <w:t>Dirección Económica del Consorcio Hospitalario Provincial de Castellón · NIF P6200007J</w:t>
            </w:r>
          </w:p>
        </w:tc>
        <w:tc>
          <w:tcPr>
            <w:tcW w:type="dxa" w:w="1440"/>
          </w:tcPr>
          <w:p>
            <w:r>
              <w:t>110.050,00 €</w:t>
            </w:r>
          </w:p>
        </w:tc>
        <w:tc>
          <w:tcPr>
            <w:tcW w:type="dxa" w:w="1440"/>
          </w:tcPr>
          <w:p>
            <w:r>
              <w:t>11/10/2022</w:t>
            </w:r>
          </w:p>
        </w:tc>
        <w:tc>
          <w:tcPr>
            <w:tcW w:type="dxa" w:w="1440"/>
          </w:tcPr>
          <w:p>
            <w:r>
              <w:t>09/11/2022 – 09/11/2024</w:t>
            </w:r>
          </w:p>
        </w:tc>
        <w:tc>
          <w:tcPr>
            <w:tcW w:type="dxa" w:w="1440"/>
          </w:tcPr>
          <w:p>
            <w:r>
              <w:rPr>
                <w:highlight w:val="yellow"/>
              </w:rPr>
              <w:t>rellenar</w:t>
            </w:r>
          </w:p>
        </w:tc>
      </w:tr>
      <w:tr>
        <w:tc>
          <w:tcPr>
            <w:tcW w:type="dxa" w:w="1440"/>
          </w:tcPr>
          <w:p>
            <w:r>
              <w:t>Suministro de reactivos, material fungible y equipamiento destinado a la realización de pruebas de alergia y calprotectina en el laboratorio de radioinmunoanálisis del Consorcio Hospitalario Provincial de Castellón. (lote 2) · exp. 15/2022</w:t>
            </w:r>
          </w:p>
        </w:tc>
        <w:tc>
          <w:tcPr>
            <w:tcW w:type="dxa" w:w="1440"/>
          </w:tcPr>
          <w:p>
            <w:r>
              <w:t>Dirección Económica del Consorcio Hospitalario Provincial de Castellón · NIF P6200007J</w:t>
            </w:r>
          </w:p>
        </w:tc>
        <w:tc>
          <w:tcPr>
            <w:tcW w:type="dxa" w:w="1440"/>
          </w:tcPr>
          <w:p>
            <w:r>
              <w:t>47.600,00 €</w:t>
            </w:r>
          </w:p>
        </w:tc>
        <w:tc>
          <w:tcPr>
            <w:tcW w:type="dxa" w:w="1440"/>
          </w:tcPr>
          <w:p>
            <w:r>
              <w:t>11/10/2022</w:t>
            </w:r>
          </w:p>
        </w:tc>
        <w:tc>
          <w:tcPr>
            <w:tcW w:type="dxa" w:w="1440"/>
          </w:tcPr>
          <w:p>
            <w:r>
              <w:t>09/11/2022 – 09/11/2024</w:t>
            </w:r>
          </w:p>
        </w:tc>
        <w:tc>
          <w:tcPr>
            <w:tcW w:type="dxa" w:w="1440"/>
          </w:tcPr>
          <w:p>
            <w:r>
              <w:rPr>
                <w:highlight w:val="yellow"/>
              </w:rPr>
              <w:t>rellenar</w:t>
            </w:r>
          </w:p>
        </w:tc>
      </w:tr>
      <w:tr>
        <w:tc>
          <w:tcPr>
            <w:tcW w:type="dxa" w:w="1440"/>
          </w:tcPr>
          <w:p>
            <w:r>
              <w:t>Suministro de medios de cultivo, reactivos y material de laboratorio con destino al Laboratorio de Salud Pública. (lote 1) · exp. 2021000647</w:t>
            </w:r>
          </w:p>
        </w:tc>
        <w:tc>
          <w:tcPr>
            <w:tcW w:type="dxa" w:w="1440"/>
          </w:tcPr>
          <w:p>
            <w:r>
              <w:t>Consejería de Salud · NIF S3333001J</w:t>
            </w:r>
          </w:p>
        </w:tc>
        <w:tc>
          <w:tcPr>
            <w:tcW w:type="dxa" w:w="1440"/>
          </w:tcPr>
          <w:p>
            <w:r>
              <w:t>12.485,84 €</w:t>
            </w:r>
          </w:p>
        </w:tc>
        <w:tc>
          <w:tcPr>
            <w:tcW w:type="dxa" w:w="1440"/>
          </w:tcPr>
          <w:p>
            <w:r>
              <w:t>10/06/2022</w:t>
            </w:r>
          </w:p>
        </w:tc>
        <w:tc>
          <w:tcPr>
            <w:tcW w:type="dxa" w:w="1440"/>
          </w:tcPr>
          <w:p>
            <w:r>
              <w:t>10/07/2022 – 10/07/2024</w:t>
            </w:r>
          </w:p>
        </w:tc>
        <w:tc>
          <w:tcPr>
            <w:tcW w:type="dxa" w:w="1440"/>
          </w:tcPr>
          <w:p>
            <w:r>
              <w:rPr>
                <w:highlight w:val="yellow"/>
              </w:rPr>
              <w:t>rellenar</w:t>
            </w:r>
          </w:p>
        </w:tc>
      </w:tr>
      <w:tr>
        <w:tc>
          <w:tcPr>
            <w:tcW w:type="dxa" w:w="1440"/>
          </w:tcPr>
          <w:p>
            <w:r>
              <w:t>Suministro de medios de cultivo, reactivos y material de laboratorio con destino al Laboratorio de Salud Pública. (lote 2) · exp. 2021000647</w:t>
            </w:r>
          </w:p>
        </w:tc>
        <w:tc>
          <w:tcPr>
            <w:tcW w:type="dxa" w:w="1440"/>
          </w:tcPr>
          <w:p>
            <w:r>
              <w:t>Consejería de Salud · NIF S3333001J</w:t>
            </w:r>
          </w:p>
        </w:tc>
        <w:tc>
          <w:tcPr>
            <w:tcW w:type="dxa" w:w="1440"/>
          </w:tcPr>
          <w:p>
            <w:r>
              <w:t>11.210,19 €</w:t>
            </w:r>
          </w:p>
        </w:tc>
        <w:tc>
          <w:tcPr>
            <w:tcW w:type="dxa" w:w="1440"/>
          </w:tcPr>
          <w:p>
            <w:r>
              <w:t>10/06/2022</w:t>
            </w:r>
          </w:p>
        </w:tc>
        <w:tc>
          <w:tcPr>
            <w:tcW w:type="dxa" w:w="1440"/>
          </w:tcPr>
          <w:p>
            <w:r>
              <w:t>10/07/2022 – 10/07/2024</w:t>
            </w:r>
          </w:p>
        </w:tc>
        <w:tc>
          <w:tcPr>
            <w:tcW w:type="dxa" w:w="1440"/>
          </w:tcPr>
          <w:p>
            <w:r>
              <w:rPr>
                <w:highlight w:val="yellow"/>
              </w:rPr>
              <w:t>rellenar</w:t>
            </w:r>
          </w:p>
        </w:tc>
      </w:tr>
      <w:tr>
        <w:tc>
          <w:tcPr>
            <w:tcW w:type="dxa" w:w="1440"/>
          </w:tcPr>
          <w:p>
            <w:r>
              <w:t>Suministro de medios de cultivo, reactivos y material de laboratorio con destino al Laboratorio de Salud Pública. (lote 3) · exp. 2021000647</w:t>
            </w:r>
          </w:p>
        </w:tc>
        <w:tc>
          <w:tcPr>
            <w:tcW w:type="dxa" w:w="1440"/>
          </w:tcPr>
          <w:p>
            <w:r>
              <w:t>Consejería de Salud · NIF S3333001J</w:t>
            </w:r>
          </w:p>
        </w:tc>
        <w:tc>
          <w:tcPr>
            <w:tcW w:type="dxa" w:w="1440"/>
          </w:tcPr>
          <w:p>
            <w:r>
              <w:t>29.726,97 €</w:t>
            </w:r>
          </w:p>
        </w:tc>
        <w:tc>
          <w:tcPr>
            <w:tcW w:type="dxa" w:w="1440"/>
          </w:tcPr>
          <w:p>
            <w:r>
              <w:t>10/06/2022</w:t>
            </w:r>
          </w:p>
        </w:tc>
        <w:tc>
          <w:tcPr>
            <w:tcW w:type="dxa" w:w="1440"/>
          </w:tcPr>
          <w:p>
            <w:r>
              <w:t>10/07/2022 – 10/07/2024</w:t>
            </w:r>
          </w:p>
        </w:tc>
        <w:tc>
          <w:tcPr>
            <w:tcW w:type="dxa" w:w="1440"/>
          </w:tcPr>
          <w:p>
            <w:r>
              <w:rPr>
                <w:highlight w:val="yellow"/>
              </w:rPr>
              <w:t>rellenar</w:t>
            </w:r>
          </w:p>
        </w:tc>
      </w:tr>
      <w:tr>
        <w:tc>
          <w:tcPr>
            <w:tcW w:type="dxa" w:w="1440"/>
          </w:tcPr>
          <w:p>
            <w:r>
              <w:t>Suministro de medios de cultivo, reactivos y material de laboratorio con destino al Laboratorio de Salud Pública. (lote 4) · exp. 2021000647</w:t>
            </w:r>
          </w:p>
        </w:tc>
        <w:tc>
          <w:tcPr>
            <w:tcW w:type="dxa" w:w="1440"/>
          </w:tcPr>
          <w:p>
            <w:r>
              <w:t>Consejería de Salud · NIF S3333001J</w:t>
            </w:r>
          </w:p>
        </w:tc>
        <w:tc>
          <w:tcPr>
            <w:tcW w:type="dxa" w:w="1440"/>
          </w:tcPr>
          <w:p>
            <w:r>
              <w:t>8.774,41 €</w:t>
            </w:r>
          </w:p>
        </w:tc>
        <w:tc>
          <w:tcPr>
            <w:tcW w:type="dxa" w:w="1440"/>
          </w:tcPr>
          <w:p>
            <w:r>
              <w:t>10/06/2022</w:t>
            </w:r>
          </w:p>
        </w:tc>
        <w:tc>
          <w:tcPr>
            <w:tcW w:type="dxa" w:w="1440"/>
          </w:tcPr>
          <w:p>
            <w:r>
              <w:t>10/07/2022 – 10/07/2024</w:t>
            </w:r>
          </w:p>
        </w:tc>
        <w:tc>
          <w:tcPr>
            <w:tcW w:type="dxa" w:w="1440"/>
          </w:tcPr>
          <w:p>
            <w:r>
              <w:rPr>
                <w:highlight w:val="yellow"/>
              </w:rPr>
              <w:t>rellenar</w:t>
            </w:r>
          </w:p>
        </w:tc>
      </w:tr>
      <w:tr>
        <w:tc>
          <w:tcPr>
            <w:tcW w:type="dxa" w:w="1440"/>
          </w:tcPr>
          <w:p>
            <w:r>
              <w:t>Suministro de medios de cultivo, reactivos y material de laboratorio con destino al Laboratorio de Salud Pública. (lote 6) · exp. 2021000647</w:t>
            </w:r>
          </w:p>
        </w:tc>
        <w:tc>
          <w:tcPr>
            <w:tcW w:type="dxa" w:w="1440"/>
          </w:tcPr>
          <w:p>
            <w:r>
              <w:t>Consejería de Salud · NIF S3333001J</w:t>
            </w:r>
          </w:p>
        </w:tc>
        <w:tc>
          <w:tcPr>
            <w:tcW w:type="dxa" w:w="1440"/>
          </w:tcPr>
          <w:p>
            <w:r>
              <w:t>3.669,82 €</w:t>
            </w:r>
          </w:p>
        </w:tc>
        <w:tc>
          <w:tcPr>
            <w:tcW w:type="dxa" w:w="1440"/>
          </w:tcPr>
          <w:p>
            <w:r>
              <w:t>10/06/2022</w:t>
            </w:r>
          </w:p>
        </w:tc>
        <w:tc>
          <w:tcPr>
            <w:tcW w:type="dxa" w:w="1440"/>
          </w:tcPr>
          <w:p>
            <w:r>
              <w:t>10/07/2022 – 10/07/2024</w:t>
            </w:r>
          </w:p>
        </w:tc>
        <w:tc>
          <w:tcPr>
            <w:tcW w:type="dxa" w:w="1440"/>
          </w:tcPr>
          <w:p>
            <w:r>
              <w:rPr>
                <w:highlight w:val="yellow"/>
              </w:rPr>
              <w:t>rellenar</w:t>
            </w:r>
          </w:p>
        </w:tc>
      </w:tr>
      <w:tr>
        <w:tc>
          <w:tcPr>
            <w:tcW w:type="dxa" w:w="1440"/>
          </w:tcPr>
          <w:p>
            <w:r>
              <w:t>Suministros para el programa de laboratorio municipal de medios de cultivo, reactivos, material de uso general y ejercicios de intercomparación (lote 1) · exp. E-EXP 73/2021</w:t>
            </w:r>
          </w:p>
        </w:tc>
        <w:tc>
          <w:tcPr>
            <w:tcW w:type="dxa" w:w="1440"/>
          </w:tcPr>
          <w:p>
            <w:r>
              <w:t>Ayuntamiento de Alcobendas · NIF P2800600E</w:t>
            </w:r>
          </w:p>
        </w:tc>
        <w:tc>
          <w:tcPr>
            <w:tcW w:type="dxa" w:w="1440"/>
          </w:tcPr>
          <w:p>
            <w:r>
              <w:t>32.644,20 €</w:t>
            </w:r>
          </w:p>
        </w:tc>
        <w:tc>
          <w:tcPr>
            <w:tcW w:type="dxa" w:w="1440"/>
          </w:tcPr>
          <w:p>
            <w:r>
              <w:t>24/05/2022</w:t>
            </w:r>
          </w:p>
        </w:tc>
        <w:tc>
          <w:tcPr>
            <w:tcW w:type="dxa" w:w="1440"/>
          </w:tcPr>
          <w:p>
            <w:r>
              <w:t>04/07/2022 – 04/07/2025</w:t>
            </w:r>
          </w:p>
        </w:tc>
        <w:tc>
          <w:tcPr>
            <w:tcW w:type="dxa" w:w="1440"/>
          </w:tcPr>
          <w:p>
            <w:r>
              <w:rPr>
                <w:highlight w:val="yellow"/>
              </w:rPr>
              <w:t>rellenar</w:t>
            </w:r>
          </w:p>
        </w:tc>
      </w:tr>
      <w:tr>
        <w:tc>
          <w:tcPr>
            <w:tcW w:type="dxa" w:w="1440"/>
          </w:tcPr>
          <w:p>
            <w:r>
              <w:t>Suministro de reactivos necesarios para la realización de determinaciones analíticas en el Servicio de Inmunología en el Hospital Universitario Puerta de Hierro, Majadahonda (lote 7) · exp. GCASU 2022-35</w:t>
            </w:r>
          </w:p>
        </w:tc>
        <w:tc>
          <w:tcPr>
            <w:tcW w:type="dxa" w:w="1440"/>
          </w:tcPr>
          <w:p>
            <w:r>
              <w:t>Hospital Universitario Puerta de Hierro Majadahonda</w:t>
            </w:r>
          </w:p>
        </w:tc>
        <w:tc>
          <w:tcPr>
            <w:tcW w:type="dxa" w:w="1440"/>
          </w:tcPr>
          <w:p>
            <w:r>
              <w:t>643.830,96 €</w:t>
            </w:r>
          </w:p>
        </w:tc>
        <w:tc>
          <w:tcPr>
            <w:tcW w:type="dxa" w:w="1440"/>
          </w:tcPr>
          <w:p>
            <w:r/>
          </w:p>
        </w:tc>
        <w:tc>
          <w:tcPr>
            <w:tcW w:type="dxa" w:w="1440"/>
          </w:tcPr>
          <w:p>
            <w:r>
              <w:t>11/07/2022 – 11/07/2024</w:t>
            </w:r>
          </w:p>
        </w:tc>
        <w:tc>
          <w:tcPr>
            <w:tcW w:type="dxa" w:w="1440"/>
          </w:tcPr>
          <w:p>
            <w:r>
              <w:rPr>
                <w:highlight w:val="yellow"/>
              </w:rPr>
              <w:t>rellenar</w:t>
            </w:r>
          </w:p>
        </w:tc>
      </w:tr>
      <w:tr>
        <w:tc>
          <w:tcPr>
            <w:tcW w:type="dxa" w:w="1440"/>
          </w:tcPr>
          <w:p>
            <w:r>
              <w:t>Suministro de Kits y cesión de equipamiento para determinación de IgE por tecnología de Microarrays para el H.G.U. Gregorio Marañón · exp. A/SUM-008944/2022</w:t>
            </w:r>
          </w:p>
        </w:tc>
        <w:tc>
          <w:tcPr>
            <w:tcW w:type="dxa" w:w="1440"/>
          </w:tcPr>
          <w:p>
            <w:r>
              <w:t>Hospital General Universitario Gregorio Marañón</w:t>
            </w:r>
          </w:p>
        </w:tc>
        <w:tc>
          <w:tcPr>
            <w:tcW w:type="dxa" w:w="1440"/>
          </w:tcPr>
          <w:p>
            <w:r>
              <w:t>54.720,00 €</w:t>
            </w:r>
          </w:p>
        </w:tc>
        <w:tc>
          <w:tcPr>
            <w:tcW w:type="dxa" w:w="1440"/>
          </w:tcPr>
          <w:p>
            <w:r/>
          </w:p>
        </w:tc>
        <w:tc>
          <w:tcPr>
            <w:tcW w:type="dxa" w:w="1440"/>
          </w:tcPr>
          <w:p>
            <w:r>
              <w:t>28/06/2022 – 28/06/2024</w:t>
            </w:r>
          </w:p>
        </w:tc>
        <w:tc>
          <w:tcPr>
            <w:tcW w:type="dxa" w:w="1440"/>
          </w:tcPr>
          <w:p>
            <w:r>
              <w:rPr>
                <w:highlight w:val="yellow"/>
              </w:rPr>
              <w:t>rellenar</w:t>
            </w:r>
          </w:p>
        </w:tc>
      </w:tr>
      <w:tr>
        <w:tc>
          <w:tcPr>
            <w:tcW w:type="dxa" w:w="1440"/>
          </w:tcPr>
          <w:p>
            <w:r>
              <w:t>a.m. suministro reactivos para la realización de análisis en el iml malaga · exp. CONTR 2021 0000936074</w:t>
            </w:r>
          </w:p>
        </w:tc>
        <w:tc>
          <w:tcPr>
            <w:tcW w:type="dxa" w:w="1440"/>
          </w:tcPr>
          <w:p>
            <w:r>
              <w:t>Delegación Territorial de Justicia, Administración Local y Función Pública en Málaga</w:t>
            </w:r>
          </w:p>
        </w:tc>
        <w:tc>
          <w:tcPr>
            <w:tcW w:type="dxa" w:w="1440"/>
          </w:tcPr>
          <w:p>
            <w:r>
              <w:t>76.056,50 €</w:t>
            </w:r>
          </w:p>
        </w:tc>
        <w:tc>
          <w:tcPr>
            <w:tcW w:type="dxa" w:w="1440"/>
          </w:tcPr>
          <w:p>
            <w:r/>
          </w:p>
        </w:tc>
        <w:tc>
          <w:tcPr>
            <w:tcW w:type="dxa" w:w="1440"/>
          </w:tcPr>
          <w:p>
            <w:r>
              <w:t>16/05/2022 – 16/05/2024</w:t>
            </w:r>
          </w:p>
        </w:tc>
        <w:tc>
          <w:tcPr>
            <w:tcW w:type="dxa" w:w="1440"/>
          </w:tcPr>
          <w:p>
            <w:r>
              <w:rPr>
                <w:highlight w:val="yellow"/>
              </w:rPr>
              <w:t>rellenar</w:t>
            </w:r>
          </w:p>
        </w:tc>
      </w:tr>
      <w:tr>
        <w:tc>
          <w:tcPr>
            <w:tcW w:type="dxa" w:w="1440"/>
          </w:tcPr>
          <w:p>
            <w:r>
              <w:t>Suministro de reactivos para los laboratorios de análisis clínicos del Hospital Universitario El Escorial (lote 10) · exp. A/SUM-025613/2021</w:t>
            </w:r>
          </w:p>
        </w:tc>
        <w:tc>
          <w:tcPr>
            <w:tcW w:type="dxa" w:w="1440"/>
          </w:tcPr>
          <w:p>
            <w:r>
              <w:t>Hospital Universitario El Escorial</w:t>
            </w:r>
          </w:p>
        </w:tc>
        <w:tc>
          <w:tcPr>
            <w:tcW w:type="dxa" w:w="1440"/>
          </w:tcPr>
          <w:p>
            <w:r>
              <w:t>3.520,00 €</w:t>
            </w:r>
          </w:p>
        </w:tc>
        <w:tc>
          <w:tcPr>
            <w:tcW w:type="dxa" w:w="1440"/>
          </w:tcPr>
          <w:p>
            <w:r/>
          </w:p>
        </w:tc>
        <w:tc>
          <w:tcPr>
            <w:tcW w:type="dxa" w:w="1440"/>
          </w:tcPr>
          <w:p>
            <w:r>
              <w:t>20/09/2022 – 20/09/2024</w:t>
            </w:r>
          </w:p>
        </w:tc>
        <w:tc>
          <w:tcPr>
            <w:tcW w:type="dxa" w:w="1440"/>
          </w:tcPr>
          <w:p>
            <w:r>
              <w:rPr>
                <w:highlight w:val="yellow"/>
              </w:rPr>
              <w:t>rellenar</w:t>
            </w:r>
          </w:p>
        </w:tc>
      </w:tr>
      <w:tr>
        <w:tc>
          <w:tcPr>
            <w:tcW w:type="dxa" w:w="1440"/>
          </w:tcPr>
          <w:p>
            <w:r>
              <w:t>Subministrament de reactius amb cessió d’equipaments per a la detecció de cromogranina A per a l’Hospital Universitari de Bellvitge · exp. CS/AH02/1101476746/27/PNSP</w:t>
            </w:r>
          </w:p>
        </w:tc>
        <w:tc>
          <w:tcPr>
            <w:tcW w:type="dxa" w:w="1440"/>
          </w:tcPr>
          <w:p>
            <w:r>
              <w:t>ICS - Hospital Universitari de Bellvitge</w:t>
            </w:r>
          </w:p>
        </w:tc>
        <w:tc>
          <w:tcPr>
            <w:tcW w:type="dxa" w:w="1440"/>
          </w:tcPr>
          <w:p>
            <w:r>
              <w:t>0,00 €</w:t>
            </w:r>
          </w:p>
        </w:tc>
        <w:tc>
          <w:tcPr>
            <w:tcW w:type="dxa" w:w="1440"/>
          </w:tcPr>
          <w:p>
            <w:r/>
          </w:p>
        </w:tc>
        <w:tc>
          <w:tcPr>
            <w:tcW w:type="dxa" w:w="1440"/>
          </w:tcPr>
          <w:p>
            <w:r>
              <w:t>28/09/2026 – en curso</w:t>
            </w:r>
          </w:p>
        </w:tc>
        <w:tc>
          <w:tcPr>
            <w:tcW w:type="dxa" w:w="1440"/>
          </w:tcPr>
          <w:p>
            <w:r>
              <w:rPr>
                <w:highlight w:val="yellow"/>
              </w:rPr>
              <w:t>rellenar</w:t>
            </w:r>
          </w:p>
        </w:tc>
      </w:tr>
      <w:tr>
        <w:tc>
          <w:tcPr>
            <w:tcW w:type="dxa" w:w="1440"/>
          </w:tcPr>
          <w:p>
            <w:r>
              <w:t>Suministro de reactivos con cesión de equipos necesarios para realizar determinaciones analíticas de alérgenos en el laboratorio clínico del Hospital Universitario Fundación Alcorcón a adjudicar por procedimiento abierto mediante pluralidad de criterios (lote 1) · exp. SARA-SUM 063/26</w:t>
            </w:r>
          </w:p>
        </w:tc>
        <w:tc>
          <w:tcPr>
            <w:tcW w:type="dxa" w:w="1440"/>
          </w:tcPr>
          <w:p>
            <w:r>
              <w:t>Hospital Universitario Fundación Alcorcón</w:t>
            </w:r>
          </w:p>
        </w:tc>
        <w:tc>
          <w:tcPr>
            <w:tcW w:type="dxa" w:w="1440"/>
          </w:tcPr>
          <w:p>
            <w:r>
              <w:t>176.129,12 €</w:t>
            </w:r>
          </w:p>
        </w:tc>
        <w:tc>
          <w:tcPr>
            <w:tcW w:type="dxa" w:w="1440"/>
          </w:tcPr>
          <w:p>
            <w:r/>
          </w:p>
        </w:tc>
        <w:tc>
          <w:tcPr>
            <w:tcW w:type="dxa" w:w="1440"/>
          </w:tcPr>
          <w:p>
            <w:r>
              <w:t>18/09/2026 – en curso</w:t>
            </w:r>
          </w:p>
        </w:tc>
        <w:tc>
          <w:tcPr>
            <w:tcW w:type="dxa" w:w="1440"/>
          </w:tcPr>
          <w:p>
            <w:r>
              <w:rPr>
                <w:highlight w:val="yellow"/>
              </w:rPr>
              <w:t>rellenar</w:t>
            </w:r>
          </w:p>
        </w:tc>
      </w:tr>
      <w:tr>
        <w:tc>
          <w:tcPr>
            <w:tcW w:type="dxa" w:w="1440"/>
          </w:tcPr>
          <w:p>
            <w:r>
              <w:t>Contractació del subministrament de reactius i la cessió d'equips per a la realització de la mesura de quantitativa de cromogranina A, autoanticossos contra el receptor de la tirotropina i copeptina en sèrum o plasma pels Laboratoris Clínics de l'Hospital Universitari Vall d'Hebron. · exp. CS/AH01/1101469671/26/AMUP</w:t>
            </w:r>
          </w:p>
        </w:tc>
        <w:tc>
          <w:tcPr>
            <w:tcW w:type="dxa" w:w="1440"/>
          </w:tcPr>
          <w:p>
            <w:r>
              <w:t>ICS - Gerència de compres</w:t>
            </w:r>
          </w:p>
        </w:tc>
        <w:tc>
          <w:tcPr>
            <w:tcW w:type="dxa" w:w="1440"/>
          </w:tcPr>
          <w:p>
            <w:r>
              <w:t>19.950,00 €</w:t>
            </w:r>
          </w:p>
        </w:tc>
        <w:tc>
          <w:tcPr>
            <w:tcW w:type="dxa" w:w="1440"/>
          </w:tcPr>
          <w:p>
            <w:r/>
          </w:p>
        </w:tc>
        <w:tc>
          <w:tcPr>
            <w:tcW w:type="dxa" w:w="1440"/>
          </w:tcPr>
          <w:p>
            <w:r>
              <w:t>11/08/2026 – en curso</w:t>
            </w:r>
          </w:p>
        </w:tc>
        <w:tc>
          <w:tcPr>
            <w:tcW w:type="dxa" w:w="1440"/>
          </w:tcPr>
          <w:p>
            <w:r>
              <w:rPr>
                <w:highlight w:val="yellow"/>
              </w:rPr>
              <w:t>rellenar</w:t>
            </w:r>
          </w:p>
        </w:tc>
      </w:tr>
      <w:tr>
        <w:tc>
          <w:tcPr>
            <w:tcW w:type="dxa" w:w="1440"/>
          </w:tcPr>
          <w:p>
            <w:r>
              <w:t>2 cbam thermo fisher diagnostics, s.l.u. am 1012/2021 sumi reactivos · exp. CONTR 2024 0000697346_2</w:t>
            </w:r>
          </w:p>
        </w:tc>
        <w:tc>
          <w:tcPr>
            <w:tcW w:type="dxa" w:w="1440"/>
          </w:tcPr>
          <w:p>
            <w:r>
              <w:t>Servicio Andaluz de Salud</w:t>
            </w:r>
          </w:p>
        </w:tc>
        <w:tc>
          <w:tcPr>
            <w:tcW w:type="dxa" w:w="1440"/>
          </w:tcPr>
          <w:p>
            <w:r>
              <w:t>321.960,65 €</w:t>
            </w:r>
          </w:p>
        </w:tc>
        <w:tc>
          <w:tcPr>
            <w:tcW w:type="dxa" w:w="1440"/>
          </w:tcPr>
          <w:p>
            <w:r/>
          </w:p>
        </w:tc>
        <w:tc>
          <w:tcPr>
            <w:tcW w:type="dxa" w:w="1440"/>
          </w:tcPr>
          <w:p>
            <w:r>
              <w:t>27/05/2026 – en curso</w:t>
            </w:r>
          </w:p>
        </w:tc>
        <w:tc>
          <w:tcPr>
            <w:tcW w:type="dxa" w:w="1440"/>
          </w:tcPr>
          <w:p>
            <w:r>
              <w:rPr>
                <w:highlight w:val="yellow"/>
              </w:rPr>
              <w:t>rellenar</w:t>
            </w:r>
          </w:p>
        </w:tc>
      </w:tr>
      <w:tr>
        <w:tc>
          <w:tcPr>
            <w:tcW w:type="dxa" w:w="1440"/>
          </w:tcPr>
          <w:p>
            <w:r>
              <w:t>APRO 256/2026: Suministro de reactivos y fungibles, con cesión del equipamiento analítico necesario, incluyendo conexión informática, para la determinación automatizada de biomarcadores de alergia, con destino al Servicio de Alergología del Hospital · exp. 3184_APRO 256/2026</w:t>
            </w:r>
          </w:p>
        </w:tc>
        <w:tc>
          <w:tcPr>
            <w:tcW w:type="dxa" w:w="1440"/>
          </w:tcPr>
          <w:p>
            <w:r>
              <w:t>Director Gerente del Servicio Navarro de Salud-Osasunbidea.</w:t>
            </w:r>
          </w:p>
        </w:tc>
        <w:tc>
          <w:tcPr>
            <w:tcW w:type="dxa" w:w="1440"/>
          </w:tcPr>
          <w:p>
            <w:r>
              <w:t>603.987,50 €</w:t>
            </w:r>
          </w:p>
        </w:tc>
        <w:tc>
          <w:tcPr>
            <w:tcW w:type="dxa" w:w="1440"/>
          </w:tcPr>
          <w:p>
            <w:r/>
          </w:p>
        </w:tc>
        <w:tc>
          <w:tcPr>
            <w:tcW w:type="dxa" w:w="1440"/>
          </w:tcPr>
          <w:p>
            <w:r>
              <w:t>22/10/2026 – en curso</w:t>
            </w:r>
          </w:p>
        </w:tc>
        <w:tc>
          <w:tcPr>
            <w:tcW w:type="dxa" w:w="1440"/>
          </w:tcPr>
          <w:p>
            <w:r>
              <w:rPr>
                <w:highlight w:val="yellow"/>
              </w:rPr>
              <w:t>rellenar</w:t>
            </w:r>
          </w:p>
        </w:tc>
      </w:tr>
      <w:tr>
        <w:tc>
          <w:tcPr>
            <w:tcW w:type="dxa" w:w="1440"/>
          </w:tcPr>
          <w:p>
            <w:r>
              <w:t>Suministro de productos y cesión de uso de los equipos necesarios para los sistemas automatizados de diagnóstico en Microbiología II (paneles sindrómicos, otros métodos moleculares y serológicos y sistemas de identificación (ID)/sensibilidad (AST) bacteriana), en el Servicio de Microbiología del Hos (lote 29) · exp. A/SUM-000563/2026</w:t>
            </w:r>
          </w:p>
        </w:tc>
        <w:tc>
          <w:tcPr>
            <w:tcW w:type="dxa" w:w="1440"/>
          </w:tcPr>
          <w:p>
            <w:r>
              <w:t>Hospital General Universitario Gregorio Marañón</w:t>
            </w:r>
          </w:p>
        </w:tc>
        <w:tc>
          <w:tcPr>
            <w:tcW w:type="dxa" w:w="1440"/>
          </w:tcPr>
          <w:p>
            <w:r>
              <w:t>49.949,40 €</w:t>
            </w:r>
          </w:p>
        </w:tc>
        <w:tc>
          <w:tcPr>
            <w:tcW w:type="dxa" w:w="1440"/>
          </w:tcPr>
          <w:p>
            <w:r/>
          </w:p>
        </w:tc>
        <w:tc>
          <w:tcPr>
            <w:tcW w:type="dxa" w:w="1440"/>
          </w:tcPr>
          <w:p>
            <w:r>
              <w:t>11/09/2026 – en curso</w:t>
            </w:r>
          </w:p>
        </w:tc>
        <w:tc>
          <w:tcPr>
            <w:tcW w:type="dxa" w:w="1440"/>
          </w:tcPr>
          <w:p>
            <w:r>
              <w:rPr>
                <w:highlight w:val="yellow"/>
              </w:rPr>
              <w:t>rellenar</w:t>
            </w:r>
          </w:p>
        </w:tc>
      </w:tr>
      <w:tr>
        <w:tc>
          <w:tcPr>
            <w:tcW w:type="dxa" w:w="1440"/>
          </w:tcPr>
          <w:p>
            <w:r>
              <w:t>Suministro de Material para el Servicio de Neumología de la Organización Sanitaria Integrada Ezkerraldea Enkarterri Cruces (lote 606930) · exp. 2025/00248</w:t>
            </w:r>
          </w:p>
        </w:tc>
        <w:tc>
          <w:tcPr>
            <w:tcW w:type="dxa" w:w="1440"/>
          </w:tcPr>
          <w:p>
            <w:r>
              <w:t>OSAKIDETZA - Servicio Vasco de Salud -Director Gerente</w:t>
            </w:r>
          </w:p>
        </w:tc>
        <w:tc>
          <w:tcPr>
            <w:tcW w:type="dxa" w:w="1440"/>
          </w:tcPr>
          <w:p>
            <w:r>
              <w:t>75.150,00 €</w:t>
            </w:r>
          </w:p>
        </w:tc>
        <w:tc>
          <w:tcPr>
            <w:tcW w:type="dxa" w:w="1440"/>
          </w:tcPr>
          <w:p>
            <w:r/>
          </w:p>
        </w:tc>
        <w:tc>
          <w:tcPr>
            <w:tcW w:type="dxa" w:w="1440"/>
          </w:tcPr>
          <w:p>
            <w:r>
              <w:t>19/05/2026 – en curso</w:t>
            </w:r>
          </w:p>
        </w:tc>
        <w:tc>
          <w:tcPr>
            <w:tcW w:type="dxa" w:w="1440"/>
          </w:tcPr>
          <w:p>
            <w:r>
              <w:rPr>
                <w:highlight w:val="yellow"/>
              </w:rPr>
              <w:t>rellenar</w:t>
            </w:r>
          </w:p>
        </w:tc>
      </w:tr>
      <w:tr>
        <w:tc>
          <w:tcPr>
            <w:tcW w:type="dxa" w:w="1440"/>
          </w:tcPr>
          <w:p>
            <w:r>
              <w:t>Subministrament de reactius i cessió d’equipament per a la realització de la mesura d’amikacina, teicoplanina, vancomicina i àcid micofenòlic en sèrum o plasma i etilglucurònid en orina pel Laboratori Core de l’Hospital Universitari Vall d’Hebron · exp. CS/AH01/1101468712/26/PS</w:t>
            </w:r>
          </w:p>
        </w:tc>
        <w:tc>
          <w:tcPr>
            <w:tcW w:type="dxa" w:w="1440"/>
          </w:tcPr>
          <w:p>
            <w:r>
              <w:t>ICS - Gerència de compres</w:t>
            </w:r>
          </w:p>
        </w:tc>
        <w:tc>
          <w:tcPr>
            <w:tcW w:type="dxa" w:w="1440"/>
          </w:tcPr>
          <w:p>
            <w:r>
              <w:t>14.870,90 €</w:t>
            </w:r>
          </w:p>
        </w:tc>
        <w:tc>
          <w:tcPr>
            <w:tcW w:type="dxa" w:w="1440"/>
          </w:tcPr>
          <w:p>
            <w:r/>
          </w:p>
        </w:tc>
        <w:tc>
          <w:tcPr>
            <w:tcW w:type="dxa" w:w="1440"/>
          </w:tcPr>
          <w:p>
            <w:r>
              <w:t>19/06/2026 – en curso</w:t>
            </w:r>
          </w:p>
        </w:tc>
        <w:tc>
          <w:tcPr>
            <w:tcW w:type="dxa" w:w="1440"/>
          </w:tcPr>
          <w:p>
            <w:r>
              <w:rPr>
                <w:highlight w:val="yellow"/>
              </w:rPr>
              <w:t>rellenar</w:t>
            </w:r>
          </w:p>
        </w:tc>
      </w:tr>
      <w:tr>
        <w:tc>
          <w:tcPr>
            <w:tcW w:type="dxa" w:w="1440"/>
          </w:tcPr>
          <w:p>
            <w:r>
              <w:t>Suministro de diversos reactivos y cesión de equipos necesarios para determinaciones de alergia del laboratorio clínico · exp. PA SUM 26-005</w:t>
            </w:r>
          </w:p>
        </w:tc>
        <w:tc>
          <w:tcPr>
            <w:tcW w:type="dxa" w:w="1440"/>
          </w:tcPr>
          <w:p>
            <w:r>
              <w:t>Hospital Universitario de Fuenlabrada</w:t>
            </w:r>
          </w:p>
        </w:tc>
        <w:tc>
          <w:tcPr>
            <w:tcW w:type="dxa" w:w="1440"/>
          </w:tcPr>
          <w:p>
            <w:r>
              <w:t>583.380,00 €</w:t>
            </w:r>
          </w:p>
        </w:tc>
        <w:tc>
          <w:tcPr>
            <w:tcW w:type="dxa" w:w="1440"/>
          </w:tcPr>
          <w:p>
            <w:r/>
          </w:p>
        </w:tc>
        <w:tc>
          <w:tcPr>
            <w:tcW w:type="dxa" w:w="1440"/>
          </w:tcPr>
          <w:p>
            <w:r>
              <w:t>13/08/2026 – en curso</w:t>
            </w:r>
          </w:p>
        </w:tc>
        <w:tc>
          <w:tcPr>
            <w:tcW w:type="dxa" w:w="1440"/>
          </w:tcPr>
          <w:p>
            <w:r>
              <w:rPr>
                <w:highlight w:val="yellow"/>
              </w:rPr>
              <w:t>rellenar</w:t>
            </w:r>
          </w:p>
        </w:tc>
      </w:tr>
      <w:tr>
        <w:tc>
          <w:tcPr>
            <w:tcW w:type="dxa" w:w="1440"/>
          </w:tcPr>
          <w:p>
            <w:r>
              <w:t>Diverso material de serología y microbiología (lote 1) · exp. PACU 2025-1-3</w:t>
            </w:r>
          </w:p>
        </w:tc>
        <w:tc>
          <w:tcPr>
            <w:tcW w:type="dxa" w:w="1440"/>
          </w:tcPr>
          <w:p>
            <w:r>
              <w:t>Hospital Universitario de Getafe</w:t>
            </w:r>
          </w:p>
        </w:tc>
        <w:tc>
          <w:tcPr>
            <w:tcW w:type="dxa" w:w="1440"/>
          </w:tcPr>
          <w:p>
            <w:r>
              <w:t>19.775,70 €</w:t>
            </w:r>
          </w:p>
        </w:tc>
        <w:tc>
          <w:tcPr>
            <w:tcW w:type="dxa" w:w="1440"/>
          </w:tcPr>
          <w:p>
            <w:r/>
          </w:p>
        </w:tc>
        <w:tc>
          <w:tcPr>
            <w:tcW w:type="dxa" w:w="1440"/>
          </w:tcPr>
          <w:p>
            <w:r>
              <w:t>14/08/2026 – en curso</w:t>
            </w:r>
          </w:p>
        </w:tc>
        <w:tc>
          <w:tcPr>
            <w:tcW w:type="dxa" w:w="1440"/>
          </w:tcPr>
          <w:p>
            <w:r>
              <w:rPr>
                <w:highlight w:val="yellow"/>
              </w:rPr>
              <w:t>rellenar</w:t>
            </w:r>
          </w:p>
        </w:tc>
      </w:tr>
      <w:tr>
        <w:tc>
          <w:tcPr>
            <w:tcW w:type="dxa" w:w="1440"/>
          </w:tcPr>
          <w:p>
            <w:r>
              <w:t>0000090/2026 suministro de tracto sucesivo de reactivos y material fungible con disponibilidad de uso de equipamiento principal y auxiliar y su mantenimiento, para la realización de determinaciones analíticas en laboratorios y microbiología de los centros sanitarios de la provincia de málaga, pertenecientes al servicio andaluz de salud (lote 64) · exp. CONTR 2026 0000078671</w:t>
            </w:r>
          </w:p>
        </w:tc>
        <w:tc>
          <w:tcPr>
            <w:tcW w:type="dxa" w:w="1440"/>
          </w:tcPr>
          <w:p>
            <w:r>
              <w:t>Servicio Andaluz de Salud</w:t>
            </w:r>
          </w:p>
        </w:tc>
        <w:tc>
          <w:tcPr>
            <w:tcW w:type="dxa" w:w="1440"/>
          </w:tcPr>
          <w:p>
            <w:r>
              <w:t>106.293,66 €</w:t>
            </w:r>
          </w:p>
        </w:tc>
        <w:tc>
          <w:tcPr>
            <w:tcW w:type="dxa" w:w="1440"/>
          </w:tcPr>
          <w:p>
            <w:r/>
          </w:p>
        </w:tc>
        <w:tc>
          <w:tcPr>
            <w:tcW w:type="dxa" w:w="1440"/>
          </w:tcPr>
          <w:p>
            <w:r>
              <w:t>30/09/2026 – en curso</w:t>
            </w:r>
          </w:p>
        </w:tc>
        <w:tc>
          <w:tcPr>
            <w:tcW w:type="dxa" w:w="1440"/>
          </w:tcPr>
          <w:p>
            <w:r>
              <w:rPr>
                <w:highlight w:val="yellow"/>
              </w:rPr>
              <w:t>rellenar</w:t>
            </w:r>
          </w:p>
        </w:tc>
      </w:tr>
      <w:tr>
        <w:tc>
          <w:tcPr>
            <w:tcW w:type="dxa" w:w="1440"/>
          </w:tcPr>
          <w:p>
            <w:r>
              <w:t>0000090/2026 suministro de tracto sucesivo de reactivos y material fungible con disponibilidad de uso de equipamiento principal y auxiliar y su mantenimiento, para la realización de determinaciones analíticas en laboratorios y microbiología de los centros sanitarios de la provincia de málaga, pertenecientes al servicio andaluz de salud (lote 65) · exp. CONTR 2026 0000078671</w:t>
            </w:r>
          </w:p>
        </w:tc>
        <w:tc>
          <w:tcPr>
            <w:tcW w:type="dxa" w:w="1440"/>
          </w:tcPr>
          <w:p>
            <w:r>
              <w:t>Servicio Andaluz de Salud</w:t>
            </w:r>
          </w:p>
        </w:tc>
        <w:tc>
          <w:tcPr>
            <w:tcW w:type="dxa" w:w="1440"/>
          </w:tcPr>
          <w:p>
            <w:r>
              <w:t>49.193,76 €</w:t>
            </w:r>
          </w:p>
        </w:tc>
        <w:tc>
          <w:tcPr>
            <w:tcW w:type="dxa" w:w="1440"/>
          </w:tcPr>
          <w:p>
            <w:r/>
          </w:p>
        </w:tc>
        <w:tc>
          <w:tcPr>
            <w:tcW w:type="dxa" w:w="1440"/>
          </w:tcPr>
          <w:p>
            <w:r>
              <w:t>30/09/2026 – en curso</w:t>
            </w:r>
          </w:p>
        </w:tc>
        <w:tc>
          <w:tcPr>
            <w:tcW w:type="dxa" w:w="1440"/>
          </w:tcPr>
          <w:p>
            <w:r>
              <w:rPr>
                <w:highlight w:val="yellow"/>
              </w:rPr>
              <w:t>rellenar</w:t>
            </w:r>
          </w:p>
        </w:tc>
      </w:tr>
      <w:tr>
        <w:tc>
          <w:tcPr>
            <w:tcW w:type="dxa" w:w="1440"/>
          </w:tcPr>
          <w:p>
            <w:r>
              <w:t>0000090/2026 suministro de tracto sucesivo de reactivos y material fungible con disponibilidad de uso de equipamiento principal y auxiliar y su mantenimiento, para la realización de determinaciones analíticas en laboratorios y microbiología de los centros sanitarios de la provincia de málaga, pertenecientes al servicio andaluz de salud (lote 66) · exp. CONTR 2026 0000078671</w:t>
            </w:r>
          </w:p>
        </w:tc>
        <w:tc>
          <w:tcPr>
            <w:tcW w:type="dxa" w:w="1440"/>
          </w:tcPr>
          <w:p>
            <w:r>
              <w:t>Servicio Andaluz de Salud</w:t>
            </w:r>
          </w:p>
        </w:tc>
        <w:tc>
          <w:tcPr>
            <w:tcW w:type="dxa" w:w="1440"/>
          </w:tcPr>
          <w:p>
            <w:r>
              <w:t>99.904,86 €</w:t>
            </w:r>
          </w:p>
        </w:tc>
        <w:tc>
          <w:tcPr>
            <w:tcW w:type="dxa" w:w="1440"/>
          </w:tcPr>
          <w:p>
            <w:r/>
          </w:p>
        </w:tc>
        <w:tc>
          <w:tcPr>
            <w:tcW w:type="dxa" w:w="1440"/>
          </w:tcPr>
          <w:p>
            <w:r>
              <w:t>30/09/2026 – en curso</w:t>
            </w:r>
          </w:p>
        </w:tc>
        <w:tc>
          <w:tcPr>
            <w:tcW w:type="dxa" w:w="1440"/>
          </w:tcPr>
          <w:p>
            <w:r>
              <w:rPr>
                <w:highlight w:val="yellow"/>
              </w:rPr>
              <w:t>rellenar</w:t>
            </w:r>
          </w:p>
        </w:tc>
      </w:tr>
      <w:tr>
        <w:tc>
          <w:tcPr>
            <w:tcW w:type="dxa" w:w="1440"/>
          </w:tcPr>
          <w:p>
            <w:r>
              <w:t>0000090/2026 suministro de tracto sucesivo de reactivos y material fungible con disponibilidad de uso de equipamiento principal y auxiliar y su mantenimiento, para la realización de determinaciones analíticas en laboratorios y microbiología de los centros sanitarios de la provincia de málaga, pertenecientes al servicio andaluz de salud (lote 67) · exp. CONTR 2026 0000078671</w:t>
            </w:r>
          </w:p>
        </w:tc>
        <w:tc>
          <w:tcPr>
            <w:tcW w:type="dxa" w:w="1440"/>
          </w:tcPr>
          <w:p>
            <w:r>
              <w:t>Servicio Andaluz de Salud</w:t>
            </w:r>
          </w:p>
        </w:tc>
        <w:tc>
          <w:tcPr>
            <w:tcW w:type="dxa" w:w="1440"/>
          </w:tcPr>
          <w:p>
            <w:r>
              <w:t>10.358,51 €</w:t>
            </w:r>
          </w:p>
        </w:tc>
        <w:tc>
          <w:tcPr>
            <w:tcW w:type="dxa" w:w="1440"/>
          </w:tcPr>
          <w:p>
            <w:r/>
          </w:p>
        </w:tc>
        <w:tc>
          <w:tcPr>
            <w:tcW w:type="dxa" w:w="1440"/>
          </w:tcPr>
          <w:p>
            <w:r>
              <w:t>30/09/2026 – en curso</w:t>
            </w:r>
          </w:p>
        </w:tc>
        <w:tc>
          <w:tcPr>
            <w:tcW w:type="dxa" w:w="1440"/>
          </w:tcPr>
          <w:p>
            <w:r>
              <w:rPr>
                <w:highlight w:val="yellow"/>
              </w:rPr>
              <w:t>rellenar</w:t>
            </w:r>
          </w:p>
        </w:tc>
      </w:tr>
      <w:tr>
        <w:tc>
          <w:tcPr>
            <w:tcW w:type="dxa" w:w="1440"/>
          </w:tcPr>
          <w:p>
            <w:r>
              <w:t>Thermo Fisher- Detecció d'Ethyl glucorònid en orina per instrument cobas c501 · exp. 26EX28487</w:t>
            </w:r>
          </w:p>
        </w:tc>
        <w:tc>
          <w:tcPr>
            <w:tcW w:type="dxa" w:w="1440"/>
          </w:tcPr>
          <w:p>
            <w:r>
              <w:t>Consorci Corporació Sanitària Parc Taulí de Sabadell</w:t>
            </w:r>
          </w:p>
        </w:tc>
        <w:tc>
          <w:tcPr>
            <w:tcW w:type="dxa" w:w="1440"/>
          </w:tcPr>
          <w:p>
            <w:r>
              <w:t>14.100,00 €</w:t>
            </w:r>
          </w:p>
        </w:tc>
        <w:tc>
          <w:tcPr>
            <w:tcW w:type="dxa" w:w="1440"/>
          </w:tcPr>
          <w:p>
            <w:r/>
          </w:p>
        </w:tc>
        <w:tc>
          <w:tcPr>
            <w:tcW w:type="dxa" w:w="1440"/>
          </w:tcPr>
          <w:p>
            <w:r>
              <w:t>18/02/2026 – en curso</w:t>
            </w:r>
          </w:p>
        </w:tc>
        <w:tc>
          <w:tcPr>
            <w:tcW w:type="dxa" w:w="1440"/>
          </w:tcPr>
          <w:p>
            <w:r>
              <w:rPr>
                <w:highlight w:val="yellow"/>
              </w:rPr>
              <w:t>rellenar</w:t>
            </w:r>
          </w:p>
        </w:tc>
      </w:tr>
      <w:tr>
        <w:tc>
          <w:tcPr>
            <w:tcW w:type="dxa" w:w="1440"/>
          </w:tcPr>
          <w:p>
            <w:r>
              <w:t>Subministrament de reactius per a la determinació de la Cromogranina (CGA) pel Servei d’Anàlisis Clíniques i Bioquímica de l’Hospital Universitari Germans Trias i Pujol de Badalona · exp. CS/AH03/1101453016/26/PNSP</w:t>
            </w:r>
          </w:p>
        </w:tc>
        <w:tc>
          <w:tcPr>
            <w:tcW w:type="dxa" w:w="1440"/>
          </w:tcPr>
          <w:p>
            <w:r>
              <w:t>Institut Català de la Salut (ICS)</w:t>
            </w:r>
          </w:p>
        </w:tc>
        <w:tc>
          <w:tcPr>
            <w:tcW w:type="dxa" w:w="1440"/>
          </w:tcPr>
          <w:p>
            <w:r>
              <w:t>29.985,00 €</w:t>
            </w:r>
          </w:p>
        </w:tc>
        <w:tc>
          <w:tcPr>
            <w:tcW w:type="dxa" w:w="1440"/>
          </w:tcPr>
          <w:p>
            <w:r/>
          </w:p>
        </w:tc>
        <w:tc>
          <w:tcPr>
            <w:tcW w:type="dxa" w:w="1440"/>
          </w:tcPr>
          <w:p>
            <w:r>
              <w:t>23/12/2025 – en curso</w:t>
            </w:r>
          </w:p>
        </w:tc>
        <w:tc>
          <w:tcPr>
            <w:tcW w:type="dxa" w:w="1440"/>
          </w:tcPr>
          <w:p>
            <w:r>
              <w:rPr>
                <w:highlight w:val="yellow"/>
              </w:rPr>
              <w:t>rellenar</w:t>
            </w:r>
          </w:p>
        </w:tc>
      </w:tr>
      <w:tr>
        <w:tc>
          <w:tcPr>
            <w:tcW w:type="dxa" w:w="1440"/>
          </w:tcPr>
          <w:p>
            <w:r>
              <w:t>Subministrament de determinacions analítiques de l'àrea d'al·lèrgia amb cessió d'autoanalitzadors per l’àmbit del Laboratori. · exp. 25EX0162Q</w:t>
            </w:r>
          </w:p>
        </w:tc>
        <w:tc>
          <w:tcPr>
            <w:tcW w:type="dxa" w:w="1440"/>
          </w:tcPr>
          <w:p>
            <w:r>
              <w:t>Consorci Corporació Sanitària Parc Taulí de Sabadell</w:t>
            </w:r>
          </w:p>
        </w:tc>
        <w:tc>
          <w:tcPr>
            <w:tcW w:type="dxa" w:w="1440"/>
          </w:tcPr>
          <w:p>
            <w:r>
              <w:t>923.871,14 €</w:t>
            </w:r>
          </w:p>
        </w:tc>
        <w:tc>
          <w:tcPr>
            <w:tcW w:type="dxa" w:w="1440"/>
          </w:tcPr>
          <w:p>
            <w:r/>
          </w:p>
        </w:tc>
        <w:tc>
          <w:tcPr>
            <w:tcW w:type="dxa" w:w="1440"/>
          </w:tcPr>
          <w:p>
            <w:r>
              <w:t>17/10/2025 – en curso</w:t>
            </w:r>
          </w:p>
        </w:tc>
        <w:tc>
          <w:tcPr>
            <w:tcW w:type="dxa" w:w="1440"/>
          </w:tcPr>
          <w:p>
            <w:r>
              <w:rPr>
                <w:highlight w:val="yellow"/>
              </w:rPr>
              <w:t>rellenar</w:t>
            </w:r>
          </w:p>
        </w:tc>
      </w:tr>
      <w:tr>
        <w:tc>
          <w:tcPr>
            <w:tcW w:type="dxa" w:w="1440"/>
          </w:tcPr>
          <w:p>
            <w:r>
              <w:t>Suministro de productos de extracción de sangre y otro material fungible. Servicio de Análisis Clínicos. Hospital Universitario San Pedro. Servicio Riojano de Salud. (lote 13) · exp. 15-3-2.01-0073/2025</w:t>
            </w:r>
          </w:p>
        </w:tc>
        <w:tc>
          <w:tcPr>
            <w:tcW w:type="dxa" w:w="1440"/>
          </w:tcPr>
          <w:p>
            <w:r>
              <w:t>Servicio Riojano de Salud</w:t>
            </w:r>
          </w:p>
        </w:tc>
        <w:tc>
          <w:tcPr>
            <w:tcW w:type="dxa" w:w="1440"/>
          </w:tcPr>
          <w:p>
            <w:r>
              <w:t>63.000,00 €</w:t>
            </w:r>
          </w:p>
        </w:tc>
        <w:tc>
          <w:tcPr>
            <w:tcW w:type="dxa" w:w="1440"/>
          </w:tcPr>
          <w:p>
            <w:r/>
          </w:p>
        </w:tc>
        <w:tc>
          <w:tcPr>
            <w:tcW w:type="dxa" w:w="1440"/>
          </w:tcPr>
          <w:p>
            <w:r>
              <w:t>01/02/2026 – en curso</w:t>
            </w:r>
          </w:p>
        </w:tc>
        <w:tc>
          <w:tcPr>
            <w:tcW w:type="dxa" w:w="1440"/>
          </w:tcPr>
          <w:p>
            <w:r>
              <w:rPr>
                <w:highlight w:val="yellow"/>
              </w:rPr>
              <w:t>rellenar</w:t>
            </w:r>
          </w:p>
        </w:tc>
      </w:tr>
      <w:tr>
        <w:tc>
          <w:tcPr>
            <w:tcW w:type="dxa" w:w="1440"/>
          </w:tcPr>
          <w:p>
            <w:r>
              <w:t>Subministraments de reactius amb cessió de l’equipament necessari per la realització de les determinacions analítiques d’al·lèrgia pel Servei d’Immunologia del Centre de Diagnòstic Biomèdic (CDB) amb destí a l’Hospital Clínic de Barcelona (HCB). (lote 1) · exp. 2025-66</w:t>
            </w:r>
          </w:p>
        </w:tc>
        <w:tc>
          <w:tcPr>
            <w:tcW w:type="dxa" w:w="1440"/>
          </w:tcPr>
          <w:p>
            <w:r>
              <w:t>Consorci Hospital Clínic de Barcelona (HCB)</w:t>
            </w:r>
          </w:p>
        </w:tc>
        <w:tc>
          <w:tcPr>
            <w:tcW w:type="dxa" w:w="1440"/>
          </w:tcPr>
          <w:p>
            <w:r>
              <w:t>703.198,64 €</w:t>
            </w:r>
          </w:p>
        </w:tc>
        <w:tc>
          <w:tcPr>
            <w:tcW w:type="dxa" w:w="1440"/>
          </w:tcPr>
          <w:p>
            <w:r/>
          </w:p>
        </w:tc>
        <w:tc>
          <w:tcPr>
            <w:tcW w:type="dxa" w:w="1440"/>
          </w:tcPr>
          <w:p>
            <w:r>
              <w:t>28/11/2025 – en curso</w:t>
            </w:r>
          </w:p>
        </w:tc>
        <w:tc>
          <w:tcPr>
            <w:tcW w:type="dxa" w:w="1440"/>
          </w:tcPr>
          <w:p>
            <w:r>
              <w:rPr>
                <w:highlight w:val="yellow"/>
              </w:rPr>
              <w:t>rellenar</w:t>
            </w:r>
          </w:p>
        </w:tc>
      </w:tr>
      <w:tr>
        <w:tc>
          <w:tcPr>
            <w:tcW w:type="dxa" w:w="1440"/>
          </w:tcPr>
          <w:p>
            <w:r>
              <w:t>Suministro de otros medios de cultivo preparados para el servicio de microbiología de la OSI Bilbao Basurto (lote 545704) · exp. 2025/01267</w:t>
            </w:r>
          </w:p>
        </w:tc>
        <w:tc>
          <w:tcPr>
            <w:tcW w:type="dxa" w:w="1440"/>
          </w:tcPr>
          <w:p>
            <w:r>
              <w:t>OSAKIDETZA - Servicio Vasco de Salud -Director Gerente</w:t>
            </w:r>
          </w:p>
        </w:tc>
        <w:tc>
          <w:tcPr>
            <w:tcW w:type="dxa" w:w="1440"/>
          </w:tcPr>
          <w:p>
            <w:r>
              <w:t>6.364,80 €</w:t>
            </w:r>
          </w:p>
        </w:tc>
        <w:tc>
          <w:tcPr>
            <w:tcW w:type="dxa" w:w="1440"/>
          </w:tcPr>
          <w:p>
            <w:r/>
          </w:p>
        </w:tc>
        <w:tc>
          <w:tcPr>
            <w:tcW w:type="dxa" w:w="1440"/>
          </w:tcPr>
          <w:p>
            <w:r>
              <w:t>01/08/2025 – en curso</w:t>
            </w:r>
          </w:p>
        </w:tc>
        <w:tc>
          <w:tcPr>
            <w:tcW w:type="dxa" w:w="1440"/>
          </w:tcPr>
          <w:p>
            <w:r>
              <w:rPr>
                <w:highlight w:val="yellow"/>
              </w:rPr>
              <w:t>rellenar</w:t>
            </w:r>
          </w:p>
        </w:tc>
      </w:tr>
      <w:tr>
        <w:tc>
          <w:tcPr>
            <w:tcW w:type="dxa" w:w="1440"/>
          </w:tcPr>
          <w:p>
            <w:r>
              <w:t>Suministro de otros medios de cultivo preparados para el servicio de microbiología de la OSI Bilbao Basurto (lote 545705) · exp. 2025/01267</w:t>
            </w:r>
          </w:p>
        </w:tc>
        <w:tc>
          <w:tcPr>
            <w:tcW w:type="dxa" w:w="1440"/>
          </w:tcPr>
          <w:p>
            <w:r>
              <w:t>OSAKIDETZA - Servicio Vasco de Salud -Director Gerente</w:t>
            </w:r>
          </w:p>
        </w:tc>
        <w:tc>
          <w:tcPr>
            <w:tcW w:type="dxa" w:w="1440"/>
          </w:tcPr>
          <w:p>
            <w:r>
              <w:t>597,00 €</w:t>
            </w:r>
          </w:p>
        </w:tc>
        <w:tc>
          <w:tcPr>
            <w:tcW w:type="dxa" w:w="1440"/>
          </w:tcPr>
          <w:p>
            <w:r/>
          </w:p>
        </w:tc>
        <w:tc>
          <w:tcPr>
            <w:tcW w:type="dxa" w:w="1440"/>
          </w:tcPr>
          <w:p>
            <w:r>
              <w:t>01/08/2025 – en curso</w:t>
            </w:r>
          </w:p>
        </w:tc>
        <w:tc>
          <w:tcPr>
            <w:tcW w:type="dxa" w:w="1440"/>
          </w:tcPr>
          <w:p>
            <w:r>
              <w:rPr>
                <w:highlight w:val="yellow"/>
              </w:rPr>
              <w:t>rellenar</w:t>
            </w:r>
          </w:p>
        </w:tc>
      </w:tr>
      <w:tr>
        <w:tc>
          <w:tcPr>
            <w:tcW w:type="dxa" w:w="1440"/>
          </w:tcPr>
          <w:p>
            <w:r>
              <w:t>Suministro de otros medios de cultivo preparados para el servicio de microbiología de la OSI Bilbao Basurto (lote 545706) · exp. 2025/01267</w:t>
            </w:r>
          </w:p>
        </w:tc>
        <w:tc>
          <w:tcPr>
            <w:tcW w:type="dxa" w:w="1440"/>
          </w:tcPr>
          <w:p>
            <w:r>
              <w:t>OSAKIDETZA - Servicio Vasco de Salud -Director Gerente</w:t>
            </w:r>
          </w:p>
        </w:tc>
        <w:tc>
          <w:tcPr>
            <w:tcW w:type="dxa" w:w="1440"/>
          </w:tcPr>
          <w:p>
            <w:r>
              <w:t>4.662,00 €</w:t>
            </w:r>
          </w:p>
        </w:tc>
        <w:tc>
          <w:tcPr>
            <w:tcW w:type="dxa" w:w="1440"/>
          </w:tcPr>
          <w:p>
            <w:r/>
          </w:p>
        </w:tc>
        <w:tc>
          <w:tcPr>
            <w:tcW w:type="dxa" w:w="1440"/>
          </w:tcPr>
          <w:p>
            <w:r>
              <w:t>01/08/2025 – en curso</w:t>
            </w:r>
          </w:p>
        </w:tc>
        <w:tc>
          <w:tcPr>
            <w:tcW w:type="dxa" w:w="1440"/>
          </w:tcPr>
          <w:p>
            <w:r>
              <w:rPr>
                <w:highlight w:val="yellow"/>
              </w:rPr>
              <w:t>rellenar</w:t>
            </w:r>
          </w:p>
        </w:tc>
      </w:tr>
      <w:tr>
        <w:tc>
          <w:tcPr>
            <w:tcW w:type="dxa" w:w="1440"/>
          </w:tcPr>
          <w:p>
            <w:r>
              <w:t>cuarto contrato basado en am reactivos iml málaga · exp. CONTR 2025 0000432925</w:t>
            </w:r>
          </w:p>
        </w:tc>
        <w:tc>
          <w:tcPr>
            <w:tcW w:type="dxa" w:w="1440"/>
          </w:tcPr>
          <w:p>
            <w:r>
              <w:t>Delegación Territorial de Justicia, Administración Local y Función Pública en Málaga</w:t>
            </w:r>
          </w:p>
        </w:tc>
        <w:tc>
          <w:tcPr>
            <w:tcW w:type="dxa" w:w="1440"/>
          </w:tcPr>
          <w:p>
            <w:r>
              <w:t>23.561,40 €</w:t>
            </w:r>
          </w:p>
        </w:tc>
        <w:tc>
          <w:tcPr>
            <w:tcW w:type="dxa" w:w="1440"/>
          </w:tcPr>
          <w:p>
            <w:r/>
          </w:p>
        </w:tc>
        <w:tc>
          <w:tcPr>
            <w:tcW w:type="dxa" w:w="1440"/>
          </w:tcPr>
          <w:p>
            <w:r>
              <w:t>10/07/2025 – 10/04/2026</w:t>
            </w:r>
          </w:p>
        </w:tc>
        <w:tc>
          <w:tcPr>
            <w:tcW w:type="dxa" w:w="1440"/>
          </w:tcPr>
          <w:p>
            <w:r>
              <w:rPr>
                <w:highlight w:val="yellow"/>
              </w:rPr>
              <w:t>rellenar</w:t>
            </w:r>
          </w:p>
        </w:tc>
      </w:tr>
      <w:tr>
        <w:tc>
          <w:tcPr>
            <w:tcW w:type="dxa" w:w="1440"/>
          </w:tcPr>
          <w:p>
            <w:r>
              <w:t>Subministrament de reactius i medis de cultiu per al Laboratori de l’Agència de Salut Pública de Barcelona de la marca SENSITITRE, distribuïts en exclusiva per THERMO FISHER DIAGNOSTICS, S.L.U · exp. 014_25000009</w:t>
            </w:r>
          </w:p>
        </w:tc>
        <w:tc>
          <w:tcPr>
            <w:tcW w:type="dxa" w:w="1440"/>
          </w:tcPr>
          <w:p>
            <w:r>
              <w:t>Agència de Salut Pública de Barcelona</w:t>
            </w:r>
          </w:p>
        </w:tc>
        <w:tc>
          <w:tcPr>
            <w:tcW w:type="dxa" w:w="1440"/>
          </w:tcPr>
          <w:p>
            <w:r>
              <w:t>47.280,74 €</w:t>
            </w:r>
          </w:p>
        </w:tc>
        <w:tc>
          <w:tcPr>
            <w:tcW w:type="dxa" w:w="1440"/>
          </w:tcPr>
          <w:p>
            <w:r/>
          </w:p>
        </w:tc>
        <w:tc>
          <w:tcPr>
            <w:tcW w:type="dxa" w:w="1440"/>
          </w:tcPr>
          <w:p>
            <w:r>
              <w:t>01/01/2026 – en curso</w:t>
            </w:r>
          </w:p>
        </w:tc>
        <w:tc>
          <w:tcPr>
            <w:tcW w:type="dxa" w:w="1440"/>
          </w:tcPr>
          <w:p>
            <w:r>
              <w:rPr>
                <w:highlight w:val="yellow"/>
              </w:rPr>
              <w:t>rellenar</w:t>
            </w:r>
          </w:p>
        </w:tc>
      </w:tr>
      <w:tr>
        <w:tc>
          <w:tcPr>
            <w:tcW w:type="dxa" w:w="1440"/>
          </w:tcPr>
          <w:p>
            <w:r>
              <w:t>Suministro de sistemas manuales para la realización de estudios de sensibilidad antimicrobiana en la OSI Araba (lote 547009) · exp. 2025/01199</w:t>
            </w:r>
          </w:p>
        </w:tc>
        <w:tc>
          <w:tcPr>
            <w:tcW w:type="dxa" w:w="1440"/>
          </w:tcPr>
          <w:p>
            <w:r>
              <w:t>OSAKIDETZA - Servicio Vasco de Salud -Director Gerente</w:t>
            </w:r>
          </w:p>
        </w:tc>
        <w:tc>
          <w:tcPr>
            <w:tcW w:type="dxa" w:w="1440"/>
          </w:tcPr>
          <w:p>
            <w:r>
              <w:t>25.678,00 €</w:t>
            </w:r>
          </w:p>
        </w:tc>
        <w:tc>
          <w:tcPr>
            <w:tcW w:type="dxa" w:w="1440"/>
          </w:tcPr>
          <w:p>
            <w:r/>
          </w:p>
        </w:tc>
        <w:tc>
          <w:tcPr>
            <w:tcW w:type="dxa" w:w="1440"/>
          </w:tcPr>
          <w:p>
            <w:r>
              <w:t>08/08/2025 – en curso</w:t>
            </w:r>
          </w:p>
        </w:tc>
        <w:tc>
          <w:tcPr>
            <w:tcW w:type="dxa" w:w="1440"/>
          </w:tcPr>
          <w:p>
            <w:r>
              <w:rPr>
                <w:highlight w:val="yellow"/>
              </w:rPr>
              <w:t>rellenar</w:t>
            </w:r>
          </w:p>
        </w:tc>
      </w:tr>
      <w:tr>
        <w:tc>
          <w:tcPr>
            <w:tcW w:type="dxa" w:w="1440"/>
          </w:tcPr>
          <w:p>
            <w:r>
              <w:t>Suministro de sistemas manuales para la realización de estudios de sensibilidad antimicrobiana en la OSI Araba (lote 547010) · exp. 2025/01199</w:t>
            </w:r>
          </w:p>
        </w:tc>
        <w:tc>
          <w:tcPr>
            <w:tcW w:type="dxa" w:w="1440"/>
          </w:tcPr>
          <w:p>
            <w:r>
              <w:t>OSAKIDETZA - Servicio Vasco de Salud -Director Gerente</w:t>
            </w:r>
          </w:p>
        </w:tc>
        <w:tc>
          <w:tcPr>
            <w:tcW w:type="dxa" w:w="1440"/>
          </w:tcPr>
          <w:p>
            <w:r>
              <w:t>56.916,00 €</w:t>
            </w:r>
          </w:p>
        </w:tc>
        <w:tc>
          <w:tcPr>
            <w:tcW w:type="dxa" w:w="1440"/>
          </w:tcPr>
          <w:p>
            <w:r/>
          </w:p>
        </w:tc>
        <w:tc>
          <w:tcPr>
            <w:tcW w:type="dxa" w:w="1440"/>
          </w:tcPr>
          <w:p>
            <w:r>
              <w:t>08/08/2025 – en curso</w:t>
            </w:r>
          </w:p>
        </w:tc>
        <w:tc>
          <w:tcPr>
            <w:tcW w:type="dxa" w:w="1440"/>
          </w:tcPr>
          <w:p>
            <w:r>
              <w:rPr>
                <w:highlight w:val="yellow"/>
              </w:rPr>
              <w:t>rellenar</w:t>
            </w:r>
          </w:p>
        </w:tc>
      </w:tr>
      <w:tr>
        <w:tc>
          <w:tcPr>
            <w:tcW w:type="dxa" w:w="1440"/>
          </w:tcPr>
          <w:p>
            <w:r>
              <w:t>Acord marc per al subministrament de material de laboratori per al Laboratori de l’Agència de Salut Pública de Barcelona (lote 1) · exp. CONT-25-211</w:t>
            </w:r>
          </w:p>
        </w:tc>
        <w:tc>
          <w:tcPr>
            <w:tcW w:type="dxa" w:w="1440"/>
          </w:tcPr>
          <w:p>
            <w:r>
              <w:t>Agència de Salut Pública de Barcelona</w:t>
            </w:r>
          </w:p>
        </w:tc>
        <w:tc>
          <w:tcPr>
            <w:tcW w:type="dxa" w:w="1440"/>
          </w:tcPr>
          <w:p>
            <w:r>
              <w:t>28.361,04 €</w:t>
            </w:r>
          </w:p>
        </w:tc>
        <w:tc>
          <w:tcPr>
            <w:tcW w:type="dxa" w:w="1440"/>
          </w:tcPr>
          <w:p>
            <w:r/>
          </w:p>
        </w:tc>
        <w:tc>
          <w:tcPr>
            <w:tcW w:type="dxa" w:w="1440"/>
          </w:tcPr>
          <w:p>
            <w:r>
              <w:t>15/10/2025 – 15/10/2026</w:t>
            </w:r>
          </w:p>
        </w:tc>
        <w:tc>
          <w:tcPr>
            <w:tcW w:type="dxa" w:w="1440"/>
          </w:tcPr>
          <w:p>
            <w:r>
              <w:rPr>
                <w:highlight w:val="yellow"/>
              </w:rPr>
              <w:t>rellenar</w:t>
            </w:r>
          </w:p>
        </w:tc>
      </w:tr>
      <w:tr>
        <w:tc>
          <w:tcPr>
            <w:tcW w:type="dxa" w:w="1440"/>
          </w:tcPr>
          <w:p>
            <w:r>
              <w:t>Acord marc per al subministrament de material de laboratori per al Laboratori de l’Agència de Salut Pública de Barcelona (lote 9) · exp. CONT-25-211</w:t>
            </w:r>
          </w:p>
        </w:tc>
        <w:tc>
          <w:tcPr>
            <w:tcW w:type="dxa" w:w="1440"/>
          </w:tcPr>
          <w:p>
            <w:r>
              <w:t>Agència de Salut Pública de Barcelona</w:t>
            </w:r>
          </w:p>
        </w:tc>
        <w:tc>
          <w:tcPr>
            <w:tcW w:type="dxa" w:w="1440"/>
          </w:tcPr>
          <w:p>
            <w:r>
              <w:t>6.244,96 €</w:t>
            </w:r>
          </w:p>
        </w:tc>
        <w:tc>
          <w:tcPr>
            <w:tcW w:type="dxa" w:w="1440"/>
          </w:tcPr>
          <w:p>
            <w:r/>
          </w:p>
        </w:tc>
        <w:tc>
          <w:tcPr>
            <w:tcW w:type="dxa" w:w="1440"/>
          </w:tcPr>
          <w:p>
            <w:r>
              <w:t>15/10/2025 – 15/10/2026</w:t>
            </w:r>
          </w:p>
        </w:tc>
        <w:tc>
          <w:tcPr>
            <w:tcW w:type="dxa" w:w="1440"/>
          </w:tcPr>
          <w:p>
            <w:r>
              <w:rPr>
                <w:highlight w:val="yellow"/>
              </w:rPr>
              <w:t>rellenar</w:t>
            </w:r>
          </w:p>
        </w:tc>
      </w:tr>
      <w:tr>
        <w:tc>
          <w:tcPr>
            <w:tcW w:type="dxa" w:w="1440"/>
          </w:tcPr>
          <w:p>
            <w:r>
              <w:t>Acord marc pel subministrament de productes reactius, medis i material fungible divers de consum successiu pels laboratoris de l'Agència de Salut Pública de Catalunya. (lote 1) · exp. SA-2025-219</w:t>
            </w:r>
          </w:p>
        </w:tc>
        <w:tc>
          <w:tcPr>
            <w:tcW w:type="dxa" w:w="1440"/>
          </w:tcPr>
          <w:p>
            <w:r>
              <w:t>Departament de Salut</w:t>
            </w:r>
          </w:p>
        </w:tc>
        <w:tc>
          <w:tcPr>
            <w:tcW w:type="dxa" w:w="1440"/>
          </w:tcPr>
          <w:p>
            <w:r>
              <w:t>0,00 €</w:t>
            </w:r>
          </w:p>
        </w:tc>
        <w:tc>
          <w:tcPr>
            <w:tcW w:type="dxa" w:w="1440"/>
          </w:tcPr>
          <w:p>
            <w:r/>
          </w:p>
        </w:tc>
        <w:tc>
          <w:tcPr>
            <w:tcW w:type="dxa" w:w="1440"/>
          </w:tcPr>
          <w:p>
            <w:r>
              <w:t>26/09/2025 – en curso</w:t>
            </w:r>
          </w:p>
        </w:tc>
        <w:tc>
          <w:tcPr>
            <w:tcW w:type="dxa" w:w="1440"/>
          </w:tcPr>
          <w:p>
            <w:r>
              <w:rPr>
                <w:highlight w:val="yellow"/>
              </w:rPr>
              <w:t>rellenar</w:t>
            </w:r>
          </w:p>
        </w:tc>
      </w:tr>
      <w:tr>
        <w:tc>
          <w:tcPr>
            <w:tcW w:type="dxa" w:w="1440"/>
          </w:tcPr>
          <w:p>
            <w:r>
              <w:t>huj cbam 591/2022 thermo fisher diagnostics, suministro de reactivos, material fungible y cesión de equipamiento principal y auxiliar, así como su mantenimiento del sistema informático de laboratorio y equipos para la realización de determinaciones analíticas en los centros que integran la central p · exp. CONTR 2024 0000632414</w:t>
            </w:r>
          </w:p>
        </w:tc>
        <w:tc>
          <w:tcPr>
            <w:tcW w:type="dxa" w:w="1440"/>
          </w:tcPr>
          <w:p>
            <w:r>
              <w:t>Servicio Andaluz de Salud</w:t>
            </w:r>
          </w:p>
        </w:tc>
        <w:tc>
          <w:tcPr>
            <w:tcW w:type="dxa" w:w="1440"/>
          </w:tcPr>
          <w:p>
            <w:r>
              <w:t>1.692.212,80 €</w:t>
            </w:r>
          </w:p>
        </w:tc>
        <w:tc>
          <w:tcPr>
            <w:tcW w:type="dxa" w:w="1440"/>
          </w:tcPr>
          <w:p>
            <w:r/>
          </w:p>
        </w:tc>
        <w:tc>
          <w:tcPr>
            <w:tcW w:type="dxa" w:w="1440"/>
          </w:tcPr>
          <w:p>
            <w:r>
              <w:t>22/01/2024 – en curso</w:t>
            </w:r>
          </w:p>
        </w:tc>
        <w:tc>
          <w:tcPr>
            <w:tcW w:type="dxa" w:w="1440"/>
          </w:tcPr>
          <w:p>
            <w:r>
              <w:rPr>
                <w:highlight w:val="yellow"/>
              </w:rPr>
              <w:t>rellenar</w:t>
            </w:r>
          </w:p>
        </w:tc>
      </w:tr>
      <w:tr>
        <w:tc>
          <w:tcPr>
            <w:tcW w:type="dxa" w:w="1440"/>
          </w:tcPr>
          <w:p>
            <w:r>
              <w:t>Subm. reactius,controls i materials - Servei Lab.Forense IMLCFC · exp. JU-2025-3</w:t>
            </w:r>
          </w:p>
        </w:tc>
        <w:tc>
          <w:tcPr>
            <w:tcW w:type="dxa" w:w="1440"/>
          </w:tcPr>
          <w:p>
            <w:r>
              <w:t>Departament de Justícia i Qualitat Democràtica</w:t>
            </w:r>
          </w:p>
        </w:tc>
        <w:tc>
          <w:tcPr>
            <w:tcW w:type="dxa" w:w="1440"/>
          </w:tcPr>
          <w:p>
            <w:r>
              <w:t>195.758,58 €</w:t>
            </w:r>
          </w:p>
        </w:tc>
        <w:tc>
          <w:tcPr>
            <w:tcW w:type="dxa" w:w="1440"/>
          </w:tcPr>
          <w:p>
            <w:r/>
          </w:p>
        </w:tc>
        <w:tc>
          <w:tcPr>
            <w:tcW w:type="dxa" w:w="1440"/>
          </w:tcPr>
          <w:p>
            <w:r>
              <w:t>17/10/2025 – en curso</w:t>
            </w:r>
          </w:p>
        </w:tc>
        <w:tc>
          <w:tcPr>
            <w:tcW w:type="dxa" w:w="1440"/>
          </w:tcPr>
          <w:p>
            <w:r>
              <w:rPr>
                <w:highlight w:val="yellow"/>
              </w:rPr>
              <w:t>rellenar</w:t>
            </w:r>
          </w:p>
        </w:tc>
      </w:tr>
      <w:tr>
        <w:tc>
          <w:tcPr>
            <w:tcW w:type="dxa" w:w="1440"/>
          </w:tcPr>
          <w:p>
            <w:r>
              <w:t>Suministro de Reactivos para el área de Hormonas del Servicio de Análisis Clínicos y puesta a disposición del equipamiento necesario para su uso en la OSI Ezkerraldea Enkarterri Cruces · exp. 2025/00801</w:t>
            </w:r>
          </w:p>
        </w:tc>
        <w:tc>
          <w:tcPr>
            <w:tcW w:type="dxa" w:w="1440"/>
          </w:tcPr>
          <w:p>
            <w:r>
              <w:t>OSAKIDETZA - Servicio Vasco de Salud -Director Gerente</w:t>
            </w:r>
          </w:p>
        </w:tc>
        <w:tc>
          <w:tcPr>
            <w:tcW w:type="dxa" w:w="1440"/>
          </w:tcPr>
          <w:p>
            <w:r>
              <w:t>206.620,98 €</w:t>
            </w:r>
          </w:p>
        </w:tc>
        <w:tc>
          <w:tcPr>
            <w:tcW w:type="dxa" w:w="1440"/>
          </w:tcPr>
          <w:p>
            <w:r/>
          </w:p>
        </w:tc>
        <w:tc>
          <w:tcPr>
            <w:tcW w:type="dxa" w:w="1440"/>
          </w:tcPr>
          <w:p>
            <w:r>
              <w:t>19/06/2025 – en curso</w:t>
            </w:r>
          </w:p>
        </w:tc>
        <w:tc>
          <w:tcPr>
            <w:tcW w:type="dxa" w:w="1440"/>
          </w:tcPr>
          <w:p>
            <w:r>
              <w:rPr>
                <w:highlight w:val="yellow"/>
              </w:rPr>
              <w:t>rellenar</w:t>
            </w:r>
          </w:p>
        </w:tc>
      </w:tr>
      <w:tr>
        <w:tc>
          <w:tcPr>
            <w:tcW w:type="dxa" w:w="1440"/>
          </w:tcPr>
          <w:p>
            <w:r>
              <w:t>Acord marc de subministrament de material de laboratori i taller per als centres, departaments, laboratoris i grups de recerca de la Universitat Politècnica de Catalunya (UPC). (lote 3) · exp. SU033000AM2025005</w:t>
            </w:r>
          </w:p>
        </w:tc>
        <w:tc>
          <w:tcPr>
            <w:tcW w:type="dxa" w:w="1440"/>
          </w:tcPr>
          <w:p>
            <w:r>
              <w:t>Universitat Politècnica de Catalunya</w:t>
            </w:r>
          </w:p>
        </w:tc>
        <w:tc>
          <w:tcPr>
            <w:tcW w:type="dxa" w:w="1440"/>
          </w:tcPr>
          <w:p>
            <w:r>
              <w:t>0,00 €</w:t>
            </w:r>
          </w:p>
        </w:tc>
        <w:tc>
          <w:tcPr>
            <w:tcW w:type="dxa" w:w="1440"/>
          </w:tcPr>
          <w:p>
            <w:r/>
          </w:p>
        </w:tc>
        <w:tc>
          <w:tcPr>
            <w:tcW w:type="dxa" w:w="1440"/>
          </w:tcPr>
          <w:p>
            <w:r>
              <w:t>23/10/2025 – 23/10/2026</w:t>
            </w:r>
          </w:p>
        </w:tc>
        <w:tc>
          <w:tcPr>
            <w:tcW w:type="dxa" w:w="1440"/>
          </w:tcPr>
          <w:p>
            <w:r>
              <w:rPr>
                <w:highlight w:val="yellow"/>
              </w:rPr>
              <w:t>rellenar</w:t>
            </w:r>
          </w:p>
        </w:tc>
      </w:tr>
      <w:tr>
        <w:tc>
          <w:tcPr>
            <w:tcW w:type="dxa" w:w="1440"/>
          </w:tcPr>
          <w:p>
            <w:r>
              <w:t>Suministro de reactivos para el cribado de drogas de abuso en orina con destino al laboratorio de Salud Pública de Euskadi, sedes de Bizkaia y Gipuzkoa. · exp. 65/2025-S</w:t>
            </w:r>
          </w:p>
        </w:tc>
        <w:tc>
          <w:tcPr>
            <w:tcW w:type="dxa" w:w="1440"/>
          </w:tcPr>
          <w:p>
            <w:r>
              <w:t>Gobierno Vasco-Dirección de Régimen Jurídico, Económico y Servicios Generales</w:t>
            </w:r>
          </w:p>
        </w:tc>
        <w:tc>
          <w:tcPr>
            <w:tcW w:type="dxa" w:w="1440"/>
          </w:tcPr>
          <w:p>
            <w:r>
              <w:t>135.940,22 €</w:t>
            </w:r>
          </w:p>
        </w:tc>
        <w:tc>
          <w:tcPr>
            <w:tcW w:type="dxa" w:w="1440"/>
          </w:tcPr>
          <w:p>
            <w:r/>
          </w:p>
        </w:tc>
        <w:tc>
          <w:tcPr>
            <w:tcW w:type="dxa" w:w="1440"/>
          </w:tcPr>
          <w:p>
            <w:r>
              <w:t>05/03/2025 – 05/03/2026</w:t>
            </w:r>
          </w:p>
        </w:tc>
        <w:tc>
          <w:tcPr>
            <w:tcW w:type="dxa" w:w="1440"/>
          </w:tcPr>
          <w:p>
            <w:r>
              <w:rPr>
                <w:highlight w:val="yellow"/>
              </w:rPr>
              <w:t>rellenar</w:t>
            </w:r>
          </w:p>
        </w:tc>
      </w:tr>
      <w:tr>
        <w:tc>
          <w:tcPr>
            <w:tcW w:type="dxa" w:w="1440"/>
          </w:tcPr>
          <w:p>
            <w:r>
              <w:t>1 cbam thermo fisher diagnostics, s.l.u. am 1012/2021 · exp. CONTR 2024 0000697346</w:t>
            </w:r>
          </w:p>
        </w:tc>
        <w:tc>
          <w:tcPr>
            <w:tcW w:type="dxa" w:w="1440"/>
          </w:tcPr>
          <w:p>
            <w:r>
              <w:t>Servicio Andaluz de Salud</w:t>
            </w:r>
          </w:p>
        </w:tc>
        <w:tc>
          <w:tcPr>
            <w:tcW w:type="dxa" w:w="1440"/>
          </w:tcPr>
          <w:p>
            <w:r>
              <w:t>643.921,30 €</w:t>
            </w:r>
          </w:p>
        </w:tc>
        <w:tc>
          <w:tcPr>
            <w:tcW w:type="dxa" w:w="1440"/>
          </w:tcPr>
          <w:p>
            <w:r/>
          </w:p>
        </w:tc>
        <w:tc>
          <w:tcPr>
            <w:tcW w:type="dxa" w:w="1440"/>
          </w:tcPr>
          <w:p>
            <w:r>
              <w:t>22/07/2024 – 22/07/2026</w:t>
            </w:r>
          </w:p>
        </w:tc>
        <w:tc>
          <w:tcPr>
            <w:tcW w:type="dxa" w:w="1440"/>
          </w:tcPr>
          <w:p>
            <w:r>
              <w:rPr>
                <w:highlight w:val="yellow"/>
              </w:rPr>
              <w:t>rellenar</w:t>
            </w:r>
          </w:p>
        </w:tc>
      </w:tr>
      <w:tr>
        <w:tc>
          <w:tcPr>
            <w:tcW w:type="dxa" w:w="1440"/>
          </w:tcPr>
          <w:p>
            <w:r>
              <w:t>Adquisición de materiales y reactivos de microbiología con destino al laboratorio de Salud Pública de Euskadi. (lote 510558) · exp. 18/2025-S</w:t>
            </w:r>
          </w:p>
        </w:tc>
        <w:tc>
          <w:tcPr>
            <w:tcW w:type="dxa" w:w="1440"/>
          </w:tcPr>
          <w:p>
            <w:r>
              <w:t>Gobierno Vasco-Dirección de Régimen Jurídico, Económico y Servicios Generales</w:t>
            </w:r>
          </w:p>
        </w:tc>
        <w:tc>
          <w:tcPr>
            <w:tcW w:type="dxa" w:w="1440"/>
          </w:tcPr>
          <w:p>
            <w:r>
              <w:t>207.276,74 €</w:t>
            </w:r>
          </w:p>
        </w:tc>
        <w:tc>
          <w:tcPr>
            <w:tcW w:type="dxa" w:w="1440"/>
          </w:tcPr>
          <w:p>
            <w:r/>
          </w:p>
        </w:tc>
        <w:tc>
          <w:tcPr>
            <w:tcW w:type="dxa" w:w="1440"/>
          </w:tcPr>
          <w:p>
            <w:r>
              <w:t>19/02/2025 – 19/02/2026</w:t>
            </w:r>
          </w:p>
        </w:tc>
        <w:tc>
          <w:tcPr>
            <w:tcW w:type="dxa" w:w="1440"/>
          </w:tcPr>
          <w:p>
            <w:r>
              <w:rPr>
                <w:highlight w:val="yellow"/>
              </w:rPr>
              <w:t>rellenar</w:t>
            </w:r>
          </w:p>
        </w:tc>
      </w:tr>
      <w:tr>
        <w:tc>
          <w:tcPr>
            <w:tcW w:type="dxa" w:w="1440"/>
          </w:tcPr>
          <w:p>
            <w:r>
              <w:t>Suministro de los productos y puesta a disposición de los equipos necesarios para realizar pruebas de alergias para la Red de Diagnóstico Biológico de Osakidetza. (lote 494501) · exp. 2024/02028</w:t>
            </w:r>
          </w:p>
        </w:tc>
        <w:tc>
          <w:tcPr>
            <w:tcW w:type="dxa" w:w="1440"/>
          </w:tcPr>
          <w:p>
            <w:r>
              <w:t>OSAKIDETZA - Servicio Vasco de Salud -Director General</w:t>
            </w:r>
          </w:p>
        </w:tc>
        <w:tc>
          <w:tcPr>
            <w:tcW w:type="dxa" w:w="1440"/>
          </w:tcPr>
          <w:p>
            <w:r>
              <w:t>2.887.073,28 €</w:t>
            </w:r>
          </w:p>
        </w:tc>
        <w:tc>
          <w:tcPr>
            <w:tcW w:type="dxa" w:w="1440"/>
          </w:tcPr>
          <w:p>
            <w:r/>
          </w:p>
        </w:tc>
        <w:tc>
          <w:tcPr>
            <w:tcW w:type="dxa" w:w="1440"/>
          </w:tcPr>
          <w:p>
            <w:r>
              <w:t>20/11/2024 – en curso</w:t>
            </w:r>
          </w:p>
        </w:tc>
        <w:tc>
          <w:tcPr>
            <w:tcW w:type="dxa" w:w="1440"/>
          </w:tcPr>
          <w:p>
            <w:r>
              <w:rPr>
                <w:highlight w:val="yellow"/>
              </w:rPr>
              <w:t>rellenar</w:t>
            </w:r>
          </w:p>
        </w:tc>
      </w:tr>
      <w:tr>
        <w:tc>
          <w:tcPr>
            <w:tcW w:type="dxa" w:w="1440"/>
          </w:tcPr>
          <w:p>
            <w:r>
              <w:t>Suministro de los productos y puesta a disposición de los equipos necesarios para realizar pruebas de alergias para la Red de Diagnóstico Biológico de Osakidetza. (lote 494502) · exp. 2024/02028</w:t>
            </w:r>
          </w:p>
        </w:tc>
        <w:tc>
          <w:tcPr>
            <w:tcW w:type="dxa" w:w="1440"/>
          </w:tcPr>
          <w:p>
            <w:r>
              <w:t>OSAKIDETZA - Servicio Vasco de Salud -Director General</w:t>
            </w:r>
          </w:p>
        </w:tc>
        <w:tc>
          <w:tcPr>
            <w:tcW w:type="dxa" w:w="1440"/>
          </w:tcPr>
          <w:p>
            <w:r>
              <w:t>202.903,34 €</w:t>
            </w:r>
          </w:p>
        </w:tc>
        <w:tc>
          <w:tcPr>
            <w:tcW w:type="dxa" w:w="1440"/>
          </w:tcPr>
          <w:p>
            <w:r/>
          </w:p>
        </w:tc>
        <w:tc>
          <w:tcPr>
            <w:tcW w:type="dxa" w:w="1440"/>
          </w:tcPr>
          <w:p>
            <w:r>
              <w:t>20/11/2024 – en curso</w:t>
            </w:r>
          </w:p>
        </w:tc>
        <w:tc>
          <w:tcPr>
            <w:tcW w:type="dxa" w:w="1440"/>
          </w:tcPr>
          <w:p>
            <w:r>
              <w:rPr>
                <w:highlight w:val="yellow"/>
              </w:rPr>
              <w:t>rellenar</w:t>
            </w:r>
          </w:p>
        </w:tc>
      </w:tr>
      <w:tr>
        <w:tc>
          <w:tcPr>
            <w:tcW w:type="dxa" w:w="1440"/>
          </w:tcPr>
          <w:p>
            <w:r>
              <w:t>tercer contrato basado en am reactivos iml málaga · exp. CONTR 2024 0000502718</w:t>
            </w:r>
          </w:p>
        </w:tc>
        <w:tc>
          <w:tcPr>
            <w:tcW w:type="dxa" w:w="1440"/>
          </w:tcPr>
          <w:p>
            <w:r>
              <w:t>Delegación Territorial de Justicia, Administración Local y Función Pública en Málaga</w:t>
            </w:r>
          </w:p>
        </w:tc>
        <w:tc>
          <w:tcPr>
            <w:tcW w:type="dxa" w:w="1440"/>
          </w:tcPr>
          <w:p>
            <w:r>
              <w:t>28.619,70 €</w:t>
            </w:r>
          </w:p>
        </w:tc>
        <w:tc>
          <w:tcPr>
            <w:tcW w:type="dxa" w:w="1440"/>
          </w:tcPr>
          <w:p>
            <w:r/>
          </w:p>
        </w:tc>
        <w:tc>
          <w:tcPr>
            <w:tcW w:type="dxa" w:w="1440"/>
          </w:tcPr>
          <w:p>
            <w:r>
              <w:t>27/06/2024 – 27/06/2025</w:t>
            </w:r>
          </w:p>
        </w:tc>
        <w:tc>
          <w:tcPr>
            <w:tcW w:type="dxa" w:w="1440"/>
          </w:tcPr>
          <w:p>
            <w:r>
              <w:rPr>
                <w:highlight w:val="yellow"/>
              </w:rPr>
              <w:t>rellenar</w:t>
            </w:r>
          </w:p>
        </w:tc>
      </w:tr>
      <w:tr>
        <w:tc>
          <w:tcPr>
            <w:tcW w:type="dxa" w:w="1440"/>
          </w:tcPr>
          <w:p>
            <w:r>
              <w:t>En data 9 de juny de 2023, l’Òrgan de Contractació de l’Agència Catalana de l’Aigua, va resoldre l’adjudicació de l’esmentat Acord Marc, a 25 empreses dels diferents productes. Així mateix, es van declarar deserts una sèrie de productes que es recollien a un annex d’aquesta resolució.</w:t>
              <w:br/>
              <w:t>Per aquest mot · exp. CTN2400174</w:t>
            </w:r>
          </w:p>
        </w:tc>
        <w:tc>
          <w:tcPr>
            <w:tcW w:type="dxa" w:w="1440"/>
          </w:tcPr>
          <w:p>
            <w:r>
              <w:t>Agència Catalana de l'Aigua (ACA)</w:t>
            </w:r>
          </w:p>
        </w:tc>
        <w:tc>
          <w:tcPr>
            <w:tcW w:type="dxa" w:w="1440"/>
          </w:tcPr>
          <w:p>
            <w:r>
              <w:t>0,00 €</w:t>
            </w:r>
          </w:p>
        </w:tc>
        <w:tc>
          <w:tcPr>
            <w:tcW w:type="dxa" w:w="1440"/>
          </w:tcPr>
          <w:p>
            <w:r/>
          </w:p>
        </w:tc>
        <w:tc>
          <w:tcPr>
            <w:tcW w:type="dxa" w:w="1440"/>
          </w:tcPr>
          <w:p>
            <w:r>
              <w:t>24/10/2024 – en curso</w:t>
            </w:r>
          </w:p>
        </w:tc>
        <w:tc>
          <w:tcPr>
            <w:tcW w:type="dxa" w:w="1440"/>
          </w:tcPr>
          <w:p>
            <w:r>
              <w:rPr>
                <w:highlight w:val="yellow"/>
              </w:rPr>
              <w:t>rellenar</w:t>
            </w:r>
          </w:p>
        </w:tc>
      </w:tr>
      <w:tr>
        <w:tc>
          <w:tcPr>
            <w:tcW w:type="dxa" w:w="1440"/>
          </w:tcPr>
          <w:p>
            <w:r>
              <w:t>Suministro de reactivos para los Laboratorios del Servicio de Análisis Clínicos del Hospital Universitario San Pedro: Alergia, Autoinmunidad e Inmunoanálisis. (lote 1) · exp. 15-3-2.01-0056/2024</w:t>
            </w:r>
          </w:p>
        </w:tc>
        <w:tc>
          <w:tcPr>
            <w:tcW w:type="dxa" w:w="1440"/>
          </w:tcPr>
          <w:p>
            <w:r>
              <w:t>Servicio Riojano de Salud</w:t>
            </w:r>
          </w:p>
        </w:tc>
        <w:tc>
          <w:tcPr>
            <w:tcW w:type="dxa" w:w="1440"/>
          </w:tcPr>
          <w:p>
            <w:r>
              <w:t>1.569.493,10 €</w:t>
            </w:r>
          </w:p>
        </w:tc>
        <w:tc>
          <w:tcPr>
            <w:tcW w:type="dxa" w:w="1440"/>
          </w:tcPr>
          <w:p>
            <w:r/>
          </w:p>
        </w:tc>
        <w:tc>
          <w:tcPr>
            <w:tcW w:type="dxa" w:w="1440"/>
          </w:tcPr>
          <w:p>
            <w:r>
              <w:t>01/07/2024 – en curso</w:t>
            </w:r>
          </w:p>
        </w:tc>
        <w:tc>
          <w:tcPr>
            <w:tcW w:type="dxa" w:w="1440"/>
          </w:tcPr>
          <w:p>
            <w:r>
              <w:rPr>
                <w:highlight w:val="yellow"/>
              </w:rPr>
              <w:t>rellenar</w:t>
            </w:r>
          </w:p>
        </w:tc>
      </w:tr>
      <w:tr>
        <w:tc>
          <w:tcPr>
            <w:tcW w:type="dxa" w:w="1440"/>
          </w:tcPr>
          <w:p>
            <w:r>
              <w:t>Suministro sucesivo de medios de cultivo, reactivos y sistemas de identificación microbiana y de biología molecular necesarios para los procesos analíticos realizados por el Laboratorio Municipal (lote 470200) · exp. 2024-011521</w:t>
            </w:r>
          </w:p>
        </w:tc>
        <w:tc>
          <w:tcPr>
            <w:tcW w:type="dxa" w:w="1440"/>
          </w:tcPr>
          <w:p>
            <w:r>
              <w:t>Concejal Delegado de Contratación</w:t>
            </w:r>
          </w:p>
        </w:tc>
        <w:tc>
          <w:tcPr>
            <w:tcW w:type="dxa" w:w="1440"/>
          </w:tcPr>
          <w:p>
            <w:r>
              <w:t>7.264,71 €</w:t>
            </w:r>
          </w:p>
        </w:tc>
        <w:tc>
          <w:tcPr>
            <w:tcW w:type="dxa" w:w="1440"/>
          </w:tcPr>
          <w:p>
            <w:r/>
          </w:p>
        </w:tc>
        <w:tc>
          <w:tcPr>
            <w:tcW w:type="dxa" w:w="1440"/>
          </w:tcPr>
          <w:p>
            <w:r>
              <w:t>17/07/2024 – 17/12/2025</w:t>
            </w:r>
          </w:p>
        </w:tc>
        <w:tc>
          <w:tcPr>
            <w:tcW w:type="dxa" w:w="1440"/>
          </w:tcPr>
          <w:p>
            <w:r>
              <w:rPr>
                <w:highlight w:val="yellow"/>
              </w:rPr>
              <w:t>rellenar</w:t>
            </w:r>
          </w:p>
        </w:tc>
      </w:tr>
      <w:tr>
        <w:tc>
          <w:tcPr>
            <w:tcW w:type="dxa" w:w="1440"/>
          </w:tcPr>
          <w:p>
            <w:r>
              <w:t>Suministro sucesivo de medios de cultivo, reactivos y sistemas de identificación microbiana y de biología molecular necesarios para los procesos analíticos realizados por el Laboratorio Municipal (lote 470204) · exp. 2024-011521</w:t>
            </w:r>
          </w:p>
        </w:tc>
        <w:tc>
          <w:tcPr>
            <w:tcW w:type="dxa" w:w="1440"/>
          </w:tcPr>
          <w:p>
            <w:r>
              <w:t>Concejal Delegado de Contratación</w:t>
            </w:r>
          </w:p>
        </w:tc>
        <w:tc>
          <w:tcPr>
            <w:tcW w:type="dxa" w:w="1440"/>
          </w:tcPr>
          <w:p>
            <w:r>
              <w:t>6.851,58 €</w:t>
            </w:r>
          </w:p>
        </w:tc>
        <w:tc>
          <w:tcPr>
            <w:tcW w:type="dxa" w:w="1440"/>
          </w:tcPr>
          <w:p>
            <w:r/>
          </w:p>
        </w:tc>
        <w:tc>
          <w:tcPr>
            <w:tcW w:type="dxa" w:w="1440"/>
          </w:tcPr>
          <w:p>
            <w:r>
              <w:t>17/07/2024 – 17/12/2025</w:t>
            </w:r>
          </w:p>
        </w:tc>
        <w:tc>
          <w:tcPr>
            <w:tcW w:type="dxa" w:w="1440"/>
          </w:tcPr>
          <w:p>
            <w:r>
              <w:rPr>
                <w:highlight w:val="yellow"/>
              </w:rPr>
              <w:t>rellenar</w:t>
            </w:r>
          </w:p>
        </w:tc>
      </w:tr>
      <w:tr>
        <w:tc>
          <w:tcPr>
            <w:tcW w:type="dxa" w:w="1440"/>
          </w:tcPr>
          <w:p>
            <w:r>
              <w:t>Subministrament de reactius per a l'aparell Phadia 250 per al  Servei d’Anàlisis Clíniques de l’Hospital Universitari Arnau de Vilanova de Lleida. · exp. CS/AH06/1101375698/24/PNSP</w:t>
            </w:r>
          </w:p>
        </w:tc>
        <w:tc>
          <w:tcPr>
            <w:tcW w:type="dxa" w:w="1440"/>
          </w:tcPr>
          <w:p>
            <w:r>
              <w:t>Institut Català de la Salut (ICS)</w:t>
            </w:r>
          </w:p>
        </w:tc>
        <w:tc>
          <w:tcPr>
            <w:tcW w:type="dxa" w:w="1440"/>
          </w:tcPr>
          <w:p>
            <w:r>
              <w:t>0,00 €</w:t>
            </w:r>
          </w:p>
        </w:tc>
        <w:tc>
          <w:tcPr>
            <w:tcW w:type="dxa" w:w="1440"/>
          </w:tcPr>
          <w:p>
            <w:r/>
          </w:p>
        </w:tc>
        <w:tc>
          <w:tcPr>
            <w:tcW w:type="dxa" w:w="1440"/>
          </w:tcPr>
          <w:p>
            <w:r>
              <w:t>15/01/2024 – 31/12/2024</w:t>
            </w:r>
          </w:p>
        </w:tc>
        <w:tc>
          <w:tcPr>
            <w:tcW w:type="dxa" w:w="1440"/>
          </w:tcPr>
          <w:p>
            <w:r>
              <w:rPr>
                <w:highlight w:val="yellow"/>
              </w:rPr>
              <w:t>rellenar</w:t>
            </w:r>
          </w:p>
        </w:tc>
      </w:tr>
      <w:tr>
        <w:tc>
          <w:tcPr>
            <w:tcW w:type="dxa" w:w="1440"/>
          </w:tcPr>
          <w:p>
            <w:r>
              <w:t>Acuerdo Marco para el suministro de los productos y puesta a disposición de los equipamientos necesarios para la realización de diferentes pruebas en el Laboratorio de Microbiología de la OSI Barruald · exp. 2023/01687</w:t>
            </w:r>
          </w:p>
        </w:tc>
        <w:tc>
          <w:tcPr>
            <w:tcW w:type="dxa" w:w="1440"/>
          </w:tcPr>
          <w:p>
            <w:r>
              <w:t>Director Gerente</w:t>
            </w:r>
          </w:p>
        </w:tc>
        <w:tc>
          <w:tcPr>
            <w:tcW w:type="dxa" w:w="1440"/>
          </w:tcPr>
          <w:p>
            <w:r>
              <w:t>4.972,80 €</w:t>
            </w:r>
          </w:p>
        </w:tc>
        <w:tc>
          <w:tcPr>
            <w:tcW w:type="dxa" w:w="1440"/>
          </w:tcPr>
          <w:p>
            <w:r/>
          </w:p>
        </w:tc>
        <w:tc>
          <w:tcPr>
            <w:tcW w:type="dxa" w:w="1440"/>
          </w:tcPr>
          <w:p>
            <w:r>
              <w:t>11/01/2024 – 11/01/2026</w:t>
            </w:r>
          </w:p>
        </w:tc>
        <w:tc>
          <w:tcPr>
            <w:tcW w:type="dxa" w:w="1440"/>
          </w:tcPr>
          <w:p>
            <w:r>
              <w:rPr>
                <w:highlight w:val="yellow"/>
              </w:rPr>
              <w:t>rellenar</w:t>
            </w:r>
          </w:p>
        </w:tc>
      </w:tr>
      <w:tr>
        <w:tc>
          <w:tcPr>
            <w:tcW w:type="dxa" w:w="1440"/>
          </w:tcPr>
          <w:p>
            <w:r>
              <w:t>Subministrament agregat de material de microbiologia: medis de cultiu en placa i en tub, reactiu per a la identificació bacteriana de micobacteris per a l’estudi de la sensibilitat antibiòtica i detecció de mecanismes de resistència, i arrendament sense opció a compra d'instrumental per a la realitz · exp. CS/CC00/1101358471/24/AMUP</w:t>
            </w:r>
          </w:p>
        </w:tc>
        <w:tc>
          <w:tcPr>
            <w:tcW w:type="dxa" w:w="1440"/>
          </w:tcPr>
          <w:p>
            <w:r>
              <w:t>Institut Català de la Salut (ICS)</w:t>
            </w:r>
          </w:p>
        </w:tc>
        <w:tc>
          <w:tcPr>
            <w:tcW w:type="dxa" w:w="1440"/>
          </w:tcPr>
          <w:p>
            <w:r>
              <w:t>0,00 €</w:t>
            </w:r>
          </w:p>
        </w:tc>
        <w:tc>
          <w:tcPr>
            <w:tcW w:type="dxa" w:w="1440"/>
          </w:tcPr>
          <w:p>
            <w:r/>
          </w:p>
        </w:tc>
        <w:tc>
          <w:tcPr>
            <w:tcW w:type="dxa" w:w="1440"/>
          </w:tcPr>
          <w:p>
            <w:r>
              <w:t>27/02/2024 – en curso</w:t>
            </w:r>
          </w:p>
        </w:tc>
        <w:tc>
          <w:tcPr>
            <w:tcW w:type="dxa" w:w="1440"/>
          </w:tcPr>
          <w:p>
            <w:r>
              <w:rPr>
                <w:highlight w:val="yellow"/>
              </w:rPr>
              <w:t>rellenar</w:t>
            </w:r>
          </w:p>
        </w:tc>
      </w:tr>
      <w:tr>
        <w:tc>
          <w:tcPr>
            <w:tcW w:type="dxa" w:w="1440"/>
          </w:tcPr>
          <w:p>
            <w:r>
              <w:t>L'objecte d’aquest acord marc és la selecció dels proveïdors (tres per a cada lot) pel subministrament de material de laboratori divers, de consum successiu que efectua el Laboratori de l’ASPB, i pel servei de calibracions de micropipetes i masses, així com l’establiment dels requisits i condicions  (lote 1) · exp. CONT-23-265</w:t>
            </w:r>
          </w:p>
        </w:tc>
        <w:tc>
          <w:tcPr>
            <w:tcW w:type="dxa" w:w="1440"/>
          </w:tcPr>
          <w:p>
            <w:r>
              <w:t>Agència de Salut Pública de Barcelona</w:t>
            </w:r>
          </w:p>
        </w:tc>
        <w:tc>
          <w:tcPr>
            <w:tcW w:type="dxa" w:w="1440"/>
          </w:tcPr>
          <w:p>
            <w:r>
              <w:t>25.982,76 €</w:t>
            </w:r>
          </w:p>
        </w:tc>
        <w:tc>
          <w:tcPr>
            <w:tcW w:type="dxa" w:w="1440"/>
          </w:tcPr>
          <w:p>
            <w:r/>
          </w:p>
        </w:tc>
        <w:tc>
          <w:tcPr>
            <w:tcW w:type="dxa" w:w="1440"/>
          </w:tcPr>
          <w:p>
            <w:r>
              <w:t>19/12/2023 – 19/12/2024</w:t>
            </w:r>
          </w:p>
        </w:tc>
        <w:tc>
          <w:tcPr>
            <w:tcW w:type="dxa" w:w="1440"/>
          </w:tcPr>
          <w:p>
            <w:r>
              <w:rPr>
                <w:highlight w:val="yellow"/>
              </w:rPr>
              <w:t>rellenar</w:t>
            </w:r>
          </w:p>
        </w:tc>
      </w:tr>
      <w:tr>
        <w:tc>
          <w:tcPr>
            <w:tcW w:type="dxa" w:w="1440"/>
          </w:tcPr>
          <w:p>
            <w:r>
              <w:t>L'objecte d’aquest acord marc és la selecció dels proveïdors (tres per a cada lot) pel subministrament de material de laboratori divers, de consum successiu que efectua el Laboratori de l’ASPB, i pel servei de calibracions de micropipetes i masses, així com l’establiment dels requisits i condicions  (lote 7) · exp. CONT-23-265</w:t>
            </w:r>
          </w:p>
        </w:tc>
        <w:tc>
          <w:tcPr>
            <w:tcW w:type="dxa" w:w="1440"/>
          </w:tcPr>
          <w:p>
            <w:r>
              <w:t>Agència de Salut Pública de Barcelona</w:t>
            </w:r>
          </w:p>
        </w:tc>
        <w:tc>
          <w:tcPr>
            <w:tcW w:type="dxa" w:w="1440"/>
          </w:tcPr>
          <w:p>
            <w:r>
              <w:t>6.404,97 €</w:t>
            </w:r>
          </w:p>
        </w:tc>
        <w:tc>
          <w:tcPr>
            <w:tcW w:type="dxa" w:w="1440"/>
          </w:tcPr>
          <w:p>
            <w:r/>
          </w:p>
        </w:tc>
        <w:tc>
          <w:tcPr>
            <w:tcW w:type="dxa" w:w="1440"/>
          </w:tcPr>
          <w:p>
            <w:r>
              <w:t>19/12/2023 – 19/12/2024</w:t>
            </w:r>
          </w:p>
        </w:tc>
        <w:tc>
          <w:tcPr>
            <w:tcW w:type="dxa" w:w="1440"/>
          </w:tcPr>
          <w:p>
            <w:r>
              <w:rPr>
                <w:highlight w:val="yellow"/>
              </w:rPr>
              <w:t>rellenar</w:t>
            </w:r>
          </w:p>
        </w:tc>
      </w:tr>
      <w:tr>
        <w:tc>
          <w:tcPr>
            <w:tcW w:type="dxa" w:w="1440"/>
          </w:tcPr>
          <w:p>
            <w:r>
              <w:t>suministro reactivos para realización análisis instituto medicina legal · exp. CONTR 2023 0000322449</w:t>
            </w:r>
          </w:p>
        </w:tc>
        <w:tc>
          <w:tcPr>
            <w:tcW w:type="dxa" w:w="1440"/>
          </w:tcPr>
          <w:p>
            <w:r>
              <w:t>Delegación Territorial de Justicia, Administración Local y Función Pública en Granada</w:t>
            </w:r>
          </w:p>
        </w:tc>
        <w:tc>
          <w:tcPr>
            <w:tcW w:type="dxa" w:w="1440"/>
          </w:tcPr>
          <w:p>
            <w:r>
              <w:t>20.612,25 €</w:t>
            </w:r>
          </w:p>
        </w:tc>
        <w:tc>
          <w:tcPr>
            <w:tcW w:type="dxa" w:w="1440"/>
          </w:tcPr>
          <w:p>
            <w:r/>
          </w:p>
        </w:tc>
        <w:tc>
          <w:tcPr>
            <w:tcW w:type="dxa" w:w="1440"/>
          </w:tcPr>
          <w:p>
            <w:r>
              <w:t>13/07/2023 – 13/07/2024</w:t>
            </w:r>
          </w:p>
        </w:tc>
        <w:tc>
          <w:tcPr>
            <w:tcW w:type="dxa" w:w="1440"/>
          </w:tcPr>
          <w:p>
            <w:r>
              <w:rPr>
                <w:highlight w:val="yellow"/>
              </w:rPr>
              <w:t>rellenar</w:t>
            </w:r>
          </w:p>
        </w:tc>
      </w:tr>
      <w:tr>
        <w:tc>
          <w:tcPr>
            <w:tcW w:type="dxa" w:w="1440"/>
          </w:tcPr>
          <w:p>
            <w:r>
              <w:t>Suministro de reactivos no integrados en el Laboratorio Core con destino al hospital Universitario Puerta de Hierro Majadahonda (lote 1) · exp. GCASU 2023-62</w:t>
            </w:r>
          </w:p>
        </w:tc>
        <w:tc>
          <w:tcPr>
            <w:tcW w:type="dxa" w:w="1440"/>
          </w:tcPr>
          <w:p>
            <w:r>
              <w:t>Hospital Universitario Puerta de Hierro Majadahonda</w:t>
            </w:r>
          </w:p>
        </w:tc>
        <w:tc>
          <w:tcPr>
            <w:tcW w:type="dxa" w:w="1440"/>
          </w:tcPr>
          <w:p>
            <w:r>
              <w:t>136.408,00 €</w:t>
            </w:r>
          </w:p>
        </w:tc>
        <w:tc>
          <w:tcPr>
            <w:tcW w:type="dxa" w:w="1440"/>
          </w:tcPr>
          <w:p>
            <w:r/>
          </w:p>
        </w:tc>
        <w:tc>
          <w:tcPr>
            <w:tcW w:type="dxa" w:w="1440"/>
          </w:tcPr>
          <w:p>
            <w:r>
              <w:t>21/07/2023 – 21/07/2025</w:t>
            </w:r>
          </w:p>
        </w:tc>
        <w:tc>
          <w:tcPr>
            <w:tcW w:type="dxa" w:w="1440"/>
          </w:tcPr>
          <w:p>
            <w:r>
              <w:rPr>
                <w:highlight w:val="yellow"/>
              </w:rPr>
              <w:t>rellenar</w:t>
            </w:r>
          </w:p>
        </w:tc>
      </w:tr>
      <w:tr>
        <w:tc>
          <w:tcPr>
            <w:tcW w:type="dxa" w:w="1440"/>
          </w:tcPr>
          <w:p>
            <w:r>
              <w:t>Suministro de reactivos para la Sección de Microbiología del Laboratorio Regional de Salud Pública de la Comunidad de Madrid (3 lotes) (lote 1) · exp. 38LT/2022 (A/SUM-045583/2022)</w:t>
            </w:r>
          </w:p>
        </w:tc>
        <w:tc>
          <w:tcPr>
            <w:tcW w:type="dxa" w:w="1440"/>
          </w:tcPr>
          <w:p>
            <w:r>
              <w:t>Consejería de Sanidad</w:t>
            </w:r>
          </w:p>
        </w:tc>
        <w:tc>
          <w:tcPr>
            <w:tcW w:type="dxa" w:w="1440"/>
          </w:tcPr>
          <w:p>
            <w:r>
              <w:t>93.275,11 €</w:t>
            </w:r>
          </w:p>
        </w:tc>
        <w:tc>
          <w:tcPr>
            <w:tcW w:type="dxa" w:w="1440"/>
          </w:tcPr>
          <w:p>
            <w:r/>
          </w:p>
        </w:tc>
        <w:tc>
          <w:tcPr>
            <w:tcW w:type="dxa" w:w="1440"/>
          </w:tcPr>
          <w:p>
            <w:r>
              <w:t>19/04/2023 – 19/12/2023</w:t>
            </w:r>
          </w:p>
        </w:tc>
        <w:tc>
          <w:tcPr>
            <w:tcW w:type="dxa" w:w="1440"/>
          </w:tcPr>
          <w:p>
            <w:r>
              <w:rPr>
                <w:highlight w:val="yellow"/>
              </w:rPr>
              <w:t>rellenar</w:t>
            </w:r>
          </w:p>
        </w:tc>
      </w:tr>
      <w:tr>
        <w:tc>
          <w:tcPr>
            <w:tcW w:type="dxa" w:w="1440"/>
          </w:tcPr>
          <w:p>
            <w:r>
              <w:t>Suministro de Placas, Tubos y Diverso Material de Microbiología para el Hospital Universitario de Getafe. · exp. PACU 2023-1-6</w:t>
            </w:r>
          </w:p>
        </w:tc>
        <w:tc>
          <w:tcPr>
            <w:tcW w:type="dxa" w:w="1440"/>
          </w:tcPr>
          <w:p>
            <w:r>
              <w:t>Hospital Universitario de Getafe</w:t>
            </w:r>
          </w:p>
        </w:tc>
        <w:tc>
          <w:tcPr>
            <w:tcW w:type="dxa" w:w="1440"/>
          </w:tcPr>
          <w:p>
            <w:r>
              <w:t>19.979,25 €</w:t>
            </w:r>
          </w:p>
        </w:tc>
        <w:tc>
          <w:tcPr>
            <w:tcW w:type="dxa" w:w="1440"/>
          </w:tcPr>
          <w:p>
            <w:r/>
          </w:p>
        </w:tc>
        <w:tc>
          <w:tcPr>
            <w:tcW w:type="dxa" w:w="1440"/>
          </w:tcPr>
          <w:p>
            <w:r>
              <w:t>09/05/2023 – 09/05/2025</w:t>
            </w:r>
          </w:p>
        </w:tc>
        <w:tc>
          <w:tcPr>
            <w:tcW w:type="dxa" w:w="1440"/>
          </w:tcPr>
          <w:p>
            <w:r>
              <w:rPr>
                <w:highlight w:val="yellow"/>
              </w:rPr>
              <w:t>rellenar</w:t>
            </w:r>
          </w:p>
        </w:tc>
      </w:tr>
      <w:tr>
        <w:tc>
          <w:tcPr>
            <w:tcW w:type="dxa" w:w="1440"/>
          </w:tcPr>
          <w:p>
            <w:r>
              <w:t>Suministro de Siembra Automatizada, Medios de Cultivo y Transporte de Muestras necesarios para la realización de técnicas de Microbiología para la OSI Ezkerraldea Enkarterri Cruces (lote 632757) · exp. 2022/02875</w:t>
            </w:r>
          </w:p>
        </w:tc>
        <w:tc>
          <w:tcPr>
            <w:tcW w:type="dxa" w:w="1440"/>
          </w:tcPr>
          <w:p>
            <w:r>
              <w:t>OSAKIDETZA - Servicio Vasco de Salud -Director Gerente</w:t>
            </w:r>
          </w:p>
        </w:tc>
        <w:tc>
          <w:tcPr>
            <w:tcW w:type="dxa" w:w="1440"/>
          </w:tcPr>
          <w:p>
            <w:r>
              <w:t>735.521,76 €</w:t>
            </w:r>
          </w:p>
        </w:tc>
        <w:tc>
          <w:tcPr>
            <w:tcW w:type="dxa" w:w="1440"/>
          </w:tcPr>
          <w:p>
            <w:r/>
          </w:p>
        </w:tc>
        <w:tc>
          <w:tcPr>
            <w:tcW w:type="dxa" w:w="1440"/>
          </w:tcPr>
          <w:p>
            <w:r>
              <w:t>12/05/2023 – en curso</w:t>
            </w:r>
          </w:p>
        </w:tc>
        <w:tc>
          <w:tcPr>
            <w:tcW w:type="dxa" w:w="1440"/>
          </w:tcPr>
          <w:p>
            <w:r>
              <w:rPr>
                <w:highlight w:val="yellow"/>
              </w:rPr>
              <w:t>rellenar</w:t>
            </w:r>
          </w:p>
        </w:tc>
      </w:tr>
      <w:tr>
        <w:tc>
          <w:tcPr>
            <w:tcW w:type="dxa" w:w="1440"/>
          </w:tcPr>
          <w:p>
            <w:r>
              <w:t>Adquisición de reactivos generales con destino a los laboratorios de Salud Pública del Departamento de Salud, sedes de Araba, Bizkaia y Gipuzkoa. · exp. 39/2023-S</w:t>
            </w:r>
          </w:p>
        </w:tc>
        <w:tc>
          <w:tcPr>
            <w:tcW w:type="dxa" w:w="1440"/>
          </w:tcPr>
          <w:p>
            <w:r>
              <w:t>Dirección de Régimen Jurídico, Económico y Servicios Generales</w:t>
            </w:r>
          </w:p>
        </w:tc>
        <w:tc>
          <w:tcPr>
            <w:tcW w:type="dxa" w:w="1440"/>
          </w:tcPr>
          <w:p>
            <w:r>
              <w:t>12.997,80 €</w:t>
            </w:r>
          </w:p>
        </w:tc>
        <w:tc>
          <w:tcPr>
            <w:tcW w:type="dxa" w:w="1440"/>
          </w:tcPr>
          <w:p>
            <w:r/>
          </w:p>
        </w:tc>
        <w:tc>
          <w:tcPr>
            <w:tcW w:type="dxa" w:w="1440"/>
          </w:tcPr>
          <w:p>
            <w:r>
              <w:t>25/04/2023 – 25/04/2024</w:t>
            </w:r>
          </w:p>
        </w:tc>
        <w:tc>
          <w:tcPr>
            <w:tcW w:type="dxa" w:w="1440"/>
          </w:tcPr>
          <w:p>
            <w:r>
              <w:rPr>
                <w:highlight w:val="yellow"/>
              </w:rPr>
              <w:t>rellenar</w:t>
            </w:r>
          </w:p>
        </w:tc>
      </w:tr>
      <w:tr>
        <w:tc>
          <w:tcPr>
            <w:tcW w:type="dxa" w:w="1440"/>
          </w:tcPr>
          <w:p>
            <w:r>
              <w:t>Suministro de reactivos y cesión de equipamiento para realizar determinaciones analíticas en el laboratorio clínico del Hospital Universitario Fundación Alcorcón mediante sistema de automatización total (CLA) o laboratorio CORE, a adjudicar por procedimiento abierto con pluralidad de criterios (lote 2) · exp. SARA-SUM 054/22</w:t>
            </w:r>
          </w:p>
        </w:tc>
        <w:tc>
          <w:tcPr>
            <w:tcW w:type="dxa" w:w="1440"/>
          </w:tcPr>
          <w:p>
            <w:r>
              <w:t>Hospital Universitario Fundación Alcorcón</w:t>
            </w:r>
          </w:p>
        </w:tc>
        <w:tc>
          <w:tcPr>
            <w:tcW w:type="dxa" w:w="1440"/>
          </w:tcPr>
          <w:p>
            <w:r>
              <w:t>532.928,80 €</w:t>
            </w:r>
          </w:p>
        </w:tc>
        <w:tc>
          <w:tcPr>
            <w:tcW w:type="dxa" w:w="1440"/>
          </w:tcPr>
          <w:p>
            <w:r/>
          </w:p>
        </w:tc>
        <w:tc>
          <w:tcPr>
            <w:tcW w:type="dxa" w:w="1440"/>
          </w:tcPr>
          <w:p>
            <w:r>
              <w:t>12/06/2023 – en curso</w:t>
            </w:r>
          </w:p>
        </w:tc>
        <w:tc>
          <w:tcPr>
            <w:tcW w:type="dxa" w:w="1440"/>
          </w:tcPr>
          <w:p>
            <w:r>
              <w:rPr>
                <w:highlight w:val="yellow"/>
              </w:rPr>
              <w:t>rellenar</w:t>
            </w:r>
          </w:p>
        </w:tc>
      </w:tr>
      <w:tr>
        <w:tc>
          <w:tcPr>
            <w:tcW w:type="dxa" w:w="1440"/>
          </w:tcPr>
          <w:p>
            <w:r>
              <w:t>Suministro de reactivos, materiales y equipamiento para la realización de determinaciones urianálisis automatizado, alergia in vitro y otras técnicas de autoinmunidad, pruebas especiales de inmunoquímica, electroforesis de proteínas, hemoglobina glicada, y técnicas especiales de inmunoquímica en hec (lote 2) · exp. PA 30-2022</w:t>
            </w:r>
          </w:p>
        </w:tc>
        <w:tc>
          <w:tcPr>
            <w:tcW w:type="dxa" w:w="1440"/>
          </w:tcPr>
          <w:p>
            <w:r>
              <w:t>Hospital Universitario Severo Ochoa</w:t>
            </w:r>
          </w:p>
        </w:tc>
        <w:tc>
          <w:tcPr>
            <w:tcW w:type="dxa" w:w="1440"/>
          </w:tcPr>
          <w:p>
            <w:r>
              <w:t>305.376,00 €</w:t>
            </w:r>
          </w:p>
        </w:tc>
        <w:tc>
          <w:tcPr>
            <w:tcW w:type="dxa" w:w="1440"/>
          </w:tcPr>
          <w:p>
            <w:r/>
          </w:p>
        </w:tc>
        <w:tc>
          <w:tcPr>
            <w:tcW w:type="dxa" w:w="1440"/>
          </w:tcPr>
          <w:p>
            <w:r>
              <w:t>23/03/2023 – 23/03/2025</w:t>
            </w:r>
          </w:p>
        </w:tc>
        <w:tc>
          <w:tcPr>
            <w:tcW w:type="dxa" w:w="1440"/>
          </w:tcPr>
          <w:p>
            <w:r>
              <w:rPr>
                <w:highlight w:val="yellow"/>
              </w:rPr>
              <w:t>rellenar</w:t>
            </w:r>
          </w:p>
        </w:tc>
      </w:tr>
      <w:tr>
        <w:tc>
          <w:tcPr>
            <w:tcW w:type="dxa" w:w="1440"/>
          </w:tcPr>
          <w:p>
            <w:r>
              <w:t>Suministro de reactivos de enzimoinmunoensayo con cesión de equipamiento con destino al laboratorio forense del Instituto Vasco de medicina legal. · exp. 62/2022-A</w:t>
            </w:r>
          </w:p>
        </w:tc>
        <w:tc>
          <w:tcPr>
            <w:tcW w:type="dxa" w:w="1440"/>
          </w:tcPr>
          <w:p>
            <w:r>
              <w:t>Gobierno Vasco-Dirección de Servicios</w:t>
            </w:r>
          </w:p>
        </w:tc>
        <w:tc>
          <w:tcPr>
            <w:tcW w:type="dxa" w:w="1440"/>
          </w:tcPr>
          <w:p>
            <w:r>
              <w:t>238.152,20 €</w:t>
            </w:r>
          </w:p>
        </w:tc>
        <w:tc>
          <w:tcPr>
            <w:tcW w:type="dxa" w:w="1440"/>
          </w:tcPr>
          <w:p>
            <w:r/>
          </w:p>
        </w:tc>
        <w:tc>
          <w:tcPr>
            <w:tcW w:type="dxa" w:w="1440"/>
          </w:tcPr>
          <w:p>
            <w:r>
              <w:t>21/03/2023 – 21/03/2025</w:t>
            </w:r>
          </w:p>
        </w:tc>
        <w:tc>
          <w:tcPr>
            <w:tcW w:type="dxa" w:w="1440"/>
          </w:tcPr>
          <w:p>
            <w:r>
              <w:rPr>
                <w:highlight w:val="yellow"/>
              </w:rPr>
              <w:t>rellenar</w:t>
            </w:r>
          </w:p>
        </w:tc>
      </w:tr>
      <w:tr>
        <w:tc>
          <w:tcPr>
            <w:tcW w:type="dxa" w:w="1440"/>
          </w:tcPr>
          <w:p>
            <w:r>
              <w:t>L'objecte d'aquesta contractació és el subministrament dels medis de cultiu, ingredients, suplements base i altres bioreactius d'ús més freqüent per a les anàlisis de microorganismes en aliments, aigües, residus i elements mediambientals que es realitzen als laboratoris de Salut Pública del Departam (lote 5) · exp. SA-2023-21</w:t>
            </w:r>
          </w:p>
        </w:tc>
        <w:tc>
          <w:tcPr>
            <w:tcW w:type="dxa" w:w="1440"/>
          </w:tcPr>
          <w:p>
            <w:r>
              <w:t>Departament de Salut</w:t>
            </w:r>
          </w:p>
        </w:tc>
        <w:tc>
          <w:tcPr>
            <w:tcW w:type="dxa" w:w="1440"/>
          </w:tcPr>
          <w:p>
            <w:r>
              <w:t>91.328,43 €</w:t>
            </w:r>
          </w:p>
        </w:tc>
        <w:tc>
          <w:tcPr>
            <w:tcW w:type="dxa" w:w="1440"/>
          </w:tcPr>
          <w:p>
            <w:r/>
          </w:p>
        </w:tc>
        <w:tc>
          <w:tcPr>
            <w:tcW w:type="dxa" w:w="1440"/>
          </w:tcPr>
          <w:p>
            <w:r>
              <w:t>24/03/2023 – 31/12/2023</w:t>
            </w:r>
          </w:p>
        </w:tc>
        <w:tc>
          <w:tcPr>
            <w:tcW w:type="dxa" w:w="1440"/>
          </w:tcPr>
          <w:p>
            <w:r>
              <w:rPr>
                <w:highlight w:val="yellow"/>
              </w:rPr>
              <w:t>rellenar</w:t>
            </w:r>
          </w:p>
        </w:tc>
      </w:tr>
    </w:tbl>
    <w:p/>
    <w:p>
      <w:r>
        <w:rPr>
          <w:b/>
        </w:rPr>
        <w:t>Importe adjudicado en el periodo: 36.033.428,11 € sin IVA, en 160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Servicio Cántabro de Salud (NIF Q3900738J)</w:t>
      </w:r>
    </w:p>
    <w:p>
      <w:r>
        <w:t xml:space="preserve">THERMO FISHER DIAGNOSTICS, SL, con NIF B62014485, adjudicataria del contrato «Autoinmunidad y arrendamiento máquinas analizadoras Nº Pedido 83893400», expediente HV BASADO AM 2024/5/1002 B62014485 SEPTIEMBRE 2026, adjudicado el 09/09/2026 por 3.052,80 €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09/09/2026 a 10/09/2026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General de Planificación Económica (NIF Q0600413I)</w:t>
      </w:r>
    </w:p>
    <w:p>
      <w:r>
        <w:t>THERMO FISHER DIAGNOSTICS, SL, con NIF B62014485, adjudicataria del contrato «Suministro de reactivos para la realización de Determinaciones de alergia y gasometrías en los distintos</w:t>
        <w:br/>
        <w:br/>
        <w:t>Laboratorios del servicio extremeño de salud, por Procedimiento abierto con un único empresario y varios</w:t>
        <w:br/>
        <w:br/>
        <w:t xml:space="preserve">Criterios de adjudicación», lote 2, expediente CS/99/1126020387/26/PA, adjudicado el 09/09/2026 por 8.231.060,00 €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14/10/2026 a 14/10/2030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Servicio de Salud de las Illes Balears (NIF Q0719003F)</w:t>
      </w:r>
    </w:p>
    <w:p>
      <w:r>
        <w:t xml:space="preserve">THERMO FISHER DIAGNOSTICS, SL, con NIF B62014485, adjudicataria del contrato «suministro de reactivos, material fungible y cesión de equipos para estudios de alergia del servicio de inmunología del Hospital Universitario de Son Espases, dependiente del Servicio de Salud de las Islas Baleares», lote 1, expediente SSCC PN 18/26, adjudicado el 10/08/2026 por 1.143.398,10 €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07/09/2026 a 07/09/2030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Inspección General de Sanidad de la Defensa (NIF S2800086G)</w:t>
      </w:r>
    </w:p>
    <w:p>
      <w:r>
        <w:t xml:space="preserve">THERMO FISHER DIAGNOSTICS, SL, con NIF B62014485, adjudicataria del contrato «exp 1981/2026 ta2027 - sum l14 reactivos inmunologia alergias - dam 1147/2022», expediente 2026/SP01460020/00001981E, adjudicado el 04/08/2026 por 61.983,47 €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04/08/2026 a 15/12/2027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Inspección General de Sanidad de la Defensa (NIF S2800086G)</w:t>
      </w:r>
    </w:p>
    <w:p>
      <w:r>
        <w:t xml:space="preserve">THERMO FISHER DIAGNOSTICS, SL, con NIF B62014485, adjudicataria del contrato «Suministro de reactivos y kits de biología molecular para el laboratorio de legionella CMILVET», expediente 2026/SP01400010/00000626E, adjudicado el 27/07/2026 por 1,00 €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13/08/2026 a 30/11/2027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Inspección General de Sanidad de la Defensa (NIF S2800086G)</w:t>
      </w:r>
    </w:p>
    <w:p>
      <w:r>
        <w:t xml:space="preserve">THERMO FISHER DIAGNOSTICS, SL, con NIF B62014485, adjudicataria del contrato «BAM Suministro reactivos para cribado drogas abuso orina por inmunoanálisis (lote 1) CEMILFARDEF», expediente 2026/SP01491010/00000444E, adjudicado el 22/07/2026 por 123.966,94 €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23/07/2026 a 30/11/2026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General de Sanidad de la Producción Agroalimentaria y Bienestar Animal (NIF S2800556I)</w:t>
      </w:r>
    </w:p>
    <w:p>
      <w:r>
        <w:t xml:space="preserve">THERMO FISHER DIAGNOSTICS, SL, con NIF B62014485, adjudicataria del contrato «Suministro de reactivos para la determinación de resistencias a antimicrobianos por el método de microdilución en caldo en el Laboratorio Central de Veterinaria en Algete (Madrid). Año 2027.», lote 1, expediente 20260000037C, adjudicado el 15/07/2026 por 40.293,50 €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15/08/2026 a 15/07/2027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General de Sanidad de la Producción Agroalimentaria y Bienestar Animal (NIF S2800556I)</w:t>
      </w:r>
    </w:p>
    <w:p>
      <w:r>
        <w:t xml:space="preserve">THERMO FISHER DIAGNOSTICS, SL, con NIF B62014485, adjudicataria del contrato «Suministro de reactivos para la determinación de resistencias a antimicrobianos por el método de microdilución en caldo en el Laboratorio Central de Veterinaria en Algete (Madrid). Año 2027.», lote 2, expediente 20260000037C, adjudicado el 15/07/2026 por 7.382,95 €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15/08/2026 a 15/07/2027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Inspección General de Sanidad de la Defensa (NIF S2800086G)</w:t>
      </w:r>
    </w:p>
    <w:p>
      <w:r>
        <w:t xml:space="preserve">THERMO FISHER DIAGNOSTICS, SL, con NIF B62014485, adjudicataria del contrato «BAM cribado de drogas Lote 1 (2027) CEMILFAR», expediente 2026/SP01491010/00000435E, adjudicado el 07/07/2026 por 165.867,77 €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01/12/2026 a 30/11/2027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Servicio Cántabro de Salud (NIF Q3900738J)</w:t>
      </w:r>
    </w:p>
    <w:p>
      <w:r>
        <w:t xml:space="preserve">THERMO FISHER DIAGNOSTICS, SL, con NIF B62014485, adjudicataria del contrato «Autoinmunidad y arrendamiento máquinas analizadoras 83155000», expediente HV BASADO AM 2024/5/1002 B62014485 JUNIO 2026, adjudicado el 30/06/2026 por 2.020,80 €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30/06/2026 a 01/07/2026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Secretaría General de la Consejería de Sanidad de la Junta de Comunidades de Castilla-La Mancha (NIF S1911001D)</w:t>
      </w:r>
    </w:p>
    <w:p>
      <w:r>
        <w:t xml:space="preserve">THERMO FISHER DIAGNOSTICS, SL, con NIF B62014485, adjudicataria del contrato «Adquisición de medios de cultivo, cepas, sueros y kits de uso en microbiología para que la Red de Laboratorios de Salud Pública de Castilla-La Mancha pueda desarrollar correctamente su actividad y funciones durante el año 2026.», lote 1, expediente 2026/001099, adjudicado el 24/06/2026 por 56.816,69 €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21/07/2026 a 21/03/2027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Servicio Cántabro de Salud (NIF Q3900738J)</w:t>
      </w:r>
    </w:p>
    <w:p>
      <w:r>
        <w:t xml:space="preserve">THERMO FISHER DIAGNOSTICS, SL, con NIF B62014485, adjudicataria del contrato «Autoinmunidad y arrendamiento máquinas analizadoras AM HV/2024/0/0002 82917800», expediente HV BASADO AM 2024/5/1002 B62014485 MAYO26, adjudicado el 01/06/2026 por 763,20 €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01/06/2026 a 02/06/2026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Ejecutiva de la Agencia Española de Seguridad Alimentaria y Nutrición (NIF Q2802157D)</w:t>
      </w:r>
    </w:p>
    <w:p>
      <w:r>
        <w:t xml:space="preserve">THERMO FISHER DIAGNOSTICS, SL, con NIF B62014485, adjudicataria del contrato «Suministro de medios de cultivo, reactivos y material fungible en el ámbito de los ensayos de microbiología, de la casa comercial Thermofisher Diagnostic y Oxoid para el Centro Nacional de Alimentación (CNA)», expediente 0100026SU009, adjudicado el 25/05/2026 por 19.955,62 €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25/06/2026 a 25/06/2027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Inspección General de Sanidad de la Defensa (NIF S2800086G)</w:t>
      </w:r>
    </w:p>
    <w:p>
      <w:r>
        <w:t xml:space="preserve">THERMO FISHER DIAGNOSTICS, SL, con NIF B62014485, adjudicataria del contrato «lote 14 reactivos para inmunología: alergias», expediente 1658/2026HCD, adjudicado el 08/05/2026 por 122.958,68 €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08/05/2026 a 15/12/2026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Órgano de Contratación de la Ciudad Autónoma de Ceuta (NIF S6100007A)</w:t>
      </w:r>
    </w:p>
    <w:p>
      <w:r>
        <w:t xml:space="preserve">THERMO FISHER DIAGNOSTICS, SL, con NIF B62014485, adjudicataria del contrato «suministro de reactivos para la deteccion de drogas de abuso en orina y suero para la Unidad de Conductas Adictivas», expediente 8/26, adjudicado el 13/04/2026 por 79.332,00 €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13/05/2026 a 13/05/2027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Departamento de Salud Valencia - Arnau de Vilanova - Llíria. Dirección Económica-Gerencia (NIF S4611001A)</w:t>
      </w:r>
    </w:p>
    <w:p>
      <w:r>
        <w:t xml:space="preserve">THERMO FISHER DIAGNOSTICS, SL, con NIF B62014485, adjudicataria del contrato «Suministro de Reactivos y Dotación de Equipamiento necesarios para la Realización de Determinaciones Analíticas en el Laboratorio de Análisis Clínicos del Departamento de Salud Valencia Arnau de Vilanova-Llíria, Respetuoso con el Medio Ambiente», lote 13, expediente 659/2025, adjudicado el 27/03/2026 por 371.080,00 €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27/04/2026 a 27/04/2030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Departamento de Salud Valencia - Arnau de Vilanova - Llíria. Dirección Económica-Gerencia (NIF S4611001A)</w:t>
      </w:r>
    </w:p>
    <w:p>
      <w:r>
        <w:t xml:space="preserve">THERMO FISHER DIAGNOSTICS, SL, con NIF B62014485, adjudicataria del contrato «Suministro de Reactivos y Dotación de Equipamiento necesarios para la Realización de Determinaciones Analíticas en el Laboratorio de Análisis Clínicos del Departamento de Salud Valencia Arnau de Vilanova-Llíria, Respetuoso con el Medio Ambiente», lote 7, expediente 659/2025, adjudicado el 27/03/2026 por 793.416,00 €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27/04/2026 a 27/04/2030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Ejecutiva de la Agencia Española de Seguridad Alimentaria y Nutrición (NIF Q2802157D)</w:t>
      </w:r>
    </w:p>
    <w:p>
      <w:r>
        <w:t xml:space="preserve">THERMO FISHER DIAGNOSTICS, SL, con NIF B62014485, adjudicataria del contrato «Tercera prórroga del suministro de medios de cultivo, reactivos y material fungible de la marca THERMO SCIENTIFIC MICROBIOLOGIA-, Y TREK-SENSITITRE, que distribuye en España Thermo Fisher Diagnostic S.L.U. para el CNA.», expediente 0100026SU002, adjudicado el 24/03/2026 por 8.264,46 €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01/05/2026 a 30/04/2027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Servicio Cántabro de Salud (NIF Q3900738J)</w:t>
      </w:r>
    </w:p>
    <w:p>
      <w:r>
        <w:t xml:space="preserve">THERMO FISHER DIAGNOSTICS, SL, con NIF B62014485, adjudicataria del contrato «Autoinmunidad y arrendamiento máquinas analizadoras 82201500», expediente HV BASADO AM 2024/5/1002 B62014485 MARZO26, adjudicado el 19/03/2026 por 1.472,00 €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19/03/2026 a 20/03/2026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Inspección General de Sanidad de la Defensa (NIF S2800086G)</w:t>
      </w:r>
    </w:p>
    <w:p>
      <w:r>
        <w:t xml:space="preserve">THERMO FISHER DIAGNOSTICS, SL, con NIF B62014485, adjudicataria del contrato «BAM Cribado drogas lote 1», expediente 2026/SP01491010/00000087E, adjudicado el 19/03/2026 por 165.289,26 €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20/03/2026 a 30/11/2026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Junta de Contratación de la Secretaría de Estado de Justicia (NIF S2813610I)</w:t>
      </w:r>
    </w:p>
    <w:p>
      <w:r>
        <w:t xml:space="preserve">THERMO FISHER DIAGNOSTICS, SL, con NIF B62014485, adjudicataria del contrato «Suministro de reactivos de enzimoinmunoensayo homogéneo mediante detección espectrofotométrica para el análisis de drogas y fármacos en los Departamentos y Delegación del Instituto Nacional de Toxicología y Ciencias Forenses e Institutos de Medicina Legal y Ciencias Forenses.», expediente ASU/2025/107, adjudicado el 18/02/2026 por 648.448,90 €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18/03/2026 a 18/03/2028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Servicio Cántabro de Salud (NIF Q3900738J)</w:t>
      </w:r>
    </w:p>
    <w:p>
      <w:r>
        <w:t>THERMO FISHER DIAGNOSTICS, SL, con NIF B62014485, adjudicataria del contrato «Suministro de determinaciones diagnósticas del sistema de autoinmunidad y</w:t>
        <w:br/>
        <w:br/>
        <w:t xml:space="preserve">arrendamiento maquinas analizadoras.», expediente HV/2024/5/1002 2º Basado en Acuerdo Marco, adjudicado el 30/01/2026 por 8.659,20 €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31/01/2026 a 31/03/2026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Servicio Cántabro de Salud (NIF Q3900738J)</w:t>
      </w:r>
    </w:p>
    <w:p>
      <w:r>
        <w:t xml:space="preserve">THERMO FISHER DIAGNOSTICS, SL, con NIF B62014485, adjudicataria del contrato «Autoinmunidad y arrendamiento máquinas analizadoras AM HV/2024/0/0002», expediente HV BASADO AM 202451002 B62014485 ENERO26, adjudicado el 26/01/2026 por 112,10 €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26/01/2026 a 27/01/2026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Inspección General de Sanidad de la Defensa (NIF S2800086G)</w:t>
      </w:r>
    </w:p>
    <w:p>
      <w:r>
        <w:t xml:space="preserve">THERMO FISHER DIAGNOSTICS, SL, con NIF B62014485, adjudicataria del contrato «lote 14 reactivos para inmunología: alergias», expediente 1005/2025HCD, adjudicado el 18/12/2025 por 95.041,32 €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18/12/2025 a 15/12/2026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Servicio Cántabro de Salud (NIF Q3900738J)</w:t>
      </w:r>
    </w:p>
    <w:p>
      <w:r>
        <w:t xml:space="preserve">THERMO FISHER DIAGNOSTICS, SL, con NIF B62014485, adjudicataria del contrato «Suministro de reactivos para el servicio de farmacología clínica del HUMV (HV/2024/0/0018)», expediente HV BASADO AM 2024/5/1018 B62014485 DICIEMBRE 2025, adjudicado el 17/12/2025 por 1.890,00 €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17/12/2025 a 18/12/2025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Servicio Cántabro de Salud (NIF Q3900738J)</w:t>
      </w:r>
    </w:p>
    <w:p>
      <w:r>
        <w:t xml:space="preserve">THERMO FISHER DIAGNOSTICS, SL, con NIF B62014485, adjudicataria del contrato «Suministro de determinaciones diagnósticas del sistema de autoinmunidad y arrendamiento maquinas analizadoras.», expediente HV/2024/5/1002 1º Basado en Acuerdo Marco, adjudicado el 12/12/2025 por 89.379,20 €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01/01/2026 a 01/04/2026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General de Sanidad de la Producción Agroalimentaria y Bienestar Animal (NIF S2800556I)</w:t>
      </w:r>
    </w:p>
    <w:p>
      <w:r>
        <w:t xml:space="preserve">THERMO FISHER DIAGNOSTICS, SL, con NIF B62014485, adjudicataria del contrato «Suministro de reactivos para la determinación de resistencias a antimicrobianos por el método de microdilución en caldo en el Laboratorio Central de Veterinaria en Algete (Madrid).Año 2026.», lote 2, expediente 2025000191AC, adjudicado el 09/12/2025 por 7.467,99 €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09/01/2026 a 09/12/2026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Inspección General de Sanidad de la Defensa (NIF S2800086G)</w:t>
      </w:r>
    </w:p>
    <w:p>
      <w:r>
        <w:t xml:space="preserve">THERMO FISHER DIAGNOSTICS, SL, con NIF B62014485, adjudicataria del contrato «suministro de reactivos y kits de biología molecular y para el laboratorio de legionella necesarios para los servicios laboratoriales del Centro Militar de Veterinaria de la Defensa», expediente 2025/SP01400010/00001062E, adjudicado el 04/12/2025 por 77.928,58 €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01/01/2026 a 30/11/2026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General de Sanidad de la Producción Agroalimentaria y Bienestar Animal (NIF S2800556I)</w:t>
      </w:r>
    </w:p>
    <w:p>
      <w:r>
        <w:t xml:space="preserve">THERMO FISHER DIAGNOSTICS, SL, con NIF B62014485, adjudicataria del contrato «Suministro de reactivos para la determinación de resistencias a antimicrobianos por el método de microdilución en caldo en el Laboratorio Central de Veterinaria en Algete (Madrid).Año 2026.», lote 1, expediente 2025000191AC, adjudicado el 27/11/2025 por 39.100,78 €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27/12/2025 a 27/11/2026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Organismo Autónomo Madrid Salud (NIF P2800062H)</w:t>
      </w:r>
    </w:p>
    <w:p>
      <w:r>
        <w:t xml:space="preserve">THERMO FISHER DIAGNOSTICS, SL, con NIF B62014485, adjudicataria del contrato «Suministro de reactivos, material fungible y medios auxiliares para las técnicas de microbiología y biotecnología del Laboratorio de Salud Pública de Madrid Salud (10 lotes)», lote 3, expediente 300/2025/01239, adjudicado el 04/11/2025 por 49.138,08 €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01/01/2026 a 01/01/2029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del Área Sanitaria III - Avilés del Servicio de Salud del Principado de Asturias (SESPA) (NIF Q8350064E)</w:t>
      </w:r>
    </w:p>
    <w:p>
      <w:r>
        <w:t xml:space="preserve">THERMO FISHER DIAGNOSTICS, SL, con NIF B62014485, adjudicataria del contrato «Suministro de reactivos, material y dotación del equipamiento necesario, en régimen de cesión de uso, para la realización de diversas pruebas analíticas, con destino a la Unidad de Gestión Clínica del Laboratorio de Bioquímica del Área Sanitaria III del Servicio de Salud del Principado de Asturias», lote 7, expediente 2025000071, adjudicado el 03/10/2025 por 94.500,00 €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03/11/2025 a 03/11/2028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del Área Sanitaria III - Avilés del Servicio de Salud del Principado de Asturias (SESPA) (NIF Q8350064E)</w:t>
      </w:r>
    </w:p>
    <w:p>
      <w:r>
        <w:t xml:space="preserve">THERMO FISHER DIAGNOSTICS, SL, con NIF B62014485, adjudicataria del contrato «Suministro de reactivos, material y dotación del equipamiento necesario, en régimen de cesión de uso, para la realización de diversas pruebas analíticas, con destino a la Unidad de Gestión Clínica del Laboratorio de Bioquímica del Área Sanitaria III del Servicio de Salud del Principado de Asturias», lote 8, expediente 2025000071, adjudicado el 03/10/2025 por 106.314,00 €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03/11/2025 a 03/11/2028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del Área Sanitaria III - Avilés del Servicio de Salud del Principado de Asturias (SESPA) (NIF Q8350064E)</w:t>
      </w:r>
    </w:p>
    <w:p>
      <w:r>
        <w:t xml:space="preserve">THERMO FISHER DIAGNOSTICS, SL, con NIF B62014485, adjudicataria del contrato «Suministro de reactivos, material y dotación del equipamiento necesario, en régimen de cesión de uso, para la realización de diversas pruebas analíticas, con destino a la Unidad de Gestión Clínica del Laboratorio de Bioquímica del Área Sanitaria III del Servicio de Salud del Principado de Asturias», lote 9, expediente 2025000071, adjudicado el 03/10/2025 por 133.098,00 €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03/11/2025 a 03/11/2028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Junta de Contratación del Ministerio de Agricultura, Pesca y Alimentación (NIF S2800556I)</w:t>
      </w:r>
    </w:p>
    <w:p>
      <w:r>
        <w:t xml:space="preserve">THERMO FISHER DIAGNOSTICS, SL, con NIF B62014485, adjudicataria del contrato «Suministro de productos de microbiología para diagnóstico de diferentes enfermedades bacterianas para el Laboratorio Central de Veterinaria (Algete, Madrid) y el Laboratorio Central de Sanidad Animal (Santa Fe, Granada) durante 24 meses», lote 1, expediente 20250000158E, adjudicado el 30/09/2025 por 49.888,10 €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30/10/2025 a 30/10/2027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Inspección General de Sanidad de la Defensa (NIF S2800086G)</w:t>
      </w:r>
    </w:p>
    <w:p>
      <w:r>
        <w:t xml:space="preserve">THERMO FISHER DIAGNOSTICS, SL, con NIF B62014485, adjudicataria del contrato «derivado am 1661/2024 suministro de reactivos y fungibles para el servicio de inmunología, lote 1: autoinmunidad varios - hcd - hito 2025», expediente 530/2025HCD, adjudicado el 26/08/2025 por 33.057,85 €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 a ……</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Inspección General de Sanidad de la Defensa (NIF S2800086G)</w:t>
      </w:r>
    </w:p>
    <w:p>
      <w:r>
        <w:t xml:space="preserve">THERMO FISHER DIAGNOSTICS, SL, con NIF B62014485, adjudicataria del contrato «derivado am 1594/2024 suministro de reactivos y fungibles para el servicio de análisis clínicos lote 2- hito 1-hcd», expediente 506/2025HCD, adjudicado el 18/08/2025 por 11.479,34 €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 a ……</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Inspección General de Sanidad de la Defensa (NIF S2800086G)</w:t>
      </w:r>
    </w:p>
    <w:p>
      <w:r>
        <w:t xml:space="preserve">THERMO FISHER DIAGNOSTICS, SL, con NIF B62014485, adjudicataria del contrato «PA 2026 BAM Suministro de reactivos para el cribado de drogas de abuso en orina por inmunoanálisis (Lote 1) CEMILFARDEF», expediente 2025/SP01491010/00000423E, adjudicado el 01/08/2025 por 123.966,94 €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30/07/2025 a 30/11/2026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Inspección General de Sanidad de la Defensa (NIF S2800086G)</w:t>
      </w:r>
    </w:p>
    <w:p>
      <w:r>
        <w:t xml:space="preserve">THERMO FISHER DIAGNOSTICS, SL, con NIF B62014485, adjudicataria del contrato «exp. 1313/2026 dam 1661/2024 suministro de reactivos y fungibles para el servicio de inmunología, lote 1: autoinmunidad varios - hcd - hito 1», expediente 2026/SP01460020/00001313E, adjudicado el 24/06/2025 por 61.983,47 €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18/03/2026 a 15/12/2026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de Atención Sanitaria del Instituto Nacional de Gestión Sanitaria en Ceuta (NIF S5100013A)</w:t>
      </w:r>
    </w:p>
    <w:p>
      <w:r>
        <w:t xml:space="preserve">THERMO FISHER DIAGNOSTICS, SL, con NIF B62014485, adjudicataria del contrato «Suministro de reactivos, tecnología y sistemas de información para el laboratorio del Hospital Universitario de Ceuta.», lote 21, expediente PA/2024/039/GCE, adjudicado el 24/06/2025 por 9.184,80 €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24/07/2025 a 24/07/2027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de Atención Sanitaria del Instituto Nacional de Gestión Sanitaria en Ceuta (NIF S5100013A)</w:t>
      </w:r>
    </w:p>
    <w:p>
      <w:r>
        <w:t xml:space="preserve">THERMO FISHER DIAGNOSTICS, SL, con NIF B62014485, adjudicataria del contrato «Suministro de reactivos, tecnología y sistemas de información para el laboratorio del Hospital Universitario de Ceuta.», lote 9, expediente PA/2024/039/GCE, adjudicado el 24/06/2025 por 401.044,30 €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24/07/2025 a 24/07/2027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Servicio Cántabro de Salud (NIF Q3900738J)</w:t>
      </w:r>
    </w:p>
    <w:p>
      <w:r>
        <w:t xml:space="preserve">THERMO FISHER DIAGNOSTICS, SL, con NIF B62014485, adjudicataria del contrato «Suministro de determinaciones diagnósticas del sistema de autoinmunidad y arrendamiento maquinas analizadoras.», lote 6, expediente AM PA HUMV 2024/0/0002, adjudicado el 10/06/2025 por 714.293,00 €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10/07/2025 a 10/07/2027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Inspección General de Sanidad de la Defensa (NIF S2800086G)</w:t>
      </w:r>
    </w:p>
    <w:p>
      <w:r>
        <w:t xml:space="preserve">THERMO FISHER DIAGNOSTICS, SL, con NIF B62014485, adjudicataria del contrato «exp 1492/2026 - dam 1594/2024 sum reactivos y fungibles servicio analisis clinicos - l2 reactivos para screening prenatal y hormonas- hcd», expediente 2026/SP01460020/00001492E, adjudicado el 09/06/2025 por 21.983,47 €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24/03/2026 a 15/12/2026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Inspección General de Sanidad de la Defensa (NIF S2800086G)</w:t>
      </w:r>
    </w:p>
    <w:p>
      <w:r>
        <w:t xml:space="preserve">THERMO FISHER DIAGNOSTICS, SL, con NIF B62014485, adjudicataria del contrato «Basado de Acuerdo Marco Suministro de reactivos para el cribado de drogas de abuso en orina por inmunoanálisis (LOTE 1) CEMILFARDEF.», expediente 2025/SP01491010/00000192E, adjudicado el 24/04/2025 por 165.289,26 €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24/04/2025 a 19/09/2025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Ejecutiva de la Agencia Española de Seguridad Alimentaria y Nutrición (NIF Q2802157D)</w:t>
      </w:r>
    </w:p>
    <w:p>
      <w:r>
        <w:t xml:space="preserve">THERMO FISHER DIAGNOSTICS, SL, con NIF B62014485, adjudicataria del contrato «Tercera prórroga del suministro de medios de cultivo, reactivos y material fungible en el ámbito de los ensayos de microbiología del Centro Nacional de Alimentación.», expediente 0100025SU013, adjudicado el 25/03/2025 por 33.000,00 €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01/06/2025 a 31/05/2026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Inspección General de Sanidad de la Defensa (NIF S2800086G)</w:t>
      </w:r>
    </w:p>
    <w:p>
      <w:r>
        <w:t xml:space="preserve">THERMO FISHER DIAGNOSTICS, SL, con NIF B62014485, adjudicataria del contrato «Acuerdo Marco suministro de reactivos para el cribado de drogas de abuso en orina por inmunoanálisis para el ministerio de defensa.», lote 1, expediente 2024/SP01400010/0000985E, adjudicado el 28/02/2025 por 247.050,00 €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20/09/2025 a 19/09/2027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Servicio Cántabro de Salud (NIF Q3900738J)</w:t>
      </w:r>
    </w:p>
    <w:p>
      <w:r>
        <w:t xml:space="preserve">THERMO FISHER DIAGNOSTICS, SL, con NIF B62014485, adjudicataria del contrato «Acuerdo Marco para el suministro de reactivos para el servicio de farmacología clínica del HUMV», expediente HV/2024/5/1018 1ºBASADO AM HUMV 2024/0/0018, adjudicado el 24/02/2025 por 56.700,00 €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24/02/2025 a 24/02/2028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Ejecutiva de la Agencia Española de Seguridad Alimentaria y Nutrición (NIF Q2802157D)</w:t>
      </w:r>
    </w:p>
    <w:p>
      <w:r>
        <w:t xml:space="preserve">THERMO FISHER DIAGNOSTICS, SL, con NIF B62014485, adjudicataria del contrato «Segunda prórroga del suministro de medios de cultivo, reactivos y material fungible de la marca THERMO SCIENTIFIC -MICROBIOLOGIA-, Y TREK-SENSITITRE, que distribuye en España Thermo Fisher Diagnostics S.L.U. para el CNA.», expediente 0100025SU005, adjudicado el 24/02/2025 por 8.264,46 €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01/05/2025 a 30/04/2026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Servicio Cántabro de Salud (NIF Q3900738J)</w:t>
      </w:r>
    </w:p>
    <w:p>
      <w:r>
        <w:t xml:space="preserve">THERMO FISHER DIAGNOSTICS, SL, con NIF B62014485, adjudicataria del contrato «Reactivos para el servicio de farmacología clínica del HUMV.», lote 2, expediente AM PA HUMV 2024/0/0018, adjudicado el 19/12/2024 por 50.400,00 €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19/01/2025 a 19/01/2027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Inspección General de Sanidad de la Defensa (NIF S2800086G)</w:t>
      </w:r>
    </w:p>
    <w:p>
      <w:r>
        <w:t xml:space="preserve">THERMO FISHER DIAGNOSTICS, SL, con NIF B62014485, adjudicataria del contrato «ta2025 - sum l14 reactivos para inmunología: alergias  -   derivado del acuerdo marco 1147/2022 - hcd», expediente 1000/2024HCD, adjudicado el 11/11/2024 por 218.000,00 €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11/11/2024 a 30/12/2025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Sector Sanitario de Zaragoza 3 (NIF Q5000442C)</w:t>
      </w:r>
    </w:p>
    <w:p>
      <w:r>
        <w:t xml:space="preserve">THERMO FISHER DIAGNOSTICS, SL, con NIF B62014485, adjudicataria del contrato «Material para la realización de técnicas analíticas automáticas en el laboratorio de Microbiología-Bacteriología del H.C.U. Lozano Blesa, incluyendo la cesión de uso de los equipos analizadores correspondientes.», lote 6, expediente SAS_Z3_2025_PA_038, adjudicado el 08/11/2024 por 8.460,00 €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01/01/2025 a 31/12/2027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Inspección General de Sanidad de la Defensa (NIF S2800086G)</w:t>
      </w:r>
    </w:p>
    <w:p>
      <w:r>
        <w:t xml:space="preserve">THERMO FISHER DIAGNOSTICS, SL, con NIF B62014485, adjudicataria del contrato «CEMILVET - Suministro de reactivos para biología molecular del servicio de seguridad alimentaria y salud pública», expediente 2024/SP01400010/00000582E, adjudicado el 31/10/2024 por 27.747,78 €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05/11/2024 a 30/11/2025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Organismo Autónomo Madrid Salud (NIF P2800062H)</w:t>
      </w:r>
    </w:p>
    <w:p>
      <w:r>
        <w:t xml:space="preserve">THERMO FISHER DIAGNOSTICS, SL, con NIF B62014485, adjudicataria del contrato «Suministro de diversos reactivos químicos del Laboratorio de Análisis Clínicos del Organismo Autónomo Madrid Salud para los ejercicios 2025, 2026 y 2027 (2 Lotes)», lote 1, expediente 300/2024/00735, adjudicado el 30/10/2024 por 148.410,00 €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01/01/2025 a 01/01/2028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del Área Sanitaria IV del Servicio de Salud del Principado de Asturias (NIF Q8350064E)</w:t>
      </w:r>
    </w:p>
    <w:p>
      <w:r>
        <w:t xml:space="preserve">THERMO FISHER DIAGNOSTICS, SL, con NIF B62014485, adjudicataria del contrato «Suministro de reactivos, material y equipamiento para el  Servicio de Inmunología del Área de Gestión Clínica Laboratorio de Medicina del HUCA. Inmunología 2», lote 4, expediente 2024000142, adjudicado el 15/10/2024 por 429.000,00 €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15/11/2024 a 15/11/2026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Inspección General de Sanidad de la Defensa (NIF S2800086G)</w:t>
      </w:r>
    </w:p>
    <w:p>
      <w:r>
        <w:t xml:space="preserve">THERMO FISHER DIAGNOSTICS, SL, con NIF B62014485, adjudicataria del contrato «Suministro de reactivos para legionalla en servicio de microbiología parasitología y sanidad ambiental para el CEMILVET.», expediente 2024/SP01400010/00000585E, adjudicado el 09/09/2024 por 38.949,11 €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01/12/2024 a 30/11/2025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Consejo de Administración de EMAYA, Empresa Municipal d'Aigües i Clavegueram, S.A. (NIF A07000029)</w:t>
      </w:r>
    </w:p>
    <w:p>
      <w:r>
        <w:t xml:space="preserve">THERMO FISHER DIAGNOSTICS, SL, con NIF B62014485, adjudicataria del contrato «Acuerdo marco cerrado para la contratación del suministro de material diverso (reactivos y gases) para el laboratorio de EMAYA», lote 1, expediente 1694_LAM_SU_1122, adjudicado el 29/08/2024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29/09/2024 a 29/09/2025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Inspección General de Sanidad de la Defensa (NIF S2800086G)</w:t>
      </w:r>
    </w:p>
    <w:p>
      <w:r>
        <w:t xml:space="preserve">THERMO FISHER DIAGNOSTICS, SL, con NIF B62014485, adjudicataria del contrato «CEMILFARDEF BAM LOTE 1 Reactivos para la realización del cribado de las siguientes sustancias y sus metabolitos: cannabinoides, cocaína, derivados anfetamínicos y opiáceos, por la técnica de inmunoensayo en medio líquido y creatinina por col», expediente 2024/SP01491010/00000408E, adjudicado el 09/08/2024 por 165.288,26 €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01/12/2024 a 30/11/2025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Inspección General de Sanidad de la Defensa (NIF S2800086G)</w:t>
      </w:r>
    </w:p>
    <w:p>
      <w:r>
        <w:t xml:space="preserve">THERMO FISHER DIAGNOSTICS, SL, con NIF B62014485, adjudicataria del contrato «BAM Lote 1 cribado de drogas_CEMILFAR», expediente 2024/SP01491010/00000335E, adjudicado el 26/06/2024 por 102.451,24 €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26/06/2024 a 30/11/2024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del Instituto Nacional de Gestión Sanitaria (INGESA) (NIF Q2869002B)</w:t>
      </w:r>
    </w:p>
    <w:p>
      <w:r>
        <w:t xml:space="preserve">THERMO FISHER DIAGNOSTICS, SL, con NIF B62014485, adjudicataria del contrato «Adquisición y suministro de los reactivos, calibradores, controles y fungibles específicos, así como los elementos necesarios, para la realización de las técnicas analíticas en el laboratorio central del Hospital Universitario de Melilla (HUME)», lote 03, expediente PA 2023/020, adjudicado el 10/06/2024 por 395.756,40 €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10/07/2024 a 10/07/2028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del Instituto Nacional de Gestión Sanitaria (INGESA) (NIF Q2869002B)</w:t>
      </w:r>
    </w:p>
    <w:p>
      <w:r>
        <w:t xml:space="preserve">THERMO FISHER DIAGNOSTICS, SL, con NIF B62014485, adjudicataria del contrato «Adquisición y suministro de los reactivos, calibradores, controles y fungibles específicos, así como los elementos necesarios, para la realización de las técnicas analíticas en el laboratorio central del Hospital Universitario de Melilla (HUME)», lote 04, expediente PA 2023/020, adjudicado el 10/06/2024 por 108.292,80 €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10/07/2024 a 10/07/2028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Órgano de Contratación de la Ciudad Autónoma de Ceuta (NIF S6100007A)</w:t>
      </w:r>
    </w:p>
    <w:p>
      <w:r>
        <w:t xml:space="preserve">THERMO FISHER DIAGNOSTICS, SL, con NIF B62014485, adjudicataria del contrato «Suministro de reactivos para la detección de drogas de abuso en orina y suero para la unidad de conductas adictivas», expediente 10/24, adjudicado el 28/05/2024 por 73.014,00 €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28/06/2024 a 28/06/2025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