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THE HIVE WAY SL</w:t>
      </w:r>
    </w:p>
    <w:p>
      <w:r>
        <w:t>NIF B84400415.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Servicios y suministros para la organización y gestión de los eventos del INSST. (lote 2) · exp. 0041-26</w:t>
            </w:r>
          </w:p>
        </w:tc>
        <w:tc>
          <w:tcPr>
            <w:tcW w:type="dxa" w:w="1440"/>
          </w:tcPr>
          <w:p>
            <w:r>
              <w:t>Instituto Nacional de Seguridad y Salud en el Trabajo O.A. M.P. (INSST) · NIF Q2869052G</w:t>
            </w:r>
          </w:p>
        </w:tc>
        <w:tc>
          <w:tcPr>
            <w:tcW w:type="dxa" w:w="1440"/>
          </w:tcPr>
          <w:p>
            <w:r>
              <w:t>8.840,00 €</w:t>
            </w:r>
          </w:p>
        </w:tc>
        <w:tc>
          <w:tcPr>
            <w:tcW w:type="dxa" w:w="1440"/>
          </w:tcPr>
          <w:p>
            <w:r>
              <w:t>22/06/2026</w:t>
            </w:r>
          </w:p>
        </w:tc>
        <w:tc>
          <w:tcPr>
            <w:tcW w:type="dxa" w:w="1440"/>
          </w:tcPr>
          <w:p>
            <w:r>
              <w:t>22/07/2026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Servicios y suministros para la organización y gestión de los eventos del INSST. (lote 1) · exp. 0041-26</w:t>
            </w:r>
          </w:p>
        </w:tc>
        <w:tc>
          <w:tcPr>
            <w:tcW w:type="dxa" w:w="1440"/>
          </w:tcPr>
          <w:p>
            <w:r>
              <w:t>Instituto Nacional de Seguridad y Salud en el Trabajo O.A. M.P. (INSST) · NIF Q2869052G</w:t>
            </w:r>
          </w:p>
        </w:tc>
        <w:tc>
          <w:tcPr>
            <w:tcW w:type="dxa" w:w="1440"/>
          </w:tcPr>
          <w:p>
            <w:r>
              <w:t>5.304,00 €</w:t>
            </w:r>
          </w:p>
        </w:tc>
        <w:tc>
          <w:tcPr>
            <w:tcW w:type="dxa" w:w="1440"/>
          </w:tcPr>
          <w:p>
            <w:r>
              <w:t>16/06/2026</w:t>
            </w:r>
          </w:p>
        </w:tc>
        <w:tc>
          <w:tcPr>
            <w:tcW w:type="dxa" w:w="1440"/>
          </w:tcPr>
          <w:p>
            <w:r>
              <w:t>16/07/2026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Servicios y suministros para la organización y gestión de los eventos del INSST. (lote 3) · exp. 0041-26</w:t>
            </w:r>
          </w:p>
        </w:tc>
        <w:tc>
          <w:tcPr>
            <w:tcW w:type="dxa" w:w="1440"/>
          </w:tcPr>
          <w:p>
            <w:r>
              <w:t>Instituto Nacional de Seguridad y Salud en el Trabajo O.A. M.P. (INSST) · NIF Q2869052G</w:t>
            </w:r>
          </w:p>
        </w:tc>
        <w:tc>
          <w:tcPr>
            <w:tcW w:type="dxa" w:w="1440"/>
          </w:tcPr>
          <w:p>
            <w:r>
              <w:t>41.890,55 €</w:t>
            </w:r>
          </w:p>
        </w:tc>
        <w:tc>
          <w:tcPr>
            <w:tcW w:type="dxa" w:w="1440"/>
          </w:tcPr>
          <w:p>
            <w:r>
              <w:t>03/06/2026</w:t>
            </w:r>
          </w:p>
        </w:tc>
        <w:tc>
          <w:tcPr>
            <w:tcW w:type="dxa" w:w="1440"/>
          </w:tcPr>
          <w:p>
            <w:r>
              <w:t>03/07/2026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56.034,55 €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Instituto Nacional de Seguridad y Salud en el Trabajo O.A. M.P. (INSST) (NIF Q2869052G)</w:t>
      </w:r>
    </w:p>
    <w:p>
      <w:r>
        <w:t xml:space="preserve">THE HIVE WAY SL, con NIF B84400415, adjudicataria del contrato «Servicios y suministros para la organización y gestión de los eventos del INSST.», lote 2, expediente 0041-26, adjudicado el 22/06/2026 por 8.840,00 €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22/07/2026 a 22/07/2027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Instituto Nacional de Seguridad y Salud en el Trabajo O.A. M.P. (INSST) (NIF Q2869052G)</w:t>
      </w:r>
    </w:p>
    <w:p>
      <w:r>
        <w:t xml:space="preserve">THE HIVE WAY SL, con NIF B84400415, adjudicataria del contrato «Servicios y suministros para la organización y gestión de los eventos del INSST.», lote 1, expediente 0041-26, adjudicado el 16/06/2026 por 5.304,00 €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16/07/2026 a 16/07/2027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Instituto Nacional de Seguridad y Salud en el Trabajo O.A. M.P. (INSST) (NIF Q2869052G)</w:t>
      </w:r>
    </w:p>
    <w:p>
      <w:r>
        <w:t xml:space="preserve">THE HIVE WAY SL, con NIF B84400415, adjudicataria del contrato «Servicios y suministros para la organización y gestión de los eventos del INSST.», lote 3, expediente 0041-26, adjudicado el 03/06/2026 por 41.890,55 €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03/07/2026 a 03/07/2027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