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 HIVE WAY SL</w:t>
      </w:r>
    </w:p>
    <w:p>
      <w:r>
        <w:t>NIF B84400415.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