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razos y Derivados Huesca SL</w:t>
      </w:r>
    </w:p>
    <w:p>
      <w:r>
        <w:t>NIF B2218933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