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TELEFONICA IOT &amp; BIG DATA TECH, S.A.</w:t>
      </w:r>
    </w:p>
    <w:p>
      <w:r>
        <w:t>NIF A78967577.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