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TECNICOS DE SERVICIOS MULTIPLES, S.L.</w:t>
      </w:r>
    </w:p>
    <w:p>
      <w:r>
        <w:t>NIF B37292216.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preventivo de los sistemas de seguridad y medios técnicos periféricos existentes en GRUEMA · exp. 2025/EA46/00000378</w:t>
            </w:r>
          </w:p>
        </w:tc>
        <w:tc>
          <w:tcPr>
            <w:tcW w:type="dxa" w:w="1440"/>
          </w:tcPr>
          <w:p>
            <w:r>
              <w:t>Jefatura de la Sección Económico-Administrativa 46 - Base Aérea de Matacán · NIF S3722001I</w:t>
            </w:r>
          </w:p>
        </w:tc>
        <w:tc>
          <w:tcPr>
            <w:tcW w:type="dxa" w:w="1440"/>
          </w:tcPr>
          <w:p>
            <w:r>
              <w:t>12.000,00 €</w:t>
            </w:r>
          </w:p>
        </w:tc>
        <w:tc>
          <w:tcPr>
            <w:tcW w:type="dxa" w:w="1440"/>
          </w:tcPr>
          <w:p>
            <w:r>
              <w:t>14/06/2025</w:t>
            </w:r>
          </w:p>
        </w:tc>
        <w:tc>
          <w:tcPr>
            <w:tcW w:type="dxa" w:w="1440"/>
          </w:tcPr>
          <w:p>
            <w:r>
              <w:t>14/07/2025 – 14/07/2026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Económico-Administrativa 46 - Base Aérea de Matacán (NIF S3722001I)</w:t>
      </w:r>
    </w:p>
    <w:p>
      <w:r>
        <w:t xml:space="preserve">TECNICOS DE SERVICIOS MULTIPLES, S.L., con NIF B37292216, adjudicataria del contrato «Mantenimiento preventivo de los sistemas de seguridad y medios técnicos periféricos existentes en GRUEMA», expediente 2025/EA46/00000378, adjudicado el 14/06/2025 por 12.000,00 €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14/07/2025 a 14/07/2026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