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TECNICOS DE SERVICIOS MULTIPLES, S.L.</w:t>
      </w:r>
    </w:p>
    <w:p>
      <w:r>
        <w:t>NIF B37292216.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barreras MRW y equipo de respaldo en el Grupo de Escuelas de Matacán · exp. 2025/EA46/00001376</w:t>
            </w:r>
          </w:p>
        </w:tc>
        <w:tc>
          <w:tcPr>
            <w:tcW w:type="dxa" w:w="1440"/>
          </w:tcPr>
          <w:p>
            <w:r>
              <w:t>Jefatura de la Sección Económico-Administrativa 46 - Base Aérea de Matacán · NIF S3722001I</w:t>
            </w:r>
          </w:p>
        </w:tc>
        <w:tc>
          <w:tcPr>
            <w:tcW w:type="dxa" w:w="1440"/>
          </w:tcPr>
          <w:p>
            <w:r>
              <w:t>25.719,28 €</w:t>
            </w:r>
          </w:p>
        </w:tc>
        <w:tc>
          <w:tcPr>
            <w:tcW w:type="dxa" w:w="1440"/>
          </w:tcPr>
          <w:p>
            <w:r>
              <w:t>08/10/2025</w:t>
            </w:r>
          </w:p>
        </w:tc>
        <w:tc>
          <w:tcPr>
            <w:tcW w:type="dxa" w:w="1440"/>
          </w:tcPr>
          <w:p>
            <w:r>
              <w:t>08/11/2025 – 23/12/2025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25.719,28 €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Económico-Administrativa 46 - Base Aérea de Matacán (NIF S3722001I)</w:t>
      </w:r>
    </w:p>
    <w:p>
      <w:r>
        <w:t xml:space="preserve">TECNICOS DE SERVICIOS MULTIPLES, S.L., con NIF B37292216, adjudicataria del contrato «Suministro e instalación de barreras MRW y equipo de respaldo en el Grupo de Escuelas de Matacán», expediente 2025/EA46/00001376, adjudicado el 08/10/2025 por 25.719,28 €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08/11/2025 a 23/12/2025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