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TECLIVEN SL</w:t>
      </w:r>
    </w:p>
    <w:p>
      <w:r>
        <w:t>NIF B81126799.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decenal de 64 ventiladores en el Tunel del Perthus para Linea Figueras Perpignan SA · exp. PES230026</w:t>
            </w:r>
          </w:p>
        </w:tc>
        <w:tc>
          <w:tcPr>
            <w:tcW w:type="dxa" w:w="1440"/>
          </w:tcPr>
          <w:p>
            <w:r>
              <w:t>Dirección General de Línea Figueras Perpignan, S.A. · NIF A87670048</w:t>
            </w:r>
          </w:p>
        </w:tc>
        <w:tc>
          <w:tcPr>
            <w:tcW w:type="dxa" w:w="1440"/>
          </w:tcPr>
          <w:p>
            <w:r>
              <w:t>21.756,80 €</w:t>
            </w:r>
          </w:p>
        </w:tc>
        <w:tc>
          <w:tcPr>
            <w:tcW w:type="dxa" w:w="1440"/>
          </w:tcPr>
          <w:p>
            <w:r>
              <w:t>29/05/2024</w:t>
            </w:r>
          </w:p>
        </w:tc>
        <w:tc>
          <w:tcPr>
            <w:tcW w:type="dxa" w:w="1440"/>
          </w:tcPr>
          <w:p>
            <w:r>
              <w:t>29/05/2024 – 29/11/2024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21.756,80 €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Línea Figueras Perpignan, S.A. (NIF A87670048)</w:t>
      </w:r>
    </w:p>
    <w:p>
      <w:r>
        <w:t xml:space="preserve">TECLIVEN SL, con NIF B81126799, adjudicataria del contrato «Mantenimiento decenal de 64 ventiladores en el Tunel del Perthus para Linea Figueras Perpignan SA», expediente PES230026, adjudicado el 29/05/2024 por 21.756,80 €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29/05/2024 a 29/11/2024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