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TAM Servicios Profesionales SL</w:t>
      </w:r>
    </w:p>
    <w:p>
      <w:r>
        <w:t>NIF B01821453. Contratos públicos adjudicados en los cinco últimos años (obras), del 01/11/2021 al 01/11/2026, obras.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El present contracte té per objecte el projecte de les obres del local situat al carrer Poeta Punsola número 38 de Mataró destinat a l’associació de veïns de Rocafonda. Aquest contracte correspon als anomenats d’obres, d’acord amb el que disposa l’article 13 de la Llei 9/2017, de 8 de novembre, de contractes del sector públic (LCSP). · exp. 2024-001</w:t>
            </w:r>
          </w:p>
        </w:tc>
        <w:tc>
          <w:tcPr>
            <w:tcW w:type="dxa" w:w="1440"/>
          </w:tcPr>
          <w:p>
            <w:r>
              <w:t>Fundació Unió de Cooperadors de Mataró</w:t>
            </w:r>
          </w:p>
        </w:tc>
        <w:tc>
          <w:tcPr>
            <w:tcW w:type="dxa" w:w="1440"/>
          </w:tcPr>
          <w:p>
            <w:r>
              <w:t>72.828,00 €</w:t>
            </w:r>
          </w:p>
        </w:tc>
        <w:tc>
          <w:tcPr>
            <w:tcW w:type="dxa" w:w="1440"/>
          </w:tcPr>
          <w:p>
            <w:r/>
          </w:p>
        </w:tc>
        <w:tc>
          <w:tcPr>
            <w:tcW w:type="dxa" w:w="1440"/>
          </w:tcPr>
          <w:p>
            <w:r>
              <w:t>13/01/2025 – 31/03/2025</w:t>
            </w:r>
          </w:p>
        </w:tc>
        <w:tc>
          <w:tcPr>
            <w:tcW w:type="dxa" w:w="1440"/>
          </w:tcPr>
          <w:p>
            <w:r>
              <w:rPr>
                <w:highlight w:val="yellow"/>
              </w:rPr>
              <w:t>rellenar</w:t>
            </w:r>
          </w:p>
        </w:tc>
      </w:tr>
    </w:tbl>
    <w:p/>
    <w:p>
      <w:r>
        <w:rPr>
          <w:b/>
        </w:rPr>
        <w:t>Importe adjudicado en el periodo: 72.828,00 € sin IVA, en 1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Fundació Unió de Cooperadors de Mataró</w:t>
      </w:r>
    </w:p>
    <w:p>
      <w:r>
        <w:t xml:space="preserve">TAM Servicios Profesionales SL, con NIF B01821453, adjudicataria del contrato «El present contracte té per objecte el projecte de les obres del local situat al carrer Poeta Punsola número 38 de Mataró destinat a l’associació de veïns de Rocafonda. Aquest contracte correspon als anomenats d’obres, d’acord amb el que disposa l’article 13 de la Llei 9/2017, de 8 de novembre, de contractes del sector públic (LCSP).», expediente 2024-001, adjudicado el …… por 72.828,00 €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13/01/2025 a 31/03/2025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