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C. Villamediana SL</w:t>
      </w:r>
    </w:p>
    <w:p>
      <w:r>
        <w:t>NIF B47356118.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3)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7)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8)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9)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Talleres C. Villamediana SL, con NIF B47356118, adjudicataria del contrato «Acuerdo marco para la contratación de servicios de reparación de vehículos y maquinaria del Ayuntamiento de Valladolid y sus organismos municipales.», lote 3,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Talleres C. Villamediana SL, con NIF B47356118, adjudicataria del contrato «Acuerdo marco para la contratación de servicios de reparación de vehículos y maquinaria del Ayuntamiento de Valladolid y sus organismos municipales.», lote 7,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Talleres C. Villamediana SL, con NIF B47356118, adjudicataria del contrato «Acuerdo marco para la contratación de servicios de reparación de vehículos y maquinaria del Ayuntamiento de Valladolid y sus organismos municipales.», lote 8,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Talleres C. Villamediana SL, con NIF B47356118, adjudicataria del contrato «Acuerdo marco para la contratación de servicios de reparación de vehículos y maquinaria del Ayuntamiento de Valladolid y sus organismos municipales.», lote 9,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