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 d''Arquitectura Ninkasi 78 S.L.</w:t>
      </w:r>
    </w:p>
    <w:p>
      <w:r>
        <w:t>NIF B67402917.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Contractació del Servei de Direcció d’obra i del Servei de Coordinació de Seguretat i Salut en tres actuacions a càrrec del CIRE. (lote 2) · exp. 0197/2025</w:t>
            </w:r>
          </w:p>
        </w:tc>
        <w:tc>
          <w:tcPr>
            <w:tcW w:type="dxa" w:w="1440"/>
          </w:tcPr>
          <w:p>
            <w:r>
              <w:t>Centre d''Iniciatives per a la Reinserció (CIRE)</w:t>
            </w:r>
          </w:p>
        </w:tc>
        <w:tc>
          <w:tcPr>
            <w:tcW w:type="dxa" w:w="1440"/>
          </w:tcPr>
          <w:p>
            <w:r>
              <w:t>3.864,57 €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21/05/2025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3.864,57 €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Centre d''Iniciatives per a la Reinserció (CIRE)</w:t>
      </w:r>
    </w:p>
    <w:p>
      <w:r>
        <w:t xml:space="preserve">Taller d''Arquitectura Ninkasi 78 S.L., con NIF B67402917, adjudicataria del contrato «Contractació del Servei de Direcció d’obra i del Servei de Coordinació de Seguretat i Salut en tres actuacions a càrrec del CIRE.», lote 2, expediente 0197/2025, adjudicado el …… por 3.864,57 €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21/05/2025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