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 CERRAJERIA SAN PEDRO SL</w:t>
      </w:r>
    </w:p>
    <w:p>
      <w:r>
        <w:t>NIF B76659051.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