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TALENGO, S.A.</w:t>
      </w:r>
    </w:p>
    <w:p>
      <w:r>
        <w:t>NIF A81040909.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Asesoramiento para proceso de selección. · exp. 13449</w:t>
            </w:r>
          </w:p>
        </w:tc>
        <w:tc>
          <w:tcPr>
            <w:tcW w:type="dxa" w:w="1440"/>
          </w:tcPr>
          <w:p>
            <w:r>
              <w:t>Junta de Compras de Informa DB, S.A. · NIF A80192727</w:t>
            </w:r>
          </w:p>
        </w:tc>
        <w:tc>
          <w:tcPr>
            <w:tcW w:type="dxa" w:w="1440"/>
          </w:tcPr>
          <w:p>
            <w:r>
              <w:t>19.195,00 €</w:t>
            </w:r>
          </w:p>
        </w:tc>
        <w:tc>
          <w:tcPr>
            <w:tcW w:type="dxa" w:w="1440"/>
          </w:tcPr>
          <w:p>
            <w:r>
              <w:t>27/07/2026</w:t>
            </w:r>
          </w:p>
        </w:tc>
        <w:tc>
          <w:tcPr>
            <w:tcW w:type="dxa" w:w="1440"/>
          </w:tcPr>
          <w:p>
            <w:r>
              <w:t>04/08/2026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19.195,00 €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Junta de Compras de Informa DB, S.A. (NIF A80192727)</w:t>
      </w:r>
    </w:p>
    <w:p>
      <w:r>
        <w:t xml:space="preserve">TALENGO, S.A., con NIF A81040909, adjudicataria del contrato «Asesoramiento para proceso de selección.», expediente 13449, adjudicado el 27/07/2026 por 19.195,00 €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04/08/2026 a 04/11/2026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