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SUMINISTROS INDUSTRIALES Y COMERCIAL FERRETERA IXOMET SL</w:t>
      </w:r>
    </w:p>
    <w:p>
      <w:r>
        <w:t>NIF B67692566.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 y servicio para el mantenimiento de las insfraestructuras, equipación e instalaciones dependientes del Excmo. Ayuntamiento de Puertollano. (lote 12) · exp. 11242/2025</w:t>
            </w:r>
          </w:p>
        </w:tc>
        <w:tc>
          <w:tcPr>
            <w:tcW w:type="dxa" w:w="1440"/>
          </w:tcPr>
          <w:p>
            <w:r>
              <w:t>Ayuntamiento de Puertollano · NIF P1307100F</w:t>
            </w:r>
          </w:p>
        </w:tc>
        <w:tc>
          <w:tcPr>
            <w:tcW w:type="dxa" w:w="1440"/>
          </w:tcPr>
          <w:p>
            <w:r>
              <w:t>7.993,54 €</w:t>
            </w:r>
          </w:p>
        </w:tc>
        <w:tc>
          <w:tcPr>
            <w:tcW w:type="dxa" w:w="1440"/>
          </w:tcPr>
          <w:p>
            <w:r>
              <w:t>24/04/2026</w:t>
            </w:r>
          </w:p>
        </w:tc>
        <w:tc>
          <w:tcPr>
            <w:tcW w:type="dxa" w:w="1440"/>
          </w:tcPr>
          <w:p>
            <w:r>
              <w:t>29/05/2026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y servicio para el mantenimiento de las insfraestructuras, equipación e instalaciones dependientes del Excmo. Ayuntamiento de Puertollano. (lote 3) · exp. 11242/2025</w:t>
            </w:r>
          </w:p>
        </w:tc>
        <w:tc>
          <w:tcPr>
            <w:tcW w:type="dxa" w:w="1440"/>
          </w:tcPr>
          <w:p>
            <w:r>
              <w:t>Ayuntamiento de Puertollano · NIF P1307100F</w:t>
            </w:r>
          </w:p>
        </w:tc>
        <w:tc>
          <w:tcPr>
            <w:tcW w:type="dxa" w:w="1440"/>
          </w:tcPr>
          <w:p>
            <w:r>
              <w:t>97.939,16 €</w:t>
            </w:r>
          </w:p>
        </w:tc>
        <w:tc>
          <w:tcPr>
            <w:tcW w:type="dxa" w:w="1440"/>
          </w:tcPr>
          <w:p>
            <w:r>
              <w:t>24/04/2026</w:t>
            </w:r>
          </w:p>
        </w:tc>
        <w:tc>
          <w:tcPr>
            <w:tcW w:type="dxa" w:w="1440"/>
          </w:tcPr>
          <w:p>
            <w:r>
              <w:t>29/05/2026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y servicio para el mantenimiento de las insfraestructuras, equipación e instalaciones dependientes del Excmo. Ayuntamiento de Puertollano. (lote 6) · exp. 11242/2025</w:t>
            </w:r>
          </w:p>
        </w:tc>
        <w:tc>
          <w:tcPr>
            <w:tcW w:type="dxa" w:w="1440"/>
          </w:tcPr>
          <w:p>
            <w:r>
              <w:t>Ayuntamiento de Puertollano · NIF P1307100F</w:t>
            </w:r>
          </w:p>
        </w:tc>
        <w:tc>
          <w:tcPr>
            <w:tcW w:type="dxa" w:w="1440"/>
          </w:tcPr>
          <w:p>
            <w:r>
              <w:t>77.727,28 €</w:t>
            </w:r>
          </w:p>
        </w:tc>
        <w:tc>
          <w:tcPr>
            <w:tcW w:type="dxa" w:w="1440"/>
          </w:tcPr>
          <w:p>
            <w:r>
              <w:t>24/04/2026</w:t>
            </w:r>
          </w:p>
        </w:tc>
        <w:tc>
          <w:tcPr>
            <w:tcW w:type="dxa" w:w="1440"/>
          </w:tcPr>
          <w:p>
            <w:r>
              <w:t>29/05/2026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de materiales para el programa la Diputación en tu colegio 2026 · exp. 4592/2026</w:t>
            </w:r>
          </w:p>
        </w:tc>
        <w:tc>
          <w:tcPr>
            <w:tcW w:type="dxa" w:w="1440"/>
          </w:tcPr>
          <w:p>
            <w:r>
              <w:t>Ayuntamiento de Puertollano · NIF P1307100F</w:t>
            </w:r>
          </w:p>
        </w:tc>
        <w:tc>
          <w:tcPr>
            <w:tcW w:type="dxa" w:w="1440"/>
          </w:tcPr>
          <w:p>
            <w:r>
              <w:t>36.083,90 €</w:t>
            </w:r>
          </w:p>
        </w:tc>
        <w:tc>
          <w:tcPr>
            <w:tcW w:type="dxa" w:w="1440"/>
          </w:tcPr>
          <w:p>
            <w:r>
              <w:t>21/04/2026</w:t>
            </w:r>
          </w:p>
        </w:tc>
        <w:tc>
          <w:tcPr>
            <w:tcW w:type="dxa" w:w="1440"/>
          </w:tcPr>
          <w:p>
            <w:r>
              <w:t>30/04/2026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Materiales para el programa la Diputación en tu colegio · exp. 24055/2025</w:t>
            </w:r>
          </w:p>
        </w:tc>
        <w:tc>
          <w:tcPr>
            <w:tcW w:type="dxa" w:w="1440"/>
          </w:tcPr>
          <w:p>
            <w:r>
              <w:t>Ayuntamiento de Puertollano · NIF P1307100F</w:t>
            </w:r>
          </w:p>
        </w:tc>
        <w:tc>
          <w:tcPr>
            <w:tcW w:type="dxa" w:w="1440"/>
          </w:tcPr>
          <w:p>
            <w:r>
              <w:t>41.949,74 €</w:t>
            </w:r>
          </w:p>
        </w:tc>
        <w:tc>
          <w:tcPr>
            <w:tcW w:type="dxa" w:w="1440"/>
          </w:tcPr>
          <w:p>
            <w:r>
              <w:t>30/12/2025</w:t>
            </w:r>
          </w:p>
        </w:tc>
        <w:tc>
          <w:tcPr>
            <w:tcW w:type="dxa" w:w="1440"/>
          </w:tcPr>
          <w:p>
            <w:r>
              <w:t>30/01/2026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261.693,62 € sin IVA, en 5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Puertollano (NIF P1307100F)</w:t>
      </w:r>
    </w:p>
    <w:p>
      <w:r>
        <w:t xml:space="preserve">SUMINISTROS INDUSTRIALES Y COMERCIAL FERRETERA IXOMET SL, con NIF B67692566, adjudicataria del contrato «Suministro y servicio para el mantenimiento de las insfraestructuras, equipación e instalaciones dependientes del Excmo. Ayuntamiento de Puertollano.», lote 12, expediente 11242/2025, adjudicado el 24/04/2026 por 7.993,54 €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29/05/2026 a 29/05/2029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Puertollano (NIF P1307100F)</w:t>
      </w:r>
    </w:p>
    <w:p>
      <w:r>
        <w:t xml:space="preserve">SUMINISTROS INDUSTRIALES Y COMERCIAL FERRETERA IXOMET SL, con NIF B67692566, adjudicataria del contrato «Suministro y servicio para el mantenimiento de las insfraestructuras, equipación e instalaciones dependientes del Excmo. Ayuntamiento de Puertollano.», lote 3, expediente 11242/2025, adjudicado el 24/04/2026 por 97.939,16 €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29/05/2026 a 29/05/2029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Puertollano (NIF P1307100F)</w:t>
      </w:r>
    </w:p>
    <w:p>
      <w:r>
        <w:t xml:space="preserve">SUMINISTROS INDUSTRIALES Y COMERCIAL FERRETERA IXOMET SL, con NIF B67692566, adjudicataria del contrato «Suministro y servicio para el mantenimiento de las insfraestructuras, equipación e instalaciones dependientes del Excmo. Ayuntamiento de Puertollano.», lote 6, expediente 11242/2025, adjudicado el 24/04/2026 por 77.727,28 €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29/05/2026 a 29/05/2029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Puertollano (NIF P1307100F)</w:t>
      </w:r>
    </w:p>
    <w:p>
      <w:r>
        <w:t xml:space="preserve">SUMINISTROS INDUSTRIALES Y COMERCIAL FERRETERA IXOMET SL, con NIF B67692566, adjudicataria del contrato «Suministro de materiales para el programa la Diputación en tu colegio 2026», expediente 4592/2026, adjudicado el 21/04/2026 por 36.083,90 €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30/04/2026 a 30/04/2027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Puertollano (NIF P1307100F)</w:t>
      </w:r>
    </w:p>
    <w:p>
      <w:r>
        <w:t xml:space="preserve">SUMINISTROS INDUSTRIALES Y COMERCIAL FERRETERA IXOMET SL, con NIF B67692566, adjudicataria del contrato «Materiales para el programa la Diputación en tu colegio», expediente 24055/2025, adjudicado el 30/12/2025 por 41.949,74 €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30/01/2026 a 30/01/2027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