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SUMINISTROS INDUSTRIALES HERRERA,S.A.</w:t>
      </w:r>
    </w:p>
    <w:p>
      <w:r>
        <w:t>NIF A09037433.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