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SUMINISTROS INDUSTRIALES HERRERA,S.A.</w:t>
      </w:r>
    </w:p>
    <w:p>
      <w:r>
        <w:t>NIF A09037433.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Adquisición excavadora mini-retro orugas. · exp. ABR_SP_SMPL/SUMIN/2025000031</w:t>
            </w:r>
          </w:p>
        </w:tc>
        <w:tc>
          <w:tcPr>
            <w:tcW w:type="dxa" w:w="1440"/>
          </w:tcPr>
          <w:p>
            <w:r>
              <w:t>Ayuntamiento de Aranda de Duero · NIF P0901800C</w:t>
            </w:r>
          </w:p>
        </w:tc>
        <w:tc>
          <w:tcPr>
            <w:tcW w:type="dxa" w:w="1440"/>
          </w:tcPr>
          <w:p>
            <w:r>
              <w:t>29.414,00 €</w:t>
            </w:r>
          </w:p>
        </w:tc>
        <w:tc>
          <w:tcPr>
            <w:tcW w:type="dxa" w:w="1440"/>
          </w:tcPr>
          <w:p>
            <w:r>
              <w:t>12/09/2025</w:t>
            </w:r>
          </w:p>
        </w:tc>
        <w:tc>
          <w:tcPr>
            <w:tcW w:type="dxa" w:w="1440"/>
          </w:tcPr>
          <w:p>
            <w:r>
              <w:t>23/09/2025 – 22/12/2025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29.414,00 € sin IVA, en 1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Ayuntamiento de Aranda de Duero (NIF P0901800C)</w:t>
      </w:r>
    </w:p>
    <w:p>
      <w:r>
        <w:t xml:space="preserve">SUMINISTROS INDUSTRIALES HERRERA,S.A., con NIF A09037433, adjudicataria del contrato «Adquisición excavadora mini-retro orugas.», expediente ABR_SP_SMPL/SUMIN/2025000031, adjudicado el 12/09/2025 por 29.414,00 €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23/09/2025 a 22/12/2025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