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DEL BAIX SL</w:t>
      </w:r>
    </w:p>
    <w:p>
      <w:r>
        <w:t>NIF B61349791.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IES BELLAGUARDA de Altea, reforma para la sustitución de dos calderas de calefacción a gas natural &gt;70 kw · exp. CMAYOR/2024/19Y15/0004</w:t>
            </w:r>
          </w:p>
        </w:tc>
        <w:tc>
          <w:tcPr>
            <w:tcW w:type="dxa" w:w="1440"/>
          </w:tcPr>
          <w:p>
            <w:r>
              <w:t>Dirección Territorial de Educación, Universidades y Empleo de Alicante · NIF S4611001A</w:t>
            </w:r>
          </w:p>
        </w:tc>
        <w:tc>
          <w:tcPr>
            <w:tcW w:type="dxa" w:w="1440"/>
          </w:tcPr>
          <w:p>
            <w:r>
              <w:t>71.026,71 €</w:t>
            </w:r>
          </w:p>
        </w:tc>
        <w:tc>
          <w:tcPr>
            <w:tcW w:type="dxa" w:w="1440"/>
          </w:tcPr>
          <w:p>
            <w:r>
              <w:t>05/12/2024</w:t>
            </w:r>
          </w:p>
        </w:tc>
        <w:tc>
          <w:tcPr>
            <w:tcW w:type="dxa" w:w="1440"/>
          </w:tcPr>
          <w:p>
            <w:r>
              <w:t>05/01/2025 – 05/03/2025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Obras de "Instalación receptora de gas natural y de calefacción en el C.P. El Faro". · exp. 89/23</w:t>
            </w:r>
          </w:p>
        </w:tc>
        <w:tc>
          <w:tcPr>
            <w:tcW w:type="dxa" w:w="1440"/>
          </w:tcPr>
          <w:p>
            <w:r>
              <w:t>Ayuntamiento de Alicante · NIF P0301400H</w:t>
            </w:r>
          </w:p>
        </w:tc>
        <w:tc>
          <w:tcPr>
            <w:tcW w:type="dxa" w:w="1440"/>
          </w:tcPr>
          <w:p>
            <w:r>
              <w:t>66.026,41 €</w:t>
            </w:r>
          </w:p>
        </w:tc>
        <w:tc>
          <w:tcPr>
            <w:tcW w:type="dxa" w:w="1440"/>
          </w:tcPr>
          <w:p>
            <w:r>
              <w:t>26/12/2023</w:t>
            </w:r>
          </w:p>
        </w:tc>
        <w:tc>
          <w:tcPr>
            <w:tcW w:type="dxa" w:w="1440"/>
          </w:tcPr>
          <w:p>
            <w:r>
              <w:t>26/01/2024 – 26/03/2024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137.053,12 €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Territorial de Educación, Universidades y Empleo de Alicante (NIF S4611001A)</w:t>
      </w:r>
    </w:p>
    <w:p>
      <w:r>
        <w:t xml:space="preserve">SUMINISTROS INDUSTRIALES DEL BAIX SL, con NIF B61349791, adjudicataria del contrato «IES BELLAGUARDA de Altea, reforma para la sustitución de dos calderas de calefacción a gas natural &gt;70 kw», expediente CMAYOR/2024/19Y15/0004, adjudicado el 05/12/2024 por 71.026,71 €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05/01/2025 a 05/03/2025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Alicante (NIF P0301400H)</w:t>
      </w:r>
    </w:p>
    <w:p>
      <w:r>
        <w:t xml:space="preserve">SUMINISTROS INDUSTRIALES DEL BAIX SL, con NIF B61349791, adjudicataria del contrato «Obras de "Instalación receptora de gas natural y de calefacción en el C.P. El Faro".», expediente 89/23, adjudicado el 26/12/2023 por 66.026,41 €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26/01/2024 a 26/03/2024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