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DEL BAIX SL</w:t>
      </w:r>
    </w:p>
    <w:p>
      <w:r>
        <w:t>NIF B61349791.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