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Hogar Hotel S.A</w:t>
      </w:r>
    </w:p>
    <w:p>
      <w:r>
        <w:t>NIF A48167803.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