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Hogar Hotel S.A</w:t>
      </w:r>
    </w:p>
    <w:p>
      <w:r>
        <w:t>NIF A48167803.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electrodomésticos y papeleras para reciclaje (lote 1) · exp. 2025/078/01</w:t>
            </w:r>
          </w:p>
        </w:tc>
        <w:tc>
          <w:tcPr>
            <w:tcW w:type="dxa" w:w="1440"/>
          </w:tcPr>
          <w:p>
            <w:r>
              <w:t>Dirección Gerencia de Mutualia, Mutua Colaboradora con la Seguridad Social nº 02 · NIF G95471165</w:t>
            </w:r>
          </w:p>
        </w:tc>
        <w:tc>
          <w:tcPr>
            <w:tcW w:type="dxa" w:w="1440"/>
          </w:tcPr>
          <w:p>
            <w:r>
              <w:t>3.132,00 €</w:t>
            </w:r>
          </w:p>
        </w:tc>
        <w:tc>
          <w:tcPr>
            <w:tcW w:type="dxa" w:w="1440"/>
          </w:tcPr>
          <w:p>
            <w:r>
              <w:t>07/10/2025</w:t>
            </w:r>
          </w:p>
        </w:tc>
        <w:tc>
          <w:tcPr>
            <w:tcW w:type="dxa" w:w="1440"/>
          </w:tcPr>
          <w:p>
            <w:r>
              <w:t>15/10/2025 – 15/10/2026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electrodomésticos y papeleras para reciclaje (lote 3) · exp. 2025/078/01</w:t>
            </w:r>
          </w:p>
        </w:tc>
        <w:tc>
          <w:tcPr>
            <w:tcW w:type="dxa" w:w="1440"/>
          </w:tcPr>
          <w:p>
            <w:r>
              <w:t>Dirección Gerencia de Mutualia, Mutua Colaboradora con la Seguridad Social nº 02 · NIF G95471165</w:t>
            </w:r>
          </w:p>
        </w:tc>
        <w:tc>
          <w:tcPr>
            <w:tcW w:type="dxa" w:w="1440"/>
          </w:tcPr>
          <w:p>
            <w:r>
              <w:t>731,50 €</w:t>
            </w:r>
          </w:p>
        </w:tc>
        <w:tc>
          <w:tcPr>
            <w:tcW w:type="dxa" w:w="1440"/>
          </w:tcPr>
          <w:p>
            <w:r>
              <w:t>07/10/2025</w:t>
            </w:r>
          </w:p>
        </w:tc>
        <w:tc>
          <w:tcPr>
            <w:tcW w:type="dxa" w:w="1440"/>
          </w:tcPr>
          <w:p>
            <w:r>
              <w:t>15/10/2025 – 15/10/2026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menaje y electrodomésticos para e “MUTUALIA”, Mutua Colaboradora con la Seguridad Social, nº 2. (lote 1) · exp. 2025/043/01</w:t>
            </w:r>
          </w:p>
        </w:tc>
        <w:tc>
          <w:tcPr>
            <w:tcW w:type="dxa" w:w="1440"/>
          </w:tcPr>
          <w:p>
            <w:r>
              <w:t>Dirección Gerencia de Mutualia, Mutua Colaboradora con la Seguridad Social nº 02 · NIF G95471165</w:t>
            </w:r>
          </w:p>
        </w:tc>
        <w:tc>
          <w:tcPr>
            <w:tcW w:type="dxa" w:w="1440"/>
          </w:tcPr>
          <w:p>
            <w:r>
              <w:t>1.459,62 €</w:t>
            </w:r>
          </w:p>
        </w:tc>
        <w:tc>
          <w:tcPr>
            <w:tcW w:type="dxa" w:w="1440"/>
          </w:tcPr>
          <w:p>
            <w:r>
              <w:t>23/06/2025</w:t>
            </w:r>
          </w:p>
        </w:tc>
        <w:tc>
          <w:tcPr>
            <w:tcW w:type="dxa" w:w="1440"/>
          </w:tcPr>
          <w:p>
            <w:r>
              <w:t>01/07/2025 – 01/07/2026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5.323,12 €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Mutualia, Mutua Colaboradora con la Seguridad Social nº 02 (NIF G95471165)</w:t>
      </w:r>
    </w:p>
    <w:p>
      <w:r>
        <w:t xml:space="preserve">Suministros Hogar Hotel S.A, con NIF A48167803, adjudicataria del contrato «Suministro de electrodomésticos y papeleras para reciclaje», lote 1, expediente 2025/078/01, adjudicado el 07/10/2025 por 3.132,00 €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15/10/2025 a 15/10/2026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Mutualia, Mutua Colaboradora con la Seguridad Social nº 02 (NIF G95471165)</w:t>
      </w:r>
    </w:p>
    <w:p>
      <w:r>
        <w:t xml:space="preserve">Suministros Hogar Hotel S.A, con NIF A48167803, adjudicataria del contrato «Suministro de electrodomésticos y papeleras para reciclaje», lote 3, expediente 2025/078/01, adjudicado el 07/10/2025 por 731,50 €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15/10/2025 a 15/10/2026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Gerencia de Mutualia, Mutua Colaboradora con la Seguridad Social nº 02 (NIF G95471165)</w:t>
      </w:r>
    </w:p>
    <w:p>
      <w:r>
        <w:t xml:space="preserve">Suministros Hogar Hotel S.A, con NIF A48167803, adjudicataria del contrato «Contratación del suministro de menaje y electrodomésticos para e “MUTUALIA”, Mutua Colaboradora con la Seguridad Social, nº 2.», lote 1, expediente 2025/043/01, adjudicado el 23/06/2025 por 1.459,62 €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