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SUMINISTRO INTEGRAL SANITARIO S.L.</w:t>
      </w:r>
    </w:p>
    <w:p>
      <w:r>
        <w:t>NIF B93521318.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Acuerdo Marco de Suministro de Guantes Desechables con destino a Los Órganos Periféricos del Servicio Cántabro De Salud (lote 9) · exp. AM PA SCS 2024/69</w:t>
            </w:r>
          </w:p>
        </w:tc>
        <w:tc>
          <w:tcPr>
            <w:tcW w:type="dxa" w:w="1440"/>
          </w:tcPr>
          <w:p>
            <w:r>
              <w:t>Servicio Cántabro de Salud · NIF Q3900738J</w:t>
            </w:r>
          </w:p>
        </w:tc>
        <w:tc>
          <w:tcPr>
            <w:tcW w:type="dxa" w:w="1440"/>
          </w:tcPr>
          <w:p>
            <w:r>
              <w:t>0,01 €</w:t>
            </w:r>
          </w:p>
        </w:tc>
        <w:tc>
          <w:tcPr>
            <w:tcW w:type="dxa" w:w="1440"/>
          </w:tcPr>
          <w:p>
            <w:r>
              <w:t>05/09/2025</w:t>
            </w:r>
          </w:p>
        </w:tc>
        <w:tc>
          <w:tcPr>
            <w:tcW w:type="dxa" w:w="1440"/>
          </w:tcPr>
          <w:p>
            <w:r>
              <w:t>03/10/2025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equipos de protección individual EPIs y otros productos de protección radiológica, protección sanitaria y protección frente a virus para uso de MAZ M.C.S.S. nº 11 (lote 03) · exp. 2025/A/SUM/0206</w:t>
            </w:r>
          </w:p>
        </w:tc>
        <w:tc>
          <w:tcPr>
            <w:tcW w:type="dxa" w:w="1440"/>
          </w:tcPr>
          <w:p>
            <w:r>
              <w:t>Gerencia de MAZ Mútua de Accidentes de Trabajo y Enfermedades Profesionales de la Seguridad Social nº 11 · NIF G50005321</w:t>
            </w:r>
          </w:p>
        </w:tc>
        <w:tc>
          <w:tcPr>
            <w:tcW w:type="dxa" w:w="1440"/>
          </w:tcPr>
          <w:p>
            <w:r>
              <w:t>534,00 €</w:t>
            </w:r>
          </w:p>
        </w:tc>
        <w:tc>
          <w:tcPr>
            <w:tcW w:type="dxa" w:w="1440"/>
          </w:tcPr>
          <w:p>
            <w:r>
              <w:t>08/08/2025</w:t>
            </w:r>
          </w:p>
        </w:tc>
        <w:tc>
          <w:tcPr>
            <w:tcW w:type="dxa" w:w="1440"/>
          </w:tcPr>
          <w:p>
            <w:r>
              <w:t>03/09/2025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para el suministro respetuoso con el medio ambiente de guantes con destino a los centros del ámbito de la sanidad pública valenciana (lote 1) · exp. 190/2024 A.M</w:t>
            </w:r>
          </w:p>
        </w:tc>
        <w:tc>
          <w:tcPr>
            <w:tcW w:type="dxa" w:w="1440"/>
          </w:tcPr>
          <w:p>
            <w:r>
              <w:t>Dirección General de Gestión Económica, Contratación e Infraestructuras de la Conselleria de Sanidad · NIF S4611001A</w:t>
            </w:r>
          </w:p>
        </w:tc>
        <w:tc>
          <w:tcPr>
            <w:tcW w:type="dxa" w:w="1440"/>
          </w:tcPr>
          <w:p>
            <w:r>
              <w:t>93.240,00 €</w:t>
            </w:r>
          </w:p>
        </w:tc>
        <w:tc>
          <w:tcPr>
            <w:tcW w:type="dxa" w:w="1440"/>
          </w:tcPr>
          <w:p>
            <w:r>
              <w:t>04/02/2025</w:t>
            </w:r>
          </w:p>
        </w:tc>
        <w:tc>
          <w:tcPr>
            <w:tcW w:type="dxa" w:w="1440"/>
          </w:tcPr>
          <w:p>
            <w:r>
              <w:t>04/03/2025 – 04/03/2026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93.774,01 €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Servicio Cántabro de Salud (NIF Q3900738J)</w:t>
      </w:r>
    </w:p>
    <w:p>
      <w:r>
        <w:t xml:space="preserve">SUMINISTRO INTEGRAL SANITARIO S.L., con NIF B93521318, adjudicataria del contrato «Acuerdo Marco de Suministro de Guantes Desechables con destino a Los Órganos Periféricos del Servicio Cántabro De Salud», lote 9, expediente AM PA SCS 2024/69, adjudicado el 05/09/2025 por 0,01 €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03/10/2025 a 03/10/2027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Gerencia de MAZ Mútua de Accidentes de Trabajo y Enfermedades Profesionales de la Seguridad Social nº 11 (NIF G50005321)</w:t>
      </w:r>
    </w:p>
    <w:p>
      <w:r>
        <w:t xml:space="preserve">SUMINISTRO INTEGRAL SANITARIO S.L., con NIF B93521318, adjudicataria del contrato «Suministro de equipos de protección individual EPIs y otros productos de protección radiológica, protección sanitaria y protección frente a virus para uso de MAZ M.C.S.S. nº 11», lote 03, expediente 2025/A/SUM/0206, adjudicado el 08/08/2025 por 534,00 €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03/09/2025 a 03/09/2028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Gestión Económica, Contratación e Infraestructuras de la Conselleria de Sanidad (NIF S4611001A)</w:t>
      </w:r>
    </w:p>
    <w:p>
      <w:r>
        <w:t xml:space="preserve">SUMINISTRO INTEGRAL SANITARIO S.L., con NIF B93521318, adjudicataria del contrato «Acuerdo Marco para el suministro respetuoso con el medio ambiente de guantes con destino a los centros del ámbito de la sanidad pública valenciana», lote 1, expediente 190/2024 A.M, adjudicado el 04/02/2025 por 93.240,00 €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04/03/2025 a 04/03/2026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