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SPANISH GLOBAL ENGINEERING AND CONSULTANTS SL</w:t>
      </w:r>
    </w:p>
    <w:p>
      <w:r>
        <w:t>NIF B72433055.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